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0125DDA7" w:rsidR="00452429" w:rsidRPr="00B93A38" w:rsidRDefault="00452429" w:rsidP="00452429">
      <w:pPr>
        <w:pStyle w:val="Title"/>
        <w:rPr>
          <w:rFonts w:ascii="TeachersPet" w:hAnsi="TeachersPet"/>
          <w:color w:val="000000" w:themeColor="text1"/>
          <w:sz w:val="96"/>
          <w:szCs w:val="96"/>
        </w:rPr>
      </w:pPr>
      <w:r w:rsidRPr="00B93A38">
        <w:rPr>
          <w:rFonts w:ascii="TeachersPet" w:hAnsi="TeachersPet"/>
          <w:noProof/>
          <w:color w:val="000000" w:themeColor="text1"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15E60E1A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1C4D0AD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0582245C" w14:textId="72E58B9F" w:rsidR="00B93A38" w:rsidRPr="00B93A38" w:rsidRDefault="00B93A38" w:rsidP="00B93A38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B93A38">
        <w:rPr>
          <w:rFonts w:ascii="TeachersPet" w:hAnsi="TeachersPet"/>
          <w:color w:val="000000" w:themeColor="text1"/>
          <w:sz w:val="72"/>
          <w:szCs w:val="72"/>
        </w:rPr>
        <w:t>Weekly Attendance Register</w:t>
      </w:r>
    </w:p>
    <w:p w14:paraId="12856CC5" w14:textId="24B4F3B6" w:rsidR="00B93A38" w:rsidRPr="00B93A38" w:rsidRDefault="00B93A38" w:rsidP="00B93A38">
      <w:pPr>
        <w:rPr>
          <w:rFonts w:ascii="TeachersPet" w:hAnsi="TeachersPet"/>
          <w:color w:val="000000" w:themeColor="text1"/>
        </w:rPr>
      </w:pPr>
      <w:r w:rsidRPr="00B93A38">
        <w:rPr>
          <w:rFonts w:ascii="TeachersPet" w:hAnsi="TeachersPet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0879F" wp14:editId="17D76E5E">
                <wp:simplePos x="0" y="0"/>
                <wp:positionH relativeFrom="column">
                  <wp:posOffset>-7960</wp:posOffset>
                </wp:positionH>
                <wp:positionV relativeFrom="paragraph">
                  <wp:posOffset>74605</wp:posOffset>
                </wp:positionV>
                <wp:extent cx="1371600" cy="169545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6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61966" w14:textId="77777777" w:rsidR="00B93A38" w:rsidRPr="00452429" w:rsidRDefault="00B93A38" w:rsidP="00B93A38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087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65pt;margin-top:5.85pt;width:108pt;height: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" fillcolor="white [3201]" stroked="f" strokeweight=".5pt">
                <v:textbox>
                  <w:txbxContent>
                    <w:p w14:paraId="48D61966" w14:textId="77777777" w:rsidR="00B93A38" w:rsidRPr="00452429" w:rsidRDefault="00B93A38" w:rsidP="00B93A38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2623B74A" w14:textId="2FE5A745" w:rsidR="00B93A38" w:rsidRPr="00B93A38" w:rsidRDefault="00B93A38" w:rsidP="00B93A38">
      <w:pPr>
        <w:rPr>
          <w:rFonts w:ascii="TeachersPet" w:hAnsi="TeachersPet"/>
          <w:color w:val="000000" w:themeColor="text1"/>
          <w:sz w:val="32"/>
          <w:szCs w:val="32"/>
        </w:rPr>
      </w:pPr>
      <w:r w:rsidRPr="00B93A38">
        <w:rPr>
          <w:rFonts w:ascii="TeachersPet" w:hAnsi="TeachersPet"/>
          <w:color w:val="000000" w:themeColor="text1"/>
          <w:sz w:val="32"/>
          <w:szCs w:val="32"/>
        </w:rPr>
        <w:t>Week Starting: __________________________________Class/Room: __________________________________</w:t>
      </w:r>
    </w:p>
    <w:p w14:paraId="433B53E5" w14:textId="74B4B9F8" w:rsidR="00B93A38" w:rsidRPr="00B93A38" w:rsidRDefault="00B93A38" w:rsidP="00B93A38">
      <w:pPr>
        <w:rPr>
          <w:rFonts w:ascii="TeachersPet" w:hAnsi="TeachersPet"/>
          <w:color w:val="000000" w:themeColor="text1"/>
          <w:sz w:val="32"/>
          <w:szCs w:val="32"/>
        </w:rPr>
      </w:pPr>
      <w:r w:rsidRPr="00B93A38">
        <w:rPr>
          <w:rFonts w:ascii="TeachersPet" w:hAnsi="TeachersPet"/>
          <w:color w:val="000000" w:themeColor="text1"/>
          <w:sz w:val="32"/>
          <w:szCs w:val="32"/>
        </w:rPr>
        <w:t>Educator/Teacher: 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4197"/>
        <w:gridCol w:w="1133"/>
        <w:gridCol w:w="1121"/>
        <w:gridCol w:w="1488"/>
        <w:gridCol w:w="1275"/>
        <w:gridCol w:w="1010"/>
      </w:tblGrid>
      <w:tr w:rsidR="00B93A38" w:rsidRPr="00B93A38" w14:paraId="4A86837E" w14:textId="77777777" w:rsidTr="00B93A38">
        <w:tc>
          <w:tcPr>
            <w:tcW w:w="547" w:type="dxa"/>
          </w:tcPr>
          <w:p w14:paraId="560E5301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No.</w:t>
            </w:r>
          </w:p>
        </w:tc>
        <w:tc>
          <w:tcPr>
            <w:tcW w:w="4268" w:type="dxa"/>
          </w:tcPr>
          <w:p w14:paraId="7E932CE5" w14:textId="77777777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Child’s Full Name</w:t>
            </w:r>
          </w:p>
        </w:tc>
        <w:tc>
          <w:tcPr>
            <w:tcW w:w="1134" w:type="dxa"/>
          </w:tcPr>
          <w:p w14:paraId="6F2E3DBB" w14:textId="03309C01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 xml:space="preserve">Monday </w:t>
            </w:r>
          </w:p>
        </w:tc>
        <w:tc>
          <w:tcPr>
            <w:tcW w:w="1121" w:type="dxa"/>
          </w:tcPr>
          <w:p w14:paraId="5C032864" w14:textId="20CBAA9E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 xml:space="preserve">Tuesday </w:t>
            </w:r>
          </w:p>
        </w:tc>
        <w:tc>
          <w:tcPr>
            <w:tcW w:w="1431" w:type="dxa"/>
          </w:tcPr>
          <w:p w14:paraId="00316F1B" w14:textId="50FB7271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 xml:space="preserve">Wednesday </w:t>
            </w:r>
          </w:p>
        </w:tc>
        <w:tc>
          <w:tcPr>
            <w:tcW w:w="1276" w:type="dxa"/>
          </w:tcPr>
          <w:p w14:paraId="03800C12" w14:textId="284F9A9B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 xml:space="preserve">Thursday </w:t>
            </w:r>
          </w:p>
        </w:tc>
        <w:tc>
          <w:tcPr>
            <w:tcW w:w="1013" w:type="dxa"/>
          </w:tcPr>
          <w:p w14:paraId="625BB6ED" w14:textId="1E332CB6" w:rsidR="00B93A38" w:rsidRPr="00B93A38" w:rsidRDefault="00B93A38" w:rsidP="002260E7">
            <w:pP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 xml:space="preserve">Friday </w:t>
            </w:r>
          </w:p>
        </w:tc>
      </w:tr>
      <w:tr w:rsidR="00B93A38" w:rsidRPr="00B93A38" w14:paraId="45D0FF01" w14:textId="77777777" w:rsidTr="00B93A38">
        <w:tc>
          <w:tcPr>
            <w:tcW w:w="547" w:type="dxa"/>
          </w:tcPr>
          <w:p w14:paraId="256F5204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268" w:type="dxa"/>
          </w:tcPr>
          <w:p w14:paraId="3AAA23B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C2A040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2E8FF0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1F8D30ED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69AA51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75BCA85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0D7563CE" w14:textId="77777777" w:rsidTr="00B93A38">
        <w:tc>
          <w:tcPr>
            <w:tcW w:w="547" w:type="dxa"/>
          </w:tcPr>
          <w:p w14:paraId="7DD3908B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268" w:type="dxa"/>
          </w:tcPr>
          <w:p w14:paraId="385D13C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5CC160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174E8F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5D1B672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F5178A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738E293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2BFF889F" w14:textId="77777777" w:rsidTr="00B93A38">
        <w:tc>
          <w:tcPr>
            <w:tcW w:w="547" w:type="dxa"/>
          </w:tcPr>
          <w:p w14:paraId="6B82887C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268" w:type="dxa"/>
          </w:tcPr>
          <w:p w14:paraId="09BAF52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5BDFF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33ABD7C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6282C1D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D53444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0E7006B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0E5F7FE1" w14:textId="77777777" w:rsidTr="00B93A38">
        <w:tc>
          <w:tcPr>
            <w:tcW w:w="547" w:type="dxa"/>
          </w:tcPr>
          <w:p w14:paraId="05290652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268" w:type="dxa"/>
          </w:tcPr>
          <w:p w14:paraId="11E4210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7D2D31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DF90E3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06A4482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770BBB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6ADF04A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292C8C7C" w14:textId="77777777" w:rsidTr="00B93A38">
        <w:tc>
          <w:tcPr>
            <w:tcW w:w="547" w:type="dxa"/>
          </w:tcPr>
          <w:p w14:paraId="00B99629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268" w:type="dxa"/>
          </w:tcPr>
          <w:p w14:paraId="6AC257F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B4A97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79D63BA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2ABA83E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063FF4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27451B0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4FDADD90" w14:textId="77777777" w:rsidTr="00B93A38">
        <w:tc>
          <w:tcPr>
            <w:tcW w:w="547" w:type="dxa"/>
          </w:tcPr>
          <w:p w14:paraId="2D162F77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268" w:type="dxa"/>
          </w:tcPr>
          <w:p w14:paraId="4727A77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7508C1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481C5FD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0394DDF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114556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041D0FE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0880913C" w14:textId="77777777" w:rsidTr="00B93A38">
        <w:tc>
          <w:tcPr>
            <w:tcW w:w="547" w:type="dxa"/>
          </w:tcPr>
          <w:p w14:paraId="1A72C7CA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4268" w:type="dxa"/>
          </w:tcPr>
          <w:p w14:paraId="4067482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46F93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ED3D46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3F874A7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4402D5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6D183D5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4EAD3751" w14:textId="77777777" w:rsidTr="00B93A38">
        <w:tc>
          <w:tcPr>
            <w:tcW w:w="547" w:type="dxa"/>
          </w:tcPr>
          <w:p w14:paraId="47506BD6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4268" w:type="dxa"/>
          </w:tcPr>
          <w:p w14:paraId="7345BDB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58B1E0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550C77A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5A57B5A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1DFF1D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374EF90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3B693D29" w14:textId="77777777" w:rsidTr="00B93A38">
        <w:tc>
          <w:tcPr>
            <w:tcW w:w="547" w:type="dxa"/>
          </w:tcPr>
          <w:p w14:paraId="662FF112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4268" w:type="dxa"/>
          </w:tcPr>
          <w:p w14:paraId="584026C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01CF8C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280217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689096C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DF5A4F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23C5780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7414EA8C" w14:textId="77777777" w:rsidTr="00B93A38">
        <w:tc>
          <w:tcPr>
            <w:tcW w:w="547" w:type="dxa"/>
          </w:tcPr>
          <w:p w14:paraId="4F5C3273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4268" w:type="dxa"/>
          </w:tcPr>
          <w:p w14:paraId="1F08367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1EB1D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4999AF4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27E5B0F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1C22DA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015EFFB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5924FD64" w14:textId="77777777" w:rsidTr="00B93A38">
        <w:tc>
          <w:tcPr>
            <w:tcW w:w="547" w:type="dxa"/>
          </w:tcPr>
          <w:p w14:paraId="6176F3EB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4268" w:type="dxa"/>
          </w:tcPr>
          <w:p w14:paraId="2B78705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7A77A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34CDE1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16F005F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120F19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37E16ED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107D65E7" w14:textId="77777777" w:rsidTr="00B93A38">
        <w:tc>
          <w:tcPr>
            <w:tcW w:w="547" w:type="dxa"/>
          </w:tcPr>
          <w:p w14:paraId="7B19BFFD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4268" w:type="dxa"/>
          </w:tcPr>
          <w:p w14:paraId="25E744D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49F18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3C2E18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365358C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680B3FD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0285BC8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54FD76A5" w14:textId="77777777" w:rsidTr="00B93A38">
        <w:tc>
          <w:tcPr>
            <w:tcW w:w="547" w:type="dxa"/>
          </w:tcPr>
          <w:p w14:paraId="35BAFE0C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4268" w:type="dxa"/>
          </w:tcPr>
          <w:p w14:paraId="61B0F5DD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CD5018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72A803C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32A71AC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FBA300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34D0AB0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6FF74256" w14:textId="77777777" w:rsidTr="00B93A38">
        <w:tc>
          <w:tcPr>
            <w:tcW w:w="547" w:type="dxa"/>
          </w:tcPr>
          <w:p w14:paraId="1ABD8E2E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4268" w:type="dxa"/>
          </w:tcPr>
          <w:p w14:paraId="7504465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0A4F7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6697715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5AE483D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BA238B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69661F5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027C2ACE" w14:textId="77777777" w:rsidTr="00B93A38">
        <w:tc>
          <w:tcPr>
            <w:tcW w:w="547" w:type="dxa"/>
          </w:tcPr>
          <w:p w14:paraId="7BB8D7AC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4268" w:type="dxa"/>
          </w:tcPr>
          <w:p w14:paraId="7D36DA0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C57BBE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0CCF5F2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0A82791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A6D49D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5DB6A40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510C52D5" w14:textId="77777777" w:rsidTr="00B93A38">
        <w:tc>
          <w:tcPr>
            <w:tcW w:w="547" w:type="dxa"/>
          </w:tcPr>
          <w:p w14:paraId="7082C300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4268" w:type="dxa"/>
          </w:tcPr>
          <w:p w14:paraId="637FD09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72D9F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061FFAA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13DE7A3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90311ED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65D3A6A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104A8E6B" w14:textId="77777777" w:rsidTr="00B93A38">
        <w:tc>
          <w:tcPr>
            <w:tcW w:w="547" w:type="dxa"/>
          </w:tcPr>
          <w:p w14:paraId="60D290B7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4268" w:type="dxa"/>
          </w:tcPr>
          <w:p w14:paraId="0906A66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F2B9DA7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274C0BC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2B6B96C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984E5F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5A7787CD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55A765DA" w14:textId="77777777" w:rsidTr="00B93A38">
        <w:tc>
          <w:tcPr>
            <w:tcW w:w="547" w:type="dxa"/>
          </w:tcPr>
          <w:p w14:paraId="17465AF7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18</w:t>
            </w:r>
          </w:p>
        </w:tc>
        <w:tc>
          <w:tcPr>
            <w:tcW w:w="4268" w:type="dxa"/>
          </w:tcPr>
          <w:p w14:paraId="011C832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DF7B2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418566A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35C0234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71567D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7B3DFDF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1A23B40C" w14:textId="77777777" w:rsidTr="00B93A38">
        <w:tc>
          <w:tcPr>
            <w:tcW w:w="547" w:type="dxa"/>
          </w:tcPr>
          <w:p w14:paraId="11FB48EB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19</w:t>
            </w:r>
          </w:p>
        </w:tc>
        <w:tc>
          <w:tcPr>
            <w:tcW w:w="4268" w:type="dxa"/>
          </w:tcPr>
          <w:p w14:paraId="7029285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5FDDB6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26D644F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051FEBF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4ACBD8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61EF802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3BB4569A" w14:textId="77777777" w:rsidTr="00B93A38">
        <w:tc>
          <w:tcPr>
            <w:tcW w:w="547" w:type="dxa"/>
          </w:tcPr>
          <w:p w14:paraId="66BEE64F" w14:textId="77777777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20</w:t>
            </w:r>
          </w:p>
        </w:tc>
        <w:tc>
          <w:tcPr>
            <w:tcW w:w="4268" w:type="dxa"/>
          </w:tcPr>
          <w:p w14:paraId="4496448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CF438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515DBDF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144DDAF1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09D50F18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4DB0C06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65ADED1F" w14:textId="77777777" w:rsidTr="00B93A38">
        <w:tc>
          <w:tcPr>
            <w:tcW w:w="547" w:type="dxa"/>
          </w:tcPr>
          <w:p w14:paraId="6F42CA1D" w14:textId="5382ED99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21</w:t>
            </w:r>
          </w:p>
        </w:tc>
        <w:tc>
          <w:tcPr>
            <w:tcW w:w="4268" w:type="dxa"/>
          </w:tcPr>
          <w:p w14:paraId="7050B9D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F637F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77CD9D8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2621109F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5D876FA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2FD3A6A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1CCBC247" w14:textId="77777777" w:rsidTr="00B93A38">
        <w:tc>
          <w:tcPr>
            <w:tcW w:w="547" w:type="dxa"/>
          </w:tcPr>
          <w:p w14:paraId="039051DD" w14:textId="56C705BF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22</w:t>
            </w:r>
          </w:p>
        </w:tc>
        <w:tc>
          <w:tcPr>
            <w:tcW w:w="4268" w:type="dxa"/>
          </w:tcPr>
          <w:p w14:paraId="52A1339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D4543C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3546294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5FAA1F32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C7BA6E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4EBF5279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1050F506" w14:textId="77777777" w:rsidTr="00B93A38">
        <w:tc>
          <w:tcPr>
            <w:tcW w:w="547" w:type="dxa"/>
          </w:tcPr>
          <w:p w14:paraId="77F41938" w14:textId="6F88C84A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 w:rsidRPr="00B93A38"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23</w:t>
            </w:r>
          </w:p>
        </w:tc>
        <w:tc>
          <w:tcPr>
            <w:tcW w:w="4268" w:type="dxa"/>
          </w:tcPr>
          <w:p w14:paraId="6A787EF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BAAB84C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4F6CFFCB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239DF3D4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D9FC0C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74B2F43E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  <w:tr w:rsidR="00B93A38" w:rsidRPr="00B93A38" w14:paraId="66128F40" w14:textId="77777777" w:rsidTr="00B93A38">
        <w:tc>
          <w:tcPr>
            <w:tcW w:w="547" w:type="dxa"/>
          </w:tcPr>
          <w:p w14:paraId="6FB87AE3" w14:textId="544A3F2E" w:rsidR="00B93A38" w:rsidRPr="00B93A38" w:rsidRDefault="00B93A38" w:rsidP="00B93A38">
            <w:pPr>
              <w:jc w:val="center"/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eachersPet" w:hAnsi="TeachersPet"/>
                <w:b/>
                <w:bCs/>
                <w:color w:val="000000" w:themeColor="text1"/>
                <w:sz w:val="32"/>
                <w:szCs w:val="32"/>
              </w:rPr>
              <w:t>24</w:t>
            </w:r>
          </w:p>
        </w:tc>
        <w:tc>
          <w:tcPr>
            <w:tcW w:w="4268" w:type="dxa"/>
          </w:tcPr>
          <w:p w14:paraId="134F45E3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38CCD6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121" w:type="dxa"/>
          </w:tcPr>
          <w:p w14:paraId="15171080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431" w:type="dxa"/>
          </w:tcPr>
          <w:p w14:paraId="30E0C16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968BADA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  <w:tc>
          <w:tcPr>
            <w:tcW w:w="1013" w:type="dxa"/>
          </w:tcPr>
          <w:p w14:paraId="01D511A5" w14:textId="77777777" w:rsidR="00B93A38" w:rsidRPr="00B93A38" w:rsidRDefault="00B93A38" w:rsidP="002260E7">
            <w:pPr>
              <w:rPr>
                <w:rFonts w:ascii="TeachersPet" w:hAnsi="TeachersPet"/>
                <w:color w:val="000000" w:themeColor="text1"/>
                <w:sz w:val="32"/>
                <w:szCs w:val="32"/>
              </w:rPr>
            </w:pPr>
          </w:p>
        </w:tc>
      </w:tr>
    </w:tbl>
    <w:p w14:paraId="77B58FA2" w14:textId="03DE0DE2" w:rsidR="00B93A38" w:rsidRPr="00B93A38" w:rsidRDefault="00B93A38" w:rsidP="00B93A38">
      <w:pPr>
        <w:rPr>
          <w:rFonts w:ascii="TeachersPet" w:hAnsi="TeachersPet"/>
          <w:b/>
          <w:bCs/>
          <w:color w:val="000000" w:themeColor="text1"/>
        </w:rPr>
      </w:pPr>
      <w:r w:rsidRPr="00B93A38">
        <w:rPr>
          <w:rFonts w:ascii="TeachersPet" w:hAnsi="TeachersPet"/>
          <w:color w:val="000000" w:themeColor="text1"/>
        </w:rPr>
        <w:br/>
      </w:r>
      <w:r w:rsidRPr="00B93A38">
        <w:rPr>
          <w:rFonts w:ascii="TeachersPet" w:hAnsi="TeachersPet"/>
          <w:b/>
          <w:bCs/>
          <w:color w:val="000000" w:themeColor="text1"/>
          <w:sz w:val="44"/>
          <w:szCs w:val="44"/>
        </w:rPr>
        <w:t>End-of-Week Signatures</w:t>
      </w:r>
    </w:p>
    <w:p w14:paraId="0B5427B3" w14:textId="485BD050" w:rsidR="00B93A38" w:rsidRPr="00B93A38" w:rsidRDefault="00B93A38" w:rsidP="00B93A38">
      <w:pPr>
        <w:rPr>
          <w:rFonts w:ascii="TeachersPet" w:hAnsi="TeachersPet"/>
          <w:color w:val="000000" w:themeColor="text1"/>
          <w:sz w:val="32"/>
          <w:szCs w:val="32"/>
        </w:rPr>
      </w:pPr>
      <w:r w:rsidRPr="00B93A38">
        <w:rPr>
          <w:rFonts w:ascii="TeachersPet" w:hAnsi="TeachersPet"/>
          <w:color w:val="000000" w:themeColor="text1"/>
          <w:sz w:val="32"/>
          <w:szCs w:val="32"/>
        </w:rPr>
        <w:t>Educator/Teacher Signature: _____________________________________  Date: ________________________</w:t>
      </w:r>
    </w:p>
    <w:p w14:paraId="3F60965E" w14:textId="3F66A1DA" w:rsidR="00EB604A" w:rsidRPr="00B93A38" w:rsidRDefault="00B93A38" w:rsidP="00B93A38">
      <w:pPr>
        <w:rPr>
          <w:rFonts w:ascii="TeachersPet" w:hAnsi="TeachersPet"/>
          <w:color w:val="000000" w:themeColor="text1"/>
          <w:sz w:val="32"/>
          <w:szCs w:val="32"/>
        </w:rPr>
      </w:pPr>
      <w:r w:rsidRPr="00B93A38">
        <w:rPr>
          <w:rFonts w:ascii="TeachersPet" w:hAnsi="TeachersPet"/>
          <w:color w:val="000000" w:themeColor="text1"/>
          <w:sz w:val="32"/>
          <w:szCs w:val="32"/>
        </w:rPr>
        <w:t>Supervisor/Administrator Signature: ______________________________  Date: ________________________</w:t>
      </w:r>
    </w:p>
    <w:sectPr w:rsidR="00EB604A" w:rsidRPr="00B93A38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DE958" w14:textId="77777777" w:rsidR="00EF1860" w:rsidRDefault="00EF1860" w:rsidP="00EB604A">
      <w:pPr>
        <w:spacing w:after="0" w:line="240" w:lineRule="auto"/>
      </w:pPr>
      <w:r>
        <w:separator/>
      </w:r>
    </w:p>
  </w:endnote>
  <w:endnote w:type="continuationSeparator" w:id="0">
    <w:p w14:paraId="1B995CA7" w14:textId="77777777" w:rsidR="00EF1860" w:rsidRDefault="00EF1860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FC9B2" w14:textId="77777777" w:rsidR="00C8066E" w:rsidRDefault="00C80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9E7E2" w14:textId="77777777" w:rsidR="00C8066E" w:rsidRPr="00DD1E16" w:rsidRDefault="00C8066E" w:rsidP="00C8066E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9F3FA03" w:rsidR="00EB604A" w:rsidRPr="00C8066E" w:rsidRDefault="00C8066E" w:rsidP="00C8066E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44A0F" w14:textId="77777777" w:rsidR="00C8066E" w:rsidRDefault="00C80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0299C" w14:textId="77777777" w:rsidR="00EF1860" w:rsidRDefault="00EF1860" w:rsidP="00EB604A">
      <w:pPr>
        <w:spacing w:after="0" w:line="240" w:lineRule="auto"/>
      </w:pPr>
      <w:r>
        <w:separator/>
      </w:r>
    </w:p>
  </w:footnote>
  <w:footnote w:type="continuationSeparator" w:id="0">
    <w:p w14:paraId="4F7090F5" w14:textId="77777777" w:rsidR="00EF1860" w:rsidRDefault="00EF1860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7C2F7" w14:textId="77777777" w:rsidR="00C8066E" w:rsidRDefault="00C80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7E106" w14:textId="77777777" w:rsidR="00C8066E" w:rsidRDefault="00C806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F1A8E" w14:textId="77777777" w:rsidR="00C8066E" w:rsidRDefault="00C8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2271C"/>
    <w:rsid w:val="0015074B"/>
    <w:rsid w:val="0029639D"/>
    <w:rsid w:val="00326F90"/>
    <w:rsid w:val="00452429"/>
    <w:rsid w:val="007C5AA5"/>
    <w:rsid w:val="008439EA"/>
    <w:rsid w:val="00A614ED"/>
    <w:rsid w:val="00AA1D8D"/>
    <w:rsid w:val="00B47730"/>
    <w:rsid w:val="00B93A38"/>
    <w:rsid w:val="00BB1207"/>
    <w:rsid w:val="00C8066E"/>
    <w:rsid w:val="00CB0664"/>
    <w:rsid w:val="00D32392"/>
    <w:rsid w:val="00D560FB"/>
    <w:rsid w:val="00D67B2E"/>
    <w:rsid w:val="00DC3DA7"/>
    <w:rsid w:val="00DD7199"/>
    <w:rsid w:val="00E32F64"/>
    <w:rsid w:val="00E530F5"/>
    <w:rsid w:val="00EB604A"/>
    <w:rsid w:val="00EF18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2025-05-05T10:14:00Z</dcterms:created>
  <dcterms:modified xsi:type="dcterms:W3CDTF">2025-07-23T10:04:00Z</dcterms:modified>
  <cp:category/>
</cp:coreProperties>
</file>