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18510D" w14:textId="12E4D88D" w:rsidR="00452429" w:rsidRPr="00BA79D5" w:rsidRDefault="009D4B9D" w:rsidP="00BA79D5">
      <w:pPr>
        <w:pBdr>
          <w:top w:val="nil"/>
          <w:left w:val="nil"/>
          <w:bottom w:val="nil"/>
          <w:right w:val="nil"/>
          <w:between w:val="nil"/>
        </w:pBdr>
        <w:spacing w:after="240" w:line="240" w:lineRule="auto"/>
        <w:rPr>
          <w:rFonts w:ascii="TeachersPet" w:eastAsia="Google Sans Text" w:hAnsi="TeachersPet" w:cs="Google Sans Text"/>
          <w:b/>
          <w:color w:val="1B1C1D"/>
          <w:sz w:val="96"/>
          <w:szCs w:val="74"/>
        </w:rPr>
      </w:pPr>
      <w:r w:rsidRPr="00BA79D5">
        <w:rPr>
          <w:rFonts w:ascii="TeachersPet" w:eastAsia="Google Sans Text" w:hAnsi="TeachersPet" w:cs="Google Sans Text"/>
          <w:b/>
          <w:color w:val="1B1C1D"/>
          <w:sz w:val="96"/>
          <w:szCs w:val="74"/>
        </w:rPr>
        <w:t xml:space="preserve">Hosting Volunteers: A </w:t>
      </w:r>
      <w:r w:rsidR="00BA79D5" w:rsidRPr="00BA79D5">
        <w:rPr>
          <w:rFonts w:ascii="TeachersPet" w:eastAsia="Google Sans Text" w:hAnsi="TeachersPet" w:cs="Google Sans Text"/>
          <w:b/>
          <w:color w:val="1B1C1D"/>
          <w:sz w:val="96"/>
          <w:szCs w:val="74"/>
        </w:rPr>
        <w:t xml:space="preserve">Brief </w:t>
      </w:r>
      <w:r w:rsidRPr="00BA79D5">
        <w:rPr>
          <w:rFonts w:ascii="TeachersPet" w:eastAsia="Google Sans Text" w:hAnsi="TeachersPet" w:cs="Google Sans Text"/>
          <w:b/>
          <w:color w:val="1B1C1D"/>
          <w:sz w:val="96"/>
          <w:szCs w:val="74"/>
        </w:rPr>
        <w:t>Guide</w:t>
      </w:r>
    </w:p>
    <w:p w14:paraId="023A90FA" w14:textId="77777777" w:rsidR="00224C74" w:rsidRPr="00BA79D5" w:rsidRDefault="00224C74" w:rsidP="00BA79D5">
      <w:pPr>
        <w:pStyle w:val="Heading2"/>
        <w:pBdr>
          <w:top w:val="dashSmallGap" w:sz="4" w:space="1" w:color="auto"/>
          <w:left w:val="dashSmallGap" w:sz="4" w:space="4" w:color="auto"/>
          <w:bottom w:val="dashSmallGap" w:sz="4" w:space="1" w:color="auto"/>
          <w:right w:val="dashSmallGap" w:sz="4" w:space="4" w:color="auto"/>
        </w:pBdr>
        <w:spacing w:before="0" w:after="120" w:line="240" w:lineRule="auto"/>
        <w:rPr>
          <w:rFonts w:ascii="TeachersPet" w:eastAsia="Google Sans" w:hAnsi="TeachersPet" w:cs="Google Sans"/>
          <w:color w:val="1B1C1D"/>
          <w:sz w:val="40"/>
          <w:szCs w:val="36"/>
        </w:rPr>
      </w:pPr>
      <w:r w:rsidRPr="00BA79D5">
        <w:rPr>
          <w:rFonts w:ascii="TeachersPet" w:eastAsia="Google Sans" w:hAnsi="TeachersPet" w:cs="Google Sans"/>
          <w:color w:val="1B1C1D"/>
          <w:sz w:val="40"/>
          <w:szCs w:val="36"/>
        </w:rPr>
        <w:t xml:space="preserve">What can a volunteer do to help your </w:t>
      </w:r>
      <w:proofErr w:type="spellStart"/>
      <w:r w:rsidRPr="00BA79D5">
        <w:rPr>
          <w:rFonts w:ascii="TeachersPet" w:eastAsia="Google Sans" w:hAnsi="TeachersPet" w:cs="Google Sans"/>
          <w:color w:val="1B1C1D"/>
          <w:sz w:val="40"/>
          <w:szCs w:val="36"/>
        </w:rPr>
        <w:t>centre</w:t>
      </w:r>
      <w:proofErr w:type="spellEnd"/>
      <w:r w:rsidRPr="00BA79D5">
        <w:rPr>
          <w:rFonts w:ascii="TeachersPet" w:eastAsia="Google Sans" w:hAnsi="TeachersPet" w:cs="Google Sans"/>
          <w:color w:val="1B1C1D"/>
          <w:sz w:val="40"/>
          <w:szCs w:val="36"/>
        </w:rPr>
        <w:t>? Here are some ideas:</w:t>
      </w:r>
    </w:p>
    <w:p w14:paraId="5D6EBE69" w14:textId="77777777" w:rsidR="00224C74" w:rsidRPr="00BA79D5" w:rsidRDefault="00224C74" w:rsidP="00BA79D5">
      <w:pPr>
        <w:pStyle w:val="Heading2"/>
        <w:numPr>
          <w:ilvl w:val="0"/>
          <w:numId w:val="16"/>
        </w:numPr>
        <w:spacing w:before="0" w:after="120" w:line="240" w:lineRule="auto"/>
        <w:rPr>
          <w:rFonts w:ascii="TeachersPet" w:eastAsia="Google Sans" w:hAnsi="TeachersPet" w:cs="Google Sans"/>
          <w:b w:val="0"/>
          <w:bCs w:val="0"/>
          <w:color w:val="1B1C1D"/>
          <w:sz w:val="36"/>
          <w:szCs w:val="34"/>
        </w:rPr>
      </w:pPr>
      <w:r w:rsidRPr="00BA79D5">
        <w:rPr>
          <w:rFonts w:ascii="TeachersPet" w:eastAsia="Google Sans" w:hAnsi="TeachersPet" w:cs="Google Sans"/>
          <w:b w:val="0"/>
          <w:bCs w:val="0"/>
          <w:color w:val="1B1C1D"/>
          <w:sz w:val="36"/>
          <w:szCs w:val="34"/>
        </w:rPr>
        <w:t xml:space="preserve">Looking after the children when the teacher is busy with other responsibilities. </w:t>
      </w:r>
    </w:p>
    <w:p w14:paraId="17752FF9" w14:textId="77777777" w:rsidR="00224C74" w:rsidRPr="00BA79D5" w:rsidRDefault="00224C74" w:rsidP="00BA79D5">
      <w:pPr>
        <w:pStyle w:val="Heading2"/>
        <w:numPr>
          <w:ilvl w:val="0"/>
          <w:numId w:val="16"/>
        </w:numPr>
        <w:spacing w:before="0" w:after="120" w:line="240" w:lineRule="auto"/>
        <w:rPr>
          <w:rFonts w:ascii="TeachersPet" w:eastAsia="Google Sans" w:hAnsi="TeachersPet" w:cs="Google Sans"/>
          <w:b w:val="0"/>
          <w:bCs w:val="0"/>
          <w:color w:val="1B1C1D"/>
          <w:sz w:val="36"/>
          <w:szCs w:val="34"/>
        </w:rPr>
      </w:pPr>
      <w:r w:rsidRPr="00BA79D5">
        <w:rPr>
          <w:rFonts w:ascii="TeachersPet" w:eastAsia="Google Sans" w:hAnsi="TeachersPet" w:cs="Google Sans"/>
          <w:b w:val="0"/>
          <w:bCs w:val="0"/>
          <w:color w:val="1B1C1D"/>
          <w:sz w:val="36"/>
          <w:szCs w:val="34"/>
        </w:rPr>
        <w:t xml:space="preserve">Working with individual children one-on-one if they need extra support in activities. </w:t>
      </w:r>
    </w:p>
    <w:p w14:paraId="6BE6B970" w14:textId="77777777" w:rsidR="00224C74" w:rsidRPr="00BA79D5" w:rsidRDefault="00224C74" w:rsidP="00BA79D5">
      <w:pPr>
        <w:pStyle w:val="Heading2"/>
        <w:numPr>
          <w:ilvl w:val="0"/>
          <w:numId w:val="16"/>
        </w:numPr>
        <w:spacing w:before="0" w:after="120" w:line="240" w:lineRule="auto"/>
        <w:rPr>
          <w:rFonts w:ascii="TeachersPet" w:eastAsia="Google Sans" w:hAnsi="TeachersPet" w:cs="Google Sans"/>
          <w:b w:val="0"/>
          <w:bCs w:val="0"/>
          <w:color w:val="1B1C1D"/>
          <w:sz w:val="36"/>
          <w:szCs w:val="34"/>
        </w:rPr>
      </w:pPr>
      <w:r w:rsidRPr="00BA79D5">
        <w:rPr>
          <w:rFonts w:ascii="TeachersPet" w:eastAsia="Google Sans" w:hAnsi="TeachersPet" w:cs="Google Sans"/>
          <w:b w:val="0"/>
          <w:bCs w:val="0"/>
          <w:color w:val="1B1C1D"/>
          <w:sz w:val="36"/>
          <w:szCs w:val="34"/>
        </w:rPr>
        <w:t xml:space="preserve">Reading or telling stories to groups of children. </w:t>
      </w:r>
    </w:p>
    <w:p w14:paraId="73D20393" w14:textId="77777777" w:rsidR="00224C74" w:rsidRPr="00BA79D5" w:rsidRDefault="00224C74" w:rsidP="00BA79D5">
      <w:pPr>
        <w:pStyle w:val="Heading2"/>
        <w:numPr>
          <w:ilvl w:val="0"/>
          <w:numId w:val="16"/>
        </w:numPr>
        <w:spacing w:before="0" w:after="120" w:line="240" w:lineRule="auto"/>
        <w:rPr>
          <w:rFonts w:ascii="TeachersPet" w:eastAsia="Google Sans" w:hAnsi="TeachersPet" w:cs="Google Sans"/>
          <w:b w:val="0"/>
          <w:bCs w:val="0"/>
          <w:color w:val="1B1C1D"/>
          <w:sz w:val="36"/>
          <w:szCs w:val="34"/>
        </w:rPr>
      </w:pPr>
      <w:r w:rsidRPr="00BA79D5">
        <w:rPr>
          <w:rFonts w:ascii="TeachersPet" w:eastAsia="Google Sans" w:hAnsi="TeachersPet" w:cs="Google Sans"/>
          <w:b w:val="0"/>
          <w:bCs w:val="0"/>
          <w:color w:val="1B1C1D"/>
          <w:sz w:val="36"/>
          <w:szCs w:val="34"/>
        </w:rPr>
        <w:t xml:space="preserve">Getting involved in fundraising campaigns. </w:t>
      </w:r>
    </w:p>
    <w:p w14:paraId="638A0BE6" w14:textId="77777777" w:rsidR="00224C74" w:rsidRPr="00BA79D5" w:rsidRDefault="00224C74" w:rsidP="00BA79D5">
      <w:pPr>
        <w:pStyle w:val="Heading2"/>
        <w:numPr>
          <w:ilvl w:val="0"/>
          <w:numId w:val="16"/>
        </w:numPr>
        <w:spacing w:before="0" w:after="120" w:line="240" w:lineRule="auto"/>
        <w:rPr>
          <w:rFonts w:ascii="TeachersPet" w:eastAsia="Google Sans" w:hAnsi="TeachersPet" w:cs="Google Sans"/>
          <w:b w:val="0"/>
          <w:bCs w:val="0"/>
          <w:color w:val="1B1C1D"/>
          <w:sz w:val="36"/>
          <w:szCs w:val="34"/>
        </w:rPr>
      </w:pPr>
      <w:r w:rsidRPr="00BA79D5">
        <w:rPr>
          <w:rFonts w:ascii="TeachersPet" w:eastAsia="Google Sans" w:hAnsi="TeachersPet" w:cs="Google Sans"/>
          <w:b w:val="0"/>
          <w:bCs w:val="0"/>
          <w:color w:val="1B1C1D"/>
          <w:sz w:val="36"/>
          <w:szCs w:val="34"/>
        </w:rPr>
        <w:t xml:space="preserve">Helping with administrative duties (with appropriate training). </w:t>
      </w:r>
    </w:p>
    <w:p w14:paraId="3D143F8A" w14:textId="5AE02220" w:rsidR="00224C74" w:rsidRDefault="00224C74" w:rsidP="00BA79D5">
      <w:pPr>
        <w:pStyle w:val="Heading2"/>
        <w:numPr>
          <w:ilvl w:val="0"/>
          <w:numId w:val="16"/>
        </w:numPr>
        <w:spacing w:before="0" w:after="120" w:line="240" w:lineRule="auto"/>
        <w:rPr>
          <w:rFonts w:ascii="TeachersPet" w:eastAsia="Google Sans" w:hAnsi="TeachersPet" w:cs="Google Sans"/>
          <w:b w:val="0"/>
          <w:bCs w:val="0"/>
          <w:color w:val="1B1C1D"/>
          <w:sz w:val="36"/>
          <w:szCs w:val="34"/>
        </w:rPr>
      </w:pPr>
      <w:r w:rsidRPr="00BA79D5">
        <w:rPr>
          <w:rFonts w:ascii="TeachersPet" w:eastAsia="Google Sans" w:hAnsi="TeachersPet" w:cs="Google Sans"/>
          <w:b w:val="0"/>
          <w:bCs w:val="0"/>
          <w:color w:val="1B1C1D"/>
          <w:sz w:val="36"/>
          <w:szCs w:val="34"/>
        </w:rPr>
        <w:t xml:space="preserve">Helping with maintenance of equipment or with creating new resources. </w:t>
      </w:r>
    </w:p>
    <w:p w14:paraId="2102B543" w14:textId="77777777" w:rsidR="00BA79D5" w:rsidRPr="00BA79D5" w:rsidRDefault="00BA79D5" w:rsidP="00BA79D5"/>
    <w:p w14:paraId="3FF9CD85" w14:textId="4781A7AE" w:rsidR="005E0A64" w:rsidRPr="00BA79D5" w:rsidRDefault="005E0A64" w:rsidP="00BA79D5">
      <w:pPr>
        <w:pBdr>
          <w:top w:val="dashSmallGap" w:sz="4" w:space="1" w:color="auto"/>
          <w:left w:val="dashSmallGap" w:sz="4" w:space="4" w:color="auto"/>
          <w:bottom w:val="dashSmallGap" w:sz="4" w:space="1" w:color="auto"/>
          <w:right w:val="dashSmallGap" w:sz="4" w:space="4" w:color="auto"/>
        </w:pBdr>
        <w:spacing w:line="240" w:lineRule="auto"/>
        <w:rPr>
          <w:rFonts w:ascii="TeachersPet" w:hAnsi="TeachersPet"/>
          <w:b/>
          <w:bCs/>
          <w:sz w:val="40"/>
          <w:szCs w:val="40"/>
        </w:rPr>
      </w:pPr>
      <w:r w:rsidRPr="00BA79D5">
        <w:rPr>
          <w:rFonts w:ascii="TeachersPet" w:hAnsi="TeachersPet"/>
          <w:b/>
          <w:bCs/>
          <w:sz w:val="40"/>
          <w:szCs w:val="40"/>
        </w:rPr>
        <w:t>Recruiting volunteers</w:t>
      </w:r>
    </w:p>
    <w:p w14:paraId="05A0AF4A" w14:textId="136712C0" w:rsidR="00CE12C1" w:rsidRPr="00BA79D5" w:rsidRDefault="00CE12C1" w:rsidP="00BA79D5">
      <w:pPr>
        <w:rPr>
          <w:rFonts w:ascii="TeachersPet" w:hAnsi="TeachersPet"/>
          <w:sz w:val="36"/>
          <w:szCs w:val="36"/>
        </w:rPr>
      </w:pPr>
      <w:r w:rsidRPr="00BA79D5">
        <w:rPr>
          <w:rFonts w:ascii="TeachersPet" w:hAnsi="TeachersPet"/>
          <w:sz w:val="36"/>
          <w:szCs w:val="36"/>
        </w:rPr>
        <w:t xml:space="preserve">When looking for volunteers, it is always best to approach your community, and it is better to look for volunteers that you have established relationships with, than to accept volunteers from unknown </w:t>
      </w:r>
      <w:proofErr w:type="spellStart"/>
      <w:r w:rsidRPr="00BA79D5">
        <w:rPr>
          <w:rFonts w:ascii="TeachersPet" w:hAnsi="TeachersPet"/>
          <w:sz w:val="36"/>
          <w:szCs w:val="36"/>
        </w:rPr>
        <w:t>organisations</w:t>
      </w:r>
      <w:proofErr w:type="spellEnd"/>
      <w:r w:rsidRPr="00BA79D5">
        <w:rPr>
          <w:rFonts w:ascii="TeachersPet" w:hAnsi="TeachersPet"/>
          <w:sz w:val="36"/>
          <w:szCs w:val="36"/>
        </w:rPr>
        <w:t xml:space="preserve">, </w:t>
      </w:r>
      <w:proofErr w:type="gramStart"/>
      <w:r w:rsidRPr="00BA79D5">
        <w:rPr>
          <w:rFonts w:ascii="TeachersPet" w:hAnsi="TeachersPet"/>
          <w:sz w:val="36"/>
          <w:szCs w:val="36"/>
        </w:rPr>
        <w:t>in order to</w:t>
      </w:r>
      <w:proofErr w:type="gramEnd"/>
      <w:r w:rsidRPr="00BA79D5">
        <w:rPr>
          <w:rFonts w:ascii="TeachersPet" w:hAnsi="TeachersPet"/>
          <w:sz w:val="36"/>
          <w:szCs w:val="36"/>
        </w:rPr>
        <w:t xml:space="preserve"> ensure the safety of your staff and children. Volunteers are subject to some of the same requirements as your staff, and therefore you should maintain a file with the following details:</w:t>
      </w:r>
    </w:p>
    <w:p w14:paraId="65A69EF8" w14:textId="005EC93E" w:rsidR="00CE12C1" w:rsidRPr="00BA79D5" w:rsidRDefault="00CE12C1" w:rsidP="00BA79D5">
      <w:pPr>
        <w:pStyle w:val="ListParagraph"/>
        <w:numPr>
          <w:ilvl w:val="0"/>
          <w:numId w:val="18"/>
        </w:numPr>
        <w:rPr>
          <w:rFonts w:ascii="TeachersPet" w:hAnsi="TeachersPet"/>
          <w:sz w:val="36"/>
          <w:szCs w:val="36"/>
        </w:rPr>
      </w:pPr>
      <w:r w:rsidRPr="00BA79D5">
        <w:rPr>
          <w:rFonts w:ascii="TeachersPet" w:hAnsi="TeachersPet"/>
          <w:sz w:val="36"/>
          <w:szCs w:val="36"/>
        </w:rPr>
        <w:t>Personal details, educational background, health records, police clearance and any first aid training</w:t>
      </w:r>
    </w:p>
    <w:p w14:paraId="71ABA761" w14:textId="6FB4B309" w:rsidR="00CE12C1" w:rsidRPr="00BA79D5" w:rsidRDefault="00CE12C1" w:rsidP="00BA79D5">
      <w:pPr>
        <w:pStyle w:val="ListParagraph"/>
        <w:numPr>
          <w:ilvl w:val="0"/>
          <w:numId w:val="18"/>
        </w:numPr>
        <w:rPr>
          <w:rFonts w:ascii="TeachersPet" w:hAnsi="TeachersPet"/>
          <w:sz w:val="36"/>
          <w:szCs w:val="36"/>
        </w:rPr>
      </w:pPr>
      <w:r w:rsidRPr="00BA79D5">
        <w:rPr>
          <w:rFonts w:ascii="TeachersPet" w:hAnsi="TeachersPet"/>
          <w:sz w:val="36"/>
          <w:szCs w:val="36"/>
        </w:rPr>
        <w:t>Interests and hobbies</w:t>
      </w:r>
    </w:p>
    <w:p w14:paraId="3B6A69EE" w14:textId="7A2AD944" w:rsidR="00CE12C1" w:rsidRPr="00BA79D5" w:rsidRDefault="00CE12C1" w:rsidP="00BA79D5">
      <w:pPr>
        <w:pStyle w:val="ListParagraph"/>
        <w:numPr>
          <w:ilvl w:val="0"/>
          <w:numId w:val="18"/>
        </w:numPr>
        <w:rPr>
          <w:rFonts w:ascii="TeachersPet" w:hAnsi="TeachersPet"/>
          <w:sz w:val="36"/>
          <w:szCs w:val="36"/>
        </w:rPr>
      </w:pPr>
      <w:r w:rsidRPr="00BA79D5">
        <w:rPr>
          <w:rFonts w:ascii="TeachersPet" w:hAnsi="TeachersPet"/>
          <w:sz w:val="36"/>
          <w:szCs w:val="36"/>
        </w:rPr>
        <w:t>Special skills (education, art, music, computers, woodwork, electrical work, administration, medical etc.)</w:t>
      </w:r>
    </w:p>
    <w:p w14:paraId="5A4A535F" w14:textId="72D4A335" w:rsidR="00CE12C1" w:rsidRDefault="00CE12C1" w:rsidP="00BA79D5">
      <w:pPr>
        <w:pStyle w:val="ListParagraph"/>
        <w:numPr>
          <w:ilvl w:val="0"/>
          <w:numId w:val="18"/>
        </w:numPr>
        <w:rPr>
          <w:rFonts w:ascii="TeachersPet" w:hAnsi="TeachersPet"/>
          <w:sz w:val="36"/>
          <w:szCs w:val="36"/>
        </w:rPr>
      </w:pPr>
      <w:r w:rsidRPr="00BA79D5">
        <w:rPr>
          <w:rFonts w:ascii="TeachersPet" w:hAnsi="TeachersPet"/>
          <w:sz w:val="36"/>
          <w:szCs w:val="36"/>
        </w:rPr>
        <w:t>Ways in which they would be willing to assist the school and the children</w:t>
      </w:r>
    </w:p>
    <w:p w14:paraId="487D26C1" w14:textId="77777777" w:rsidR="00BA79D5" w:rsidRPr="00BA79D5" w:rsidRDefault="00BA79D5" w:rsidP="00BA79D5">
      <w:pPr>
        <w:pStyle w:val="ListParagraph"/>
        <w:rPr>
          <w:rFonts w:ascii="TeachersPet" w:hAnsi="TeachersPet"/>
          <w:sz w:val="36"/>
          <w:szCs w:val="36"/>
        </w:rPr>
      </w:pPr>
    </w:p>
    <w:p w14:paraId="4B7B13E9" w14:textId="78E2E083" w:rsidR="00CE12C1" w:rsidRPr="00BA79D5" w:rsidRDefault="00CE12C1" w:rsidP="00BA79D5">
      <w:pPr>
        <w:rPr>
          <w:rFonts w:ascii="TeachersPet" w:hAnsi="TeachersPet"/>
          <w:b/>
          <w:bCs/>
          <w:sz w:val="36"/>
          <w:szCs w:val="36"/>
        </w:rPr>
      </w:pPr>
      <w:r w:rsidRPr="00BA79D5">
        <w:rPr>
          <w:rFonts w:ascii="TeachersPet" w:hAnsi="TeachersPet"/>
          <w:b/>
          <w:bCs/>
          <w:sz w:val="36"/>
          <w:szCs w:val="36"/>
        </w:rPr>
        <w:t>Useful skills from volunteers:</w:t>
      </w:r>
    </w:p>
    <w:p w14:paraId="58003F5C" w14:textId="276B06BF" w:rsidR="00CE12C1" w:rsidRPr="00BA79D5" w:rsidRDefault="00CE12C1" w:rsidP="00BA79D5">
      <w:pPr>
        <w:pStyle w:val="ListParagraph"/>
        <w:numPr>
          <w:ilvl w:val="0"/>
          <w:numId w:val="18"/>
        </w:numPr>
        <w:rPr>
          <w:rFonts w:ascii="TeachersPet" w:hAnsi="TeachersPet"/>
          <w:sz w:val="36"/>
          <w:szCs w:val="36"/>
        </w:rPr>
      </w:pPr>
      <w:r w:rsidRPr="00BA79D5">
        <w:rPr>
          <w:rFonts w:ascii="TeachersPet" w:hAnsi="TeachersPet"/>
          <w:b/>
          <w:bCs/>
          <w:sz w:val="36"/>
          <w:szCs w:val="36"/>
        </w:rPr>
        <w:t>Creative skills</w:t>
      </w:r>
      <w:r w:rsidR="00BA79D5" w:rsidRPr="00BA79D5">
        <w:rPr>
          <w:rFonts w:ascii="TeachersPet" w:hAnsi="TeachersPet"/>
          <w:b/>
          <w:bCs/>
          <w:sz w:val="36"/>
          <w:szCs w:val="36"/>
        </w:rPr>
        <w:t>,</w:t>
      </w:r>
      <w:r w:rsidR="00BA79D5" w:rsidRPr="00BA79D5">
        <w:rPr>
          <w:rFonts w:ascii="TeachersPet" w:hAnsi="TeachersPet"/>
          <w:sz w:val="36"/>
          <w:szCs w:val="36"/>
        </w:rPr>
        <w:t xml:space="preserve"> such as </w:t>
      </w:r>
      <w:r w:rsidR="00BA79D5" w:rsidRPr="00BA79D5">
        <w:rPr>
          <w:rFonts w:ascii="TeachersPet" w:hAnsi="TeachersPet"/>
          <w:sz w:val="36"/>
          <w:szCs w:val="36"/>
          <w:lang w:val="en-ZA"/>
        </w:rPr>
        <w:t>t</w:t>
      </w:r>
      <w:r w:rsidR="00BA79D5" w:rsidRPr="00CE12C1">
        <w:rPr>
          <w:rFonts w:ascii="TeachersPet" w:hAnsi="TeachersPet"/>
          <w:sz w:val="36"/>
          <w:szCs w:val="36"/>
          <w:lang w:val="en-ZA"/>
        </w:rPr>
        <w:t>he capacity to think of new games, art projects, songs, or activities that are both fun and educational.</w:t>
      </w:r>
    </w:p>
    <w:p w14:paraId="7E4E4933" w14:textId="54C1C8CE" w:rsidR="00CE12C1" w:rsidRPr="00BA79D5" w:rsidRDefault="00CE12C1" w:rsidP="00BA79D5">
      <w:pPr>
        <w:pStyle w:val="ListParagraph"/>
        <w:numPr>
          <w:ilvl w:val="0"/>
          <w:numId w:val="18"/>
        </w:numPr>
        <w:rPr>
          <w:rFonts w:ascii="TeachersPet" w:hAnsi="TeachersPet"/>
          <w:b/>
          <w:bCs/>
          <w:sz w:val="36"/>
          <w:szCs w:val="36"/>
        </w:rPr>
      </w:pPr>
      <w:r w:rsidRPr="00BA79D5">
        <w:rPr>
          <w:rFonts w:ascii="TeachersPet" w:hAnsi="TeachersPet"/>
          <w:b/>
          <w:bCs/>
          <w:sz w:val="36"/>
          <w:szCs w:val="36"/>
        </w:rPr>
        <w:t>Practical skills</w:t>
      </w:r>
      <w:r w:rsidR="00BA79D5" w:rsidRPr="00BA79D5">
        <w:rPr>
          <w:rFonts w:ascii="TeachersPet" w:hAnsi="TeachersPet"/>
          <w:b/>
          <w:bCs/>
          <w:sz w:val="36"/>
          <w:szCs w:val="36"/>
        </w:rPr>
        <w:t xml:space="preserve">, </w:t>
      </w:r>
      <w:r w:rsidR="00BA79D5" w:rsidRPr="00BA79D5">
        <w:rPr>
          <w:rFonts w:ascii="TeachersPet" w:hAnsi="TeachersPet"/>
          <w:sz w:val="36"/>
          <w:szCs w:val="36"/>
        </w:rPr>
        <w:t>such as enthusiasm for learning, punctuality &amp; patience</w:t>
      </w:r>
    </w:p>
    <w:p w14:paraId="538686C9" w14:textId="57B97919" w:rsidR="00CE12C1" w:rsidRPr="00BA79D5" w:rsidRDefault="00CE12C1" w:rsidP="00BA79D5">
      <w:pPr>
        <w:pStyle w:val="ListParagraph"/>
        <w:numPr>
          <w:ilvl w:val="0"/>
          <w:numId w:val="18"/>
        </w:numPr>
        <w:rPr>
          <w:rFonts w:ascii="TeachersPet" w:hAnsi="TeachersPet"/>
          <w:b/>
          <w:bCs/>
          <w:sz w:val="36"/>
          <w:szCs w:val="36"/>
        </w:rPr>
      </w:pPr>
      <w:r w:rsidRPr="00BA79D5">
        <w:rPr>
          <w:rFonts w:ascii="TeachersPet" w:hAnsi="TeachersPet"/>
          <w:b/>
          <w:bCs/>
          <w:sz w:val="36"/>
          <w:szCs w:val="36"/>
        </w:rPr>
        <w:lastRenderedPageBreak/>
        <w:t>Technology skills</w:t>
      </w:r>
      <w:r w:rsidR="00BA79D5" w:rsidRPr="00BA79D5">
        <w:rPr>
          <w:rFonts w:ascii="TeachersPet" w:hAnsi="TeachersPet"/>
          <w:b/>
          <w:bCs/>
          <w:sz w:val="36"/>
          <w:szCs w:val="36"/>
        </w:rPr>
        <w:t xml:space="preserve">, </w:t>
      </w:r>
      <w:r w:rsidR="00BA79D5" w:rsidRPr="00BA79D5">
        <w:rPr>
          <w:rFonts w:ascii="TeachersPet" w:hAnsi="TeachersPet"/>
          <w:sz w:val="36"/>
          <w:szCs w:val="36"/>
        </w:rPr>
        <w:t>such as computer skills and social media understanding</w:t>
      </w:r>
    </w:p>
    <w:p w14:paraId="0649302B" w14:textId="6C8CB70B" w:rsidR="00CE12C1" w:rsidRPr="00BA79D5" w:rsidRDefault="00CE12C1" w:rsidP="00BA79D5">
      <w:pPr>
        <w:pStyle w:val="ListParagraph"/>
        <w:numPr>
          <w:ilvl w:val="0"/>
          <w:numId w:val="18"/>
        </w:numPr>
        <w:rPr>
          <w:rFonts w:ascii="TeachersPet" w:hAnsi="TeachersPet"/>
          <w:b/>
          <w:bCs/>
          <w:sz w:val="36"/>
          <w:szCs w:val="36"/>
        </w:rPr>
      </w:pPr>
      <w:r w:rsidRPr="00BA79D5">
        <w:rPr>
          <w:rFonts w:ascii="TeachersPet" w:hAnsi="TeachersPet"/>
          <w:b/>
          <w:bCs/>
          <w:sz w:val="36"/>
          <w:szCs w:val="36"/>
        </w:rPr>
        <w:t>Academic skills</w:t>
      </w:r>
      <w:r w:rsidR="00BA79D5" w:rsidRPr="00BA79D5">
        <w:rPr>
          <w:rFonts w:ascii="TeachersPet" w:hAnsi="TeachersPet"/>
          <w:b/>
          <w:bCs/>
          <w:sz w:val="36"/>
          <w:szCs w:val="36"/>
        </w:rPr>
        <w:t xml:space="preserve">, </w:t>
      </w:r>
      <w:r w:rsidR="00BA79D5" w:rsidRPr="00BA79D5">
        <w:rPr>
          <w:rFonts w:ascii="TeachersPet" w:hAnsi="TeachersPet"/>
          <w:sz w:val="36"/>
          <w:szCs w:val="36"/>
        </w:rPr>
        <w:t>including language, mathematics, music, and other special interests</w:t>
      </w:r>
    </w:p>
    <w:p w14:paraId="5124C31F" w14:textId="200DC085" w:rsidR="00CE12C1" w:rsidRPr="00BA79D5" w:rsidRDefault="00BA79D5" w:rsidP="00BA79D5">
      <w:pPr>
        <w:pStyle w:val="ListParagraph"/>
        <w:numPr>
          <w:ilvl w:val="0"/>
          <w:numId w:val="18"/>
        </w:numPr>
        <w:rPr>
          <w:rFonts w:ascii="TeachersPet" w:hAnsi="TeachersPet"/>
          <w:b/>
          <w:bCs/>
          <w:sz w:val="36"/>
          <w:szCs w:val="36"/>
        </w:rPr>
      </w:pPr>
      <w:proofErr w:type="spellStart"/>
      <w:r w:rsidRPr="00BA79D5">
        <w:rPr>
          <w:rFonts w:ascii="TeachersPet" w:hAnsi="TeachersPet"/>
          <w:b/>
          <w:bCs/>
          <w:sz w:val="36"/>
          <w:szCs w:val="36"/>
        </w:rPr>
        <w:t>Specialised</w:t>
      </w:r>
      <w:proofErr w:type="spellEnd"/>
      <w:r w:rsidRPr="00BA79D5">
        <w:rPr>
          <w:rFonts w:ascii="TeachersPet" w:hAnsi="TeachersPet"/>
          <w:b/>
          <w:bCs/>
          <w:sz w:val="36"/>
          <w:szCs w:val="36"/>
        </w:rPr>
        <w:t xml:space="preserve"> skills,</w:t>
      </w:r>
      <w:r w:rsidRPr="00BA79D5">
        <w:rPr>
          <w:rFonts w:ascii="TeachersPet" w:hAnsi="TeachersPet"/>
          <w:sz w:val="36"/>
          <w:szCs w:val="36"/>
        </w:rPr>
        <w:t xml:space="preserve"> such as First Aid training, fundraising experience, sports and fitness training</w:t>
      </w:r>
    </w:p>
    <w:p w14:paraId="53C4E224" w14:textId="77777777" w:rsidR="00BA79D5" w:rsidRPr="00BA79D5" w:rsidRDefault="00BA79D5" w:rsidP="00BA79D5">
      <w:pPr>
        <w:pStyle w:val="ListParagraph"/>
        <w:rPr>
          <w:rFonts w:ascii="TeachersPet" w:hAnsi="TeachersPet"/>
          <w:b/>
          <w:bCs/>
          <w:sz w:val="36"/>
          <w:szCs w:val="36"/>
        </w:rPr>
      </w:pPr>
    </w:p>
    <w:p w14:paraId="5A5B662C" w14:textId="1BD8670B" w:rsidR="009D4B9D" w:rsidRPr="00BA79D5" w:rsidRDefault="009D4B9D" w:rsidP="00BA79D5">
      <w:pPr>
        <w:pStyle w:val="Heading2"/>
        <w:pBdr>
          <w:top w:val="dashSmallGap" w:sz="4" w:space="1" w:color="auto"/>
          <w:left w:val="dashSmallGap" w:sz="4" w:space="4" w:color="auto"/>
          <w:bottom w:val="dashSmallGap" w:sz="4" w:space="1" w:color="auto"/>
          <w:right w:val="dashSmallGap" w:sz="4" w:space="4" w:color="auto"/>
        </w:pBdr>
        <w:spacing w:before="0" w:after="120" w:line="240" w:lineRule="auto"/>
        <w:rPr>
          <w:rFonts w:ascii="TeachersPet" w:eastAsia="Google Sans" w:hAnsi="TeachersPet" w:cs="Google Sans"/>
          <w:color w:val="1B1C1D"/>
          <w:sz w:val="36"/>
          <w:szCs w:val="34"/>
        </w:rPr>
      </w:pPr>
      <w:r w:rsidRPr="00BA79D5">
        <w:rPr>
          <w:rFonts w:ascii="TeachersPet" w:eastAsia="Google Sans" w:hAnsi="TeachersPet" w:cs="Google Sans"/>
          <w:color w:val="1B1C1D"/>
          <w:sz w:val="36"/>
          <w:szCs w:val="34"/>
        </w:rPr>
        <w:t>An ECD Manager’s Responsibilities when hosting volunteers:</w:t>
      </w:r>
    </w:p>
    <w:p w14:paraId="5CD018E7" w14:textId="77777777" w:rsidR="009D4B9D" w:rsidRPr="00BA79D5" w:rsidRDefault="009D4B9D" w:rsidP="00BA79D5">
      <w:pPr>
        <w:pStyle w:val="Heading2"/>
        <w:numPr>
          <w:ilvl w:val="0"/>
          <w:numId w:val="14"/>
        </w:numPr>
        <w:spacing w:before="0" w:after="120" w:line="240" w:lineRule="auto"/>
        <w:rPr>
          <w:rFonts w:ascii="TeachersPet" w:eastAsia="Google Sans" w:hAnsi="TeachersPet" w:cs="Google Sans"/>
          <w:b w:val="0"/>
          <w:bCs w:val="0"/>
          <w:color w:val="1B1C1D"/>
          <w:sz w:val="36"/>
          <w:szCs w:val="34"/>
        </w:rPr>
      </w:pPr>
      <w:r w:rsidRPr="00BA79D5">
        <w:rPr>
          <w:rFonts w:ascii="TeachersPet" w:eastAsia="Google Sans" w:hAnsi="TeachersPet" w:cs="Google Sans"/>
          <w:b w:val="0"/>
          <w:bCs w:val="0"/>
          <w:color w:val="1B1C1D"/>
          <w:sz w:val="36"/>
          <w:szCs w:val="34"/>
        </w:rPr>
        <w:t xml:space="preserve">Conduct background checks and screening. </w:t>
      </w:r>
    </w:p>
    <w:p w14:paraId="73EA2C14" w14:textId="77777777" w:rsidR="009D4B9D" w:rsidRPr="00BA79D5" w:rsidRDefault="009D4B9D" w:rsidP="00BA79D5">
      <w:pPr>
        <w:pStyle w:val="Heading2"/>
        <w:numPr>
          <w:ilvl w:val="0"/>
          <w:numId w:val="14"/>
        </w:numPr>
        <w:spacing w:before="0" w:after="120" w:line="240" w:lineRule="auto"/>
        <w:rPr>
          <w:rFonts w:ascii="TeachersPet" w:eastAsia="Google Sans" w:hAnsi="TeachersPet" w:cs="Google Sans"/>
          <w:b w:val="0"/>
          <w:bCs w:val="0"/>
          <w:color w:val="1B1C1D"/>
          <w:sz w:val="36"/>
          <w:szCs w:val="34"/>
        </w:rPr>
      </w:pPr>
      <w:r w:rsidRPr="00BA79D5">
        <w:rPr>
          <w:rFonts w:ascii="TeachersPet" w:eastAsia="Google Sans" w:hAnsi="TeachersPet" w:cs="Google Sans"/>
          <w:b w:val="0"/>
          <w:bCs w:val="0"/>
          <w:color w:val="1B1C1D"/>
          <w:sz w:val="36"/>
          <w:szCs w:val="34"/>
        </w:rPr>
        <w:t xml:space="preserve">Provide a comprehensive orientation and training. </w:t>
      </w:r>
    </w:p>
    <w:p w14:paraId="0A600DEA" w14:textId="77777777" w:rsidR="009D4B9D" w:rsidRPr="00BA79D5" w:rsidRDefault="009D4B9D" w:rsidP="00BA79D5">
      <w:pPr>
        <w:pStyle w:val="Heading2"/>
        <w:numPr>
          <w:ilvl w:val="0"/>
          <w:numId w:val="14"/>
        </w:numPr>
        <w:spacing w:before="0" w:after="120" w:line="240" w:lineRule="auto"/>
        <w:rPr>
          <w:rFonts w:ascii="TeachersPet" w:eastAsia="Google Sans" w:hAnsi="TeachersPet" w:cs="Google Sans"/>
          <w:b w:val="0"/>
          <w:bCs w:val="0"/>
          <w:color w:val="1B1C1D"/>
          <w:sz w:val="36"/>
          <w:szCs w:val="34"/>
        </w:rPr>
      </w:pPr>
      <w:r w:rsidRPr="00BA79D5">
        <w:rPr>
          <w:rFonts w:ascii="TeachersPet" w:eastAsia="Google Sans" w:hAnsi="TeachersPet" w:cs="Google Sans"/>
          <w:b w:val="0"/>
          <w:bCs w:val="0"/>
          <w:color w:val="1B1C1D"/>
          <w:sz w:val="36"/>
          <w:szCs w:val="34"/>
        </w:rPr>
        <w:t xml:space="preserve">Assign a supervisor to mentor and support the volunteer. </w:t>
      </w:r>
    </w:p>
    <w:p w14:paraId="54F68B52" w14:textId="77777777" w:rsidR="009D4B9D" w:rsidRPr="00BA79D5" w:rsidRDefault="009D4B9D" w:rsidP="00BA79D5">
      <w:pPr>
        <w:pStyle w:val="Heading2"/>
        <w:numPr>
          <w:ilvl w:val="0"/>
          <w:numId w:val="14"/>
        </w:numPr>
        <w:spacing w:before="0" w:after="120" w:line="240" w:lineRule="auto"/>
        <w:rPr>
          <w:rFonts w:ascii="TeachersPet" w:eastAsia="Google Sans" w:hAnsi="TeachersPet" w:cs="Google Sans"/>
          <w:b w:val="0"/>
          <w:bCs w:val="0"/>
          <w:color w:val="1B1C1D"/>
          <w:sz w:val="36"/>
          <w:szCs w:val="34"/>
        </w:rPr>
      </w:pPr>
      <w:r w:rsidRPr="00BA79D5">
        <w:rPr>
          <w:rFonts w:ascii="TeachersPet" w:eastAsia="Google Sans" w:hAnsi="TeachersPet" w:cs="Google Sans"/>
          <w:b w:val="0"/>
          <w:bCs w:val="0"/>
          <w:color w:val="1B1C1D"/>
          <w:sz w:val="36"/>
          <w:szCs w:val="34"/>
        </w:rPr>
        <w:t xml:space="preserve">Provide clear guidelines on roles and boundaries. </w:t>
      </w:r>
    </w:p>
    <w:p w14:paraId="1F9935EB" w14:textId="77777777" w:rsidR="009D4B9D" w:rsidRPr="00BA79D5" w:rsidRDefault="009D4B9D" w:rsidP="00BA79D5">
      <w:pPr>
        <w:pStyle w:val="Heading2"/>
        <w:numPr>
          <w:ilvl w:val="0"/>
          <w:numId w:val="14"/>
        </w:numPr>
        <w:spacing w:before="0" w:after="120" w:line="240" w:lineRule="auto"/>
        <w:rPr>
          <w:rFonts w:ascii="TeachersPet" w:eastAsia="Google Sans" w:hAnsi="TeachersPet" w:cs="Google Sans"/>
          <w:b w:val="0"/>
          <w:bCs w:val="0"/>
          <w:color w:val="1B1C1D"/>
          <w:sz w:val="36"/>
          <w:szCs w:val="34"/>
        </w:rPr>
      </w:pPr>
      <w:r w:rsidRPr="00BA79D5">
        <w:rPr>
          <w:rFonts w:ascii="TeachersPet" w:eastAsia="Google Sans" w:hAnsi="TeachersPet" w:cs="Google Sans"/>
          <w:b w:val="0"/>
          <w:bCs w:val="0"/>
          <w:color w:val="1B1C1D"/>
          <w:sz w:val="36"/>
          <w:szCs w:val="34"/>
        </w:rPr>
        <w:t xml:space="preserve">Ensure a safe and inclusive environment. </w:t>
      </w:r>
    </w:p>
    <w:p w14:paraId="11AE13A0" w14:textId="77777777" w:rsidR="009D4B9D" w:rsidRPr="00BA79D5" w:rsidRDefault="009D4B9D" w:rsidP="00BA79D5">
      <w:pPr>
        <w:pStyle w:val="Heading2"/>
        <w:numPr>
          <w:ilvl w:val="0"/>
          <w:numId w:val="14"/>
        </w:numPr>
        <w:spacing w:before="0" w:after="120" w:line="240" w:lineRule="auto"/>
        <w:rPr>
          <w:rFonts w:ascii="TeachersPet" w:eastAsia="Google Sans" w:hAnsi="TeachersPet" w:cs="Google Sans"/>
          <w:b w:val="0"/>
          <w:bCs w:val="0"/>
          <w:color w:val="1B1C1D"/>
          <w:sz w:val="36"/>
          <w:szCs w:val="34"/>
        </w:rPr>
      </w:pPr>
      <w:r w:rsidRPr="00BA79D5">
        <w:rPr>
          <w:rFonts w:ascii="TeachersPet" w:eastAsia="Google Sans" w:hAnsi="TeachersPet" w:cs="Google Sans"/>
          <w:b w:val="0"/>
          <w:bCs w:val="0"/>
          <w:color w:val="1B1C1D"/>
          <w:sz w:val="36"/>
          <w:szCs w:val="34"/>
        </w:rPr>
        <w:t xml:space="preserve">Offer regular feedback and appreciation. </w:t>
      </w:r>
    </w:p>
    <w:p w14:paraId="7AF2B3F6" w14:textId="77777777" w:rsidR="009D4B9D" w:rsidRPr="00BA79D5" w:rsidRDefault="009D4B9D" w:rsidP="00BA79D5">
      <w:pPr>
        <w:pStyle w:val="Heading2"/>
        <w:numPr>
          <w:ilvl w:val="0"/>
          <w:numId w:val="14"/>
        </w:numPr>
        <w:spacing w:before="0" w:after="120" w:line="240" w:lineRule="auto"/>
        <w:rPr>
          <w:rFonts w:ascii="TeachersPet" w:eastAsia="Google Sans" w:hAnsi="TeachersPet" w:cs="Google Sans"/>
          <w:b w:val="0"/>
          <w:bCs w:val="0"/>
          <w:color w:val="1B1C1D"/>
          <w:sz w:val="36"/>
          <w:szCs w:val="34"/>
        </w:rPr>
      </w:pPr>
      <w:r w:rsidRPr="00BA79D5">
        <w:rPr>
          <w:rFonts w:ascii="TeachersPet" w:eastAsia="Google Sans" w:hAnsi="TeachersPet" w:cs="Google Sans"/>
          <w:b w:val="0"/>
          <w:bCs w:val="0"/>
          <w:color w:val="1B1C1D"/>
          <w:sz w:val="36"/>
          <w:szCs w:val="34"/>
        </w:rPr>
        <w:t xml:space="preserve">Maintain a log of volunteer hours and activities. </w:t>
      </w:r>
    </w:p>
    <w:p w14:paraId="245C6277" w14:textId="77777777" w:rsidR="009D4B9D" w:rsidRPr="00BA79D5" w:rsidRDefault="009D4B9D" w:rsidP="00BA79D5">
      <w:pPr>
        <w:pStyle w:val="Heading2"/>
        <w:numPr>
          <w:ilvl w:val="0"/>
          <w:numId w:val="14"/>
        </w:numPr>
        <w:spacing w:before="0" w:after="120" w:line="240" w:lineRule="auto"/>
        <w:rPr>
          <w:rFonts w:ascii="TeachersPet" w:eastAsia="Google Sans" w:hAnsi="TeachersPet" w:cs="Google Sans"/>
          <w:b w:val="0"/>
          <w:bCs w:val="0"/>
          <w:color w:val="1B1C1D"/>
          <w:sz w:val="36"/>
          <w:szCs w:val="34"/>
        </w:rPr>
      </w:pPr>
      <w:r w:rsidRPr="00BA79D5">
        <w:rPr>
          <w:rFonts w:ascii="TeachersPet" w:eastAsia="Google Sans" w:hAnsi="TeachersPet" w:cs="Google Sans"/>
          <w:b w:val="0"/>
          <w:bCs w:val="0"/>
          <w:color w:val="1B1C1D"/>
          <w:sz w:val="36"/>
          <w:szCs w:val="34"/>
        </w:rPr>
        <w:t xml:space="preserve">Have a clear process for addressing issues or concerns. </w:t>
      </w:r>
    </w:p>
    <w:p w14:paraId="5D3B20F3" w14:textId="77777777" w:rsidR="009D4B9D" w:rsidRPr="00BA79D5" w:rsidRDefault="009D4B9D" w:rsidP="00BA79D5">
      <w:pPr>
        <w:pStyle w:val="Heading2"/>
        <w:numPr>
          <w:ilvl w:val="0"/>
          <w:numId w:val="14"/>
        </w:numPr>
        <w:spacing w:before="0" w:after="120" w:line="240" w:lineRule="auto"/>
        <w:rPr>
          <w:rFonts w:ascii="TeachersPet" w:eastAsia="Google Sans" w:hAnsi="TeachersPet" w:cs="Google Sans"/>
          <w:b w:val="0"/>
          <w:bCs w:val="0"/>
          <w:color w:val="1B1C1D"/>
          <w:sz w:val="36"/>
          <w:szCs w:val="34"/>
        </w:rPr>
      </w:pPr>
      <w:r w:rsidRPr="00BA79D5">
        <w:rPr>
          <w:rFonts w:ascii="TeachersPet" w:eastAsia="Google Sans" w:hAnsi="TeachersPet" w:cs="Google Sans"/>
          <w:b w:val="0"/>
          <w:bCs w:val="0"/>
          <w:color w:val="1B1C1D"/>
          <w:sz w:val="36"/>
          <w:szCs w:val="34"/>
        </w:rPr>
        <w:t xml:space="preserve">Provide necessary resources and materials. </w:t>
      </w:r>
    </w:p>
    <w:p w14:paraId="10B90E26" w14:textId="77777777" w:rsidR="005E0A64" w:rsidRPr="00BA79D5" w:rsidRDefault="009D4B9D" w:rsidP="00BA79D5">
      <w:pPr>
        <w:pStyle w:val="Heading2"/>
        <w:numPr>
          <w:ilvl w:val="0"/>
          <w:numId w:val="14"/>
        </w:numPr>
        <w:spacing w:before="0" w:after="120" w:line="240" w:lineRule="auto"/>
        <w:rPr>
          <w:rFonts w:ascii="TeachersPet" w:eastAsia="Google Sans" w:hAnsi="TeachersPet" w:cs="Google Sans"/>
          <w:b w:val="0"/>
          <w:bCs w:val="0"/>
          <w:color w:val="1B1C1D"/>
          <w:sz w:val="36"/>
          <w:szCs w:val="34"/>
        </w:rPr>
      </w:pPr>
      <w:r w:rsidRPr="00BA79D5">
        <w:rPr>
          <w:rFonts w:ascii="TeachersPet" w:eastAsia="Google Sans" w:hAnsi="TeachersPet" w:cs="Google Sans"/>
          <w:b w:val="0"/>
          <w:bCs w:val="0"/>
          <w:color w:val="1B1C1D"/>
          <w:sz w:val="36"/>
          <w:szCs w:val="34"/>
        </w:rPr>
        <w:t>Respect the volunteer's time and effort.</w:t>
      </w:r>
      <w:r w:rsidR="005E0A64" w:rsidRPr="00BA79D5">
        <w:rPr>
          <w:rFonts w:ascii="TeachersPet" w:eastAsia="Google Sans" w:hAnsi="TeachersPet" w:cs="Google Sans"/>
          <w:b w:val="0"/>
          <w:bCs w:val="0"/>
          <w:color w:val="1B1C1D"/>
          <w:sz w:val="36"/>
          <w:szCs w:val="34"/>
        </w:rPr>
        <w:t xml:space="preserve"> </w:t>
      </w:r>
    </w:p>
    <w:p w14:paraId="60D32EE4" w14:textId="77777777" w:rsidR="005E0A64" w:rsidRPr="00BA79D5" w:rsidRDefault="005E0A64" w:rsidP="00BA79D5">
      <w:pPr>
        <w:pStyle w:val="Heading2"/>
        <w:numPr>
          <w:ilvl w:val="0"/>
          <w:numId w:val="14"/>
        </w:numPr>
        <w:spacing w:before="0" w:after="120" w:line="240" w:lineRule="auto"/>
        <w:rPr>
          <w:rFonts w:ascii="TeachersPet" w:eastAsia="Google Sans" w:hAnsi="TeachersPet" w:cs="Google Sans"/>
          <w:b w:val="0"/>
          <w:bCs w:val="0"/>
          <w:color w:val="1B1C1D"/>
          <w:sz w:val="36"/>
          <w:szCs w:val="34"/>
        </w:rPr>
      </w:pPr>
      <w:r w:rsidRPr="00BA79D5">
        <w:rPr>
          <w:rFonts w:ascii="TeachersPet" w:eastAsia="Google Sans" w:hAnsi="TeachersPet" w:cs="Google Sans"/>
          <w:b w:val="0"/>
          <w:bCs w:val="0"/>
          <w:color w:val="1B1C1D"/>
          <w:sz w:val="36"/>
          <w:szCs w:val="34"/>
        </w:rPr>
        <w:t xml:space="preserve">Provide an example of an evaluation sheet. </w:t>
      </w:r>
    </w:p>
    <w:p w14:paraId="3B1B8FCE" w14:textId="77777777" w:rsidR="005E0A64" w:rsidRPr="00BA79D5" w:rsidRDefault="005E0A64" w:rsidP="00BA79D5">
      <w:pPr>
        <w:pStyle w:val="Heading2"/>
        <w:numPr>
          <w:ilvl w:val="0"/>
          <w:numId w:val="14"/>
        </w:numPr>
        <w:spacing w:before="0" w:after="120" w:line="240" w:lineRule="auto"/>
        <w:rPr>
          <w:rFonts w:ascii="TeachersPet" w:eastAsia="Google Sans" w:hAnsi="TeachersPet" w:cs="Google Sans"/>
          <w:b w:val="0"/>
          <w:bCs w:val="0"/>
          <w:color w:val="1B1C1D"/>
          <w:sz w:val="36"/>
          <w:szCs w:val="34"/>
        </w:rPr>
      </w:pPr>
      <w:r w:rsidRPr="00BA79D5">
        <w:rPr>
          <w:rFonts w:ascii="TeachersPet" w:eastAsia="Google Sans" w:hAnsi="TeachersPet" w:cs="Google Sans"/>
          <w:b w:val="0"/>
          <w:bCs w:val="0"/>
          <w:color w:val="1B1C1D"/>
          <w:sz w:val="36"/>
          <w:szCs w:val="34"/>
        </w:rPr>
        <w:t xml:space="preserve">Give guidelines on how to deal with children experiencing difficulties. </w:t>
      </w:r>
    </w:p>
    <w:p w14:paraId="686F6A73" w14:textId="77777777" w:rsidR="005E0A64" w:rsidRPr="00BA79D5" w:rsidRDefault="005E0A64" w:rsidP="00BA79D5">
      <w:pPr>
        <w:pStyle w:val="Heading2"/>
        <w:numPr>
          <w:ilvl w:val="0"/>
          <w:numId w:val="14"/>
        </w:numPr>
        <w:spacing w:before="0" w:after="120" w:line="240" w:lineRule="auto"/>
        <w:rPr>
          <w:rFonts w:ascii="TeachersPet" w:eastAsia="Google Sans" w:hAnsi="TeachersPet" w:cs="Google Sans"/>
          <w:b w:val="0"/>
          <w:bCs w:val="0"/>
          <w:color w:val="1B1C1D"/>
          <w:sz w:val="36"/>
          <w:szCs w:val="34"/>
        </w:rPr>
      </w:pPr>
      <w:r w:rsidRPr="00BA79D5">
        <w:rPr>
          <w:rFonts w:ascii="TeachersPet" w:eastAsia="Google Sans" w:hAnsi="TeachersPet" w:cs="Google Sans"/>
          <w:b w:val="0"/>
          <w:bCs w:val="0"/>
          <w:color w:val="1B1C1D"/>
          <w:sz w:val="36"/>
          <w:szCs w:val="34"/>
        </w:rPr>
        <w:t xml:space="preserve">Brief volunteers on all safety guidelines. </w:t>
      </w:r>
    </w:p>
    <w:p w14:paraId="471F69B4" w14:textId="77777777" w:rsidR="005E0A64" w:rsidRPr="00BA79D5" w:rsidRDefault="005E0A64" w:rsidP="00BA79D5">
      <w:pPr>
        <w:pStyle w:val="Heading2"/>
        <w:numPr>
          <w:ilvl w:val="0"/>
          <w:numId w:val="14"/>
        </w:numPr>
        <w:spacing w:before="0" w:after="120" w:line="240" w:lineRule="auto"/>
        <w:rPr>
          <w:rFonts w:ascii="TeachersPet" w:eastAsia="Google Sans" w:hAnsi="TeachersPet" w:cs="Google Sans"/>
          <w:b w:val="0"/>
          <w:bCs w:val="0"/>
          <w:color w:val="1B1C1D"/>
          <w:sz w:val="36"/>
          <w:szCs w:val="34"/>
        </w:rPr>
      </w:pPr>
      <w:r w:rsidRPr="00BA79D5">
        <w:rPr>
          <w:rFonts w:ascii="TeachersPet" w:eastAsia="Google Sans" w:hAnsi="TeachersPet" w:cs="Google Sans"/>
          <w:b w:val="0"/>
          <w:bCs w:val="0"/>
          <w:color w:val="1B1C1D"/>
          <w:sz w:val="36"/>
          <w:szCs w:val="34"/>
        </w:rPr>
        <w:t xml:space="preserve">Provide a simple list of ‘do and don’t’ when dealing with management, staff, parents and children. </w:t>
      </w:r>
    </w:p>
    <w:p w14:paraId="2089C2F6" w14:textId="1553B3A4" w:rsidR="005E0A64" w:rsidRDefault="005E0A64" w:rsidP="00BA79D5">
      <w:pPr>
        <w:pStyle w:val="Heading2"/>
        <w:numPr>
          <w:ilvl w:val="0"/>
          <w:numId w:val="14"/>
        </w:numPr>
        <w:spacing w:before="0" w:after="120" w:line="240" w:lineRule="auto"/>
        <w:rPr>
          <w:rFonts w:ascii="TeachersPet" w:eastAsia="Google Sans" w:hAnsi="TeachersPet" w:cs="Google Sans"/>
          <w:b w:val="0"/>
          <w:bCs w:val="0"/>
          <w:color w:val="1B1C1D"/>
          <w:sz w:val="36"/>
          <w:szCs w:val="34"/>
        </w:rPr>
      </w:pPr>
      <w:r w:rsidRPr="00BA79D5">
        <w:rPr>
          <w:rFonts w:ascii="TeachersPet" w:eastAsia="Google Sans" w:hAnsi="TeachersPet" w:cs="Google Sans"/>
          <w:b w:val="0"/>
          <w:bCs w:val="0"/>
          <w:color w:val="1B1C1D"/>
          <w:sz w:val="36"/>
          <w:szCs w:val="34"/>
        </w:rPr>
        <w:t xml:space="preserve">Most importantly, volunteers should be encouraged to approach the staff with any difficult situation, questions, or concerns. Staff in return should be available and open to supporting the volunteers. </w:t>
      </w:r>
    </w:p>
    <w:p w14:paraId="67FA986F" w14:textId="77777777" w:rsidR="00BA79D5" w:rsidRDefault="00BA79D5" w:rsidP="00BA79D5"/>
    <w:p w14:paraId="64A5EFDB" w14:textId="77777777" w:rsidR="00BA79D5" w:rsidRDefault="00BA79D5" w:rsidP="00BA79D5"/>
    <w:p w14:paraId="1F76EB30" w14:textId="77777777" w:rsidR="00BA79D5" w:rsidRDefault="00BA79D5" w:rsidP="00BA79D5"/>
    <w:p w14:paraId="3D16178A" w14:textId="77777777" w:rsidR="00BA79D5" w:rsidRPr="00BA79D5" w:rsidRDefault="00BA79D5" w:rsidP="00BA79D5"/>
    <w:p w14:paraId="5EF8E480" w14:textId="77777777" w:rsidR="009D4B9D" w:rsidRPr="00BA79D5" w:rsidRDefault="009D4B9D" w:rsidP="00BA79D5">
      <w:pPr>
        <w:pBdr>
          <w:top w:val="dashSmallGap" w:sz="4" w:space="1" w:color="auto"/>
          <w:left w:val="dashSmallGap" w:sz="4" w:space="4" w:color="auto"/>
          <w:bottom w:val="dashSmallGap" w:sz="4" w:space="1" w:color="auto"/>
          <w:right w:val="dashSmallGap" w:sz="4" w:space="4" w:color="auto"/>
        </w:pBdr>
        <w:spacing w:after="0" w:line="240" w:lineRule="auto"/>
        <w:rPr>
          <w:rFonts w:ascii="TeachersPet" w:eastAsia="Times New Roman" w:hAnsi="TeachersPet" w:cs="Times New Roman"/>
          <w:b/>
          <w:bCs/>
          <w:color w:val="000000"/>
          <w:sz w:val="36"/>
          <w:szCs w:val="36"/>
          <w:lang w:val="en-ZA" w:eastAsia="en-GB"/>
        </w:rPr>
      </w:pPr>
      <w:r w:rsidRPr="00BA79D5">
        <w:rPr>
          <w:rFonts w:ascii="TeachersPet" w:eastAsia="Times New Roman" w:hAnsi="TeachersPet" w:cs="Times New Roman"/>
          <w:b/>
          <w:bCs/>
          <w:color w:val="000000"/>
          <w:sz w:val="36"/>
          <w:szCs w:val="36"/>
          <w:lang w:val="en-ZA" w:eastAsia="en-GB"/>
        </w:rPr>
        <w:lastRenderedPageBreak/>
        <w:t>ECD V</w:t>
      </w:r>
      <w:r w:rsidRPr="00BA79D5">
        <w:rPr>
          <w:rFonts w:ascii="TeachersPet" w:eastAsia="Times New Roman" w:hAnsi="TeachersPet" w:cs="Times New Roman"/>
          <w:b/>
          <w:bCs/>
          <w:color w:val="000000"/>
          <w:sz w:val="36"/>
          <w:szCs w:val="36"/>
          <w:lang w:val="en-ZA" w:eastAsia="en-GB"/>
        </w:rPr>
        <w:t>olunteer Expectations &amp; Responsibilities</w:t>
      </w:r>
      <w:r w:rsidRPr="00BA79D5">
        <w:rPr>
          <w:rFonts w:ascii="TeachersPet" w:eastAsia="Times New Roman" w:hAnsi="TeachersPet" w:cs="Times New Roman"/>
          <w:b/>
          <w:bCs/>
          <w:color w:val="000000"/>
          <w:sz w:val="36"/>
          <w:szCs w:val="36"/>
          <w:lang w:val="en-ZA" w:eastAsia="en-GB"/>
        </w:rPr>
        <w:t>:</w:t>
      </w:r>
    </w:p>
    <w:p w14:paraId="1BF09331" w14:textId="77777777" w:rsidR="009D4B9D" w:rsidRPr="00BA79D5" w:rsidRDefault="009D4B9D" w:rsidP="00BA79D5">
      <w:pPr>
        <w:pStyle w:val="ListParagraph"/>
        <w:numPr>
          <w:ilvl w:val="0"/>
          <w:numId w:val="15"/>
        </w:numPr>
        <w:spacing w:after="0"/>
        <w:rPr>
          <w:rFonts w:ascii="TeachersPet" w:eastAsia="Times New Roman" w:hAnsi="TeachersPet" w:cs="Times New Roman"/>
          <w:sz w:val="36"/>
          <w:szCs w:val="36"/>
          <w:lang w:val="en-ZA" w:eastAsia="en-GB"/>
        </w:rPr>
      </w:pPr>
      <w:r w:rsidRPr="00BA79D5">
        <w:rPr>
          <w:rFonts w:ascii="TeachersPet" w:eastAsia="Times New Roman" w:hAnsi="TeachersPet" w:cs="Times New Roman"/>
          <w:color w:val="000000"/>
          <w:sz w:val="36"/>
          <w:szCs w:val="36"/>
          <w:lang w:val="en-ZA" w:eastAsia="en-GB"/>
        </w:rPr>
        <w:t xml:space="preserve">Undergo a criminal background check and clearance in accordance with the Children's Act. </w:t>
      </w:r>
    </w:p>
    <w:p w14:paraId="258592CB" w14:textId="77777777" w:rsidR="009D4B9D" w:rsidRPr="00BA79D5" w:rsidRDefault="009D4B9D" w:rsidP="00BA79D5">
      <w:pPr>
        <w:pStyle w:val="ListParagraph"/>
        <w:numPr>
          <w:ilvl w:val="0"/>
          <w:numId w:val="15"/>
        </w:numPr>
        <w:spacing w:after="0"/>
        <w:rPr>
          <w:rFonts w:ascii="TeachersPet" w:eastAsia="Times New Roman" w:hAnsi="TeachersPet" w:cs="Times New Roman"/>
          <w:sz w:val="36"/>
          <w:szCs w:val="36"/>
          <w:lang w:val="en-ZA" w:eastAsia="en-GB"/>
        </w:rPr>
      </w:pPr>
      <w:r w:rsidRPr="00BA79D5">
        <w:rPr>
          <w:rFonts w:ascii="TeachersPet" w:eastAsia="Times New Roman" w:hAnsi="TeachersPet" w:cs="Times New Roman"/>
          <w:color w:val="000000"/>
          <w:sz w:val="36"/>
          <w:szCs w:val="36"/>
          <w:lang w:val="en-ZA" w:eastAsia="en-GB"/>
        </w:rPr>
        <w:t xml:space="preserve">Be a 'fit and proper' person as per South African legal requirements. </w:t>
      </w:r>
    </w:p>
    <w:p w14:paraId="7DD99DD2" w14:textId="77777777" w:rsidR="009D4B9D" w:rsidRPr="00BA79D5" w:rsidRDefault="009D4B9D" w:rsidP="00BA79D5">
      <w:pPr>
        <w:pStyle w:val="ListParagraph"/>
        <w:numPr>
          <w:ilvl w:val="0"/>
          <w:numId w:val="15"/>
        </w:numPr>
        <w:spacing w:after="0"/>
        <w:rPr>
          <w:rFonts w:ascii="TeachersPet" w:eastAsia="Times New Roman" w:hAnsi="TeachersPet" w:cs="Times New Roman"/>
          <w:sz w:val="36"/>
          <w:szCs w:val="36"/>
          <w:lang w:val="en-ZA" w:eastAsia="en-GB"/>
        </w:rPr>
      </w:pPr>
      <w:r w:rsidRPr="00BA79D5">
        <w:rPr>
          <w:rFonts w:ascii="TeachersPet" w:eastAsia="Times New Roman" w:hAnsi="TeachersPet" w:cs="Times New Roman"/>
          <w:color w:val="000000"/>
          <w:sz w:val="36"/>
          <w:szCs w:val="36"/>
          <w:lang w:val="en-ZA" w:eastAsia="en-GB"/>
        </w:rPr>
        <w:t xml:space="preserve">Respect the rights and well-being of all children, treating them with dignity and respect. </w:t>
      </w:r>
      <w:r w:rsidRPr="00BA79D5">
        <w:rPr>
          <w:rFonts w:ascii="TeachersPet" w:eastAsia="Times New Roman" w:hAnsi="TeachersPet" w:cs="Times New Roman"/>
          <w:color w:val="000000"/>
          <w:sz w:val="36"/>
          <w:szCs w:val="36"/>
          <w:lang w:val="en-ZA" w:eastAsia="en-GB"/>
        </w:rPr>
        <w:t>\</w:t>
      </w:r>
    </w:p>
    <w:p w14:paraId="44288344" w14:textId="77777777" w:rsidR="009D4B9D" w:rsidRPr="00BA79D5" w:rsidRDefault="009D4B9D" w:rsidP="00BA79D5">
      <w:pPr>
        <w:pStyle w:val="ListParagraph"/>
        <w:numPr>
          <w:ilvl w:val="0"/>
          <w:numId w:val="15"/>
        </w:numPr>
        <w:spacing w:after="0"/>
        <w:rPr>
          <w:rFonts w:ascii="TeachersPet" w:eastAsia="Times New Roman" w:hAnsi="TeachersPet" w:cs="Times New Roman"/>
          <w:sz w:val="36"/>
          <w:szCs w:val="36"/>
          <w:lang w:val="en-ZA" w:eastAsia="en-GB"/>
        </w:rPr>
      </w:pPr>
      <w:r w:rsidRPr="00BA79D5">
        <w:rPr>
          <w:rFonts w:ascii="TeachersPet" w:eastAsia="Times New Roman" w:hAnsi="TeachersPet" w:cs="Times New Roman"/>
          <w:color w:val="000000"/>
          <w:sz w:val="36"/>
          <w:szCs w:val="36"/>
          <w:lang w:val="en-ZA" w:eastAsia="en-GB"/>
        </w:rPr>
        <w:t xml:space="preserve">Adhere to the </w:t>
      </w:r>
      <w:r w:rsidRPr="00BA79D5">
        <w:rPr>
          <w:rFonts w:ascii="TeachersPet" w:eastAsia="Times New Roman" w:hAnsi="TeachersPet" w:cs="Times New Roman"/>
          <w:color w:val="000000"/>
          <w:sz w:val="36"/>
          <w:szCs w:val="36"/>
          <w:lang w:val="en-ZA" w:eastAsia="en-GB"/>
        </w:rPr>
        <w:t>centre’s</w:t>
      </w:r>
      <w:r w:rsidRPr="00BA79D5">
        <w:rPr>
          <w:rFonts w:ascii="TeachersPet" w:eastAsia="Times New Roman" w:hAnsi="TeachersPet" w:cs="Times New Roman"/>
          <w:color w:val="000000"/>
          <w:sz w:val="36"/>
          <w:szCs w:val="36"/>
          <w:lang w:val="en-ZA" w:eastAsia="en-GB"/>
        </w:rPr>
        <w:t xml:space="preserve"> code of conduct and safety procedures. </w:t>
      </w:r>
    </w:p>
    <w:p w14:paraId="5D285BAA" w14:textId="77777777" w:rsidR="009D4B9D" w:rsidRPr="00BA79D5" w:rsidRDefault="009D4B9D" w:rsidP="00BA79D5">
      <w:pPr>
        <w:pStyle w:val="ListParagraph"/>
        <w:numPr>
          <w:ilvl w:val="0"/>
          <w:numId w:val="15"/>
        </w:numPr>
        <w:spacing w:after="0"/>
        <w:rPr>
          <w:rFonts w:ascii="TeachersPet" w:eastAsia="Times New Roman" w:hAnsi="TeachersPet" w:cs="Times New Roman"/>
          <w:sz w:val="36"/>
          <w:szCs w:val="36"/>
          <w:lang w:val="en-ZA" w:eastAsia="en-GB"/>
        </w:rPr>
      </w:pPr>
      <w:r w:rsidRPr="00BA79D5">
        <w:rPr>
          <w:rFonts w:ascii="TeachersPet" w:eastAsia="Times New Roman" w:hAnsi="TeachersPet" w:cs="Times New Roman"/>
          <w:color w:val="000000"/>
          <w:sz w:val="36"/>
          <w:szCs w:val="36"/>
          <w:lang w:val="en-ZA" w:eastAsia="en-GB"/>
        </w:rPr>
        <w:t xml:space="preserve">Assist staff with daily activities, including teaching, playing, and meal preparation. </w:t>
      </w:r>
    </w:p>
    <w:p w14:paraId="7E710B8B" w14:textId="77777777" w:rsidR="009D4B9D" w:rsidRPr="00BA79D5" w:rsidRDefault="009D4B9D" w:rsidP="00BA79D5">
      <w:pPr>
        <w:pStyle w:val="ListParagraph"/>
        <w:numPr>
          <w:ilvl w:val="0"/>
          <w:numId w:val="15"/>
        </w:numPr>
        <w:spacing w:after="0"/>
        <w:rPr>
          <w:rFonts w:ascii="TeachersPet" w:eastAsia="Times New Roman" w:hAnsi="TeachersPet" w:cs="Times New Roman"/>
          <w:sz w:val="36"/>
          <w:szCs w:val="36"/>
          <w:lang w:val="en-ZA" w:eastAsia="en-GB"/>
        </w:rPr>
      </w:pPr>
      <w:r w:rsidRPr="00BA79D5">
        <w:rPr>
          <w:rFonts w:ascii="TeachersPet" w:eastAsia="Times New Roman" w:hAnsi="TeachersPet" w:cs="Times New Roman"/>
          <w:color w:val="000000"/>
          <w:sz w:val="36"/>
          <w:szCs w:val="36"/>
          <w:lang w:val="en-ZA" w:eastAsia="en-GB"/>
        </w:rPr>
        <w:t xml:space="preserve">Help with administrative or maintenance duties as needed. </w:t>
      </w:r>
    </w:p>
    <w:p w14:paraId="6A7FE628" w14:textId="77777777" w:rsidR="009D4B9D" w:rsidRPr="00BA79D5" w:rsidRDefault="009D4B9D" w:rsidP="00BA79D5">
      <w:pPr>
        <w:pStyle w:val="ListParagraph"/>
        <w:numPr>
          <w:ilvl w:val="0"/>
          <w:numId w:val="15"/>
        </w:numPr>
        <w:spacing w:after="0"/>
        <w:rPr>
          <w:rFonts w:ascii="TeachersPet" w:eastAsia="Times New Roman" w:hAnsi="TeachersPet" w:cs="Times New Roman"/>
          <w:sz w:val="36"/>
          <w:szCs w:val="36"/>
          <w:lang w:val="en-ZA" w:eastAsia="en-GB"/>
        </w:rPr>
      </w:pPr>
      <w:r w:rsidRPr="00BA79D5">
        <w:rPr>
          <w:rFonts w:ascii="TeachersPet" w:eastAsia="Times New Roman" w:hAnsi="TeachersPet" w:cs="Times New Roman"/>
          <w:color w:val="000000"/>
          <w:sz w:val="36"/>
          <w:szCs w:val="36"/>
          <w:lang w:val="en-ZA" w:eastAsia="en-GB"/>
        </w:rPr>
        <w:t xml:space="preserve">Be a positive role model for the children. </w:t>
      </w:r>
    </w:p>
    <w:p w14:paraId="62B8B69F" w14:textId="77777777" w:rsidR="009D4B9D" w:rsidRPr="00BA79D5" w:rsidRDefault="009D4B9D" w:rsidP="00BA79D5">
      <w:pPr>
        <w:pStyle w:val="ListParagraph"/>
        <w:numPr>
          <w:ilvl w:val="0"/>
          <w:numId w:val="15"/>
        </w:numPr>
        <w:spacing w:after="0"/>
        <w:rPr>
          <w:rFonts w:ascii="TeachersPet" w:eastAsia="Times New Roman" w:hAnsi="TeachersPet" w:cs="Times New Roman"/>
          <w:sz w:val="36"/>
          <w:szCs w:val="36"/>
          <w:lang w:val="en-ZA" w:eastAsia="en-GB"/>
        </w:rPr>
      </w:pPr>
      <w:r w:rsidRPr="00BA79D5">
        <w:rPr>
          <w:rFonts w:ascii="TeachersPet" w:eastAsia="Times New Roman" w:hAnsi="TeachersPet" w:cs="Times New Roman"/>
          <w:color w:val="000000"/>
          <w:sz w:val="36"/>
          <w:szCs w:val="36"/>
          <w:lang w:val="en-ZA" w:eastAsia="en-GB"/>
        </w:rPr>
        <w:t xml:space="preserve">Be proactive, flexible, and willing to help where needed. </w:t>
      </w:r>
    </w:p>
    <w:p w14:paraId="16A8EC2D" w14:textId="77777777" w:rsidR="009D4B9D" w:rsidRPr="00BA79D5" w:rsidRDefault="009D4B9D" w:rsidP="00BA79D5">
      <w:pPr>
        <w:pStyle w:val="ListParagraph"/>
        <w:numPr>
          <w:ilvl w:val="0"/>
          <w:numId w:val="15"/>
        </w:numPr>
        <w:spacing w:after="0"/>
        <w:rPr>
          <w:rFonts w:ascii="TeachersPet" w:eastAsia="Times New Roman" w:hAnsi="TeachersPet" w:cs="Times New Roman"/>
          <w:sz w:val="36"/>
          <w:szCs w:val="36"/>
          <w:lang w:val="en-ZA" w:eastAsia="en-GB"/>
        </w:rPr>
      </w:pPr>
      <w:r w:rsidRPr="00BA79D5">
        <w:rPr>
          <w:rFonts w:ascii="TeachersPet" w:eastAsia="Times New Roman" w:hAnsi="TeachersPet" w:cs="Times New Roman"/>
          <w:color w:val="000000"/>
          <w:sz w:val="36"/>
          <w:szCs w:val="36"/>
          <w:lang w:val="en-ZA" w:eastAsia="en-GB"/>
        </w:rPr>
        <w:t xml:space="preserve">Do not form special relationships with children outside of the volunteer role. </w:t>
      </w:r>
    </w:p>
    <w:p w14:paraId="3F60965E" w14:textId="51754016" w:rsidR="00EB604A" w:rsidRPr="00BA79D5" w:rsidRDefault="009D4B9D" w:rsidP="00BA79D5">
      <w:pPr>
        <w:pStyle w:val="ListParagraph"/>
        <w:numPr>
          <w:ilvl w:val="0"/>
          <w:numId w:val="15"/>
        </w:numPr>
        <w:spacing w:after="0"/>
        <w:rPr>
          <w:rFonts w:ascii="TeachersPet" w:eastAsia="Times New Roman" w:hAnsi="TeachersPet" w:cs="Times New Roman"/>
          <w:sz w:val="36"/>
          <w:szCs w:val="36"/>
          <w:lang w:val="en-ZA" w:eastAsia="en-GB"/>
        </w:rPr>
      </w:pPr>
      <w:r w:rsidRPr="00BA79D5">
        <w:rPr>
          <w:rFonts w:ascii="TeachersPet" w:eastAsia="Times New Roman" w:hAnsi="TeachersPet" w:cs="Times New Roman"/>
          <w:color w:val="000000"/>
          <w:sz w:val="36"/>
          <w:szCs w:val="36"/>
          <w:lang w:val="en-ZA" w:eastAsia="en-GB"/>
        </w:rPr>
        <w:t>Report any concerns about a child's safety or well-being to the appropriate staff</w:t>
      </w:r>
      <w:r w:rsidR="00BA79D5" w:rsidRPr="00BA79D5">
        <w:rPr>
          <w:rFonts w:ascii="TeachersPet" w:eastAsia="Times New Roman" w:hAnsi="TeachersPet" w:cs="Times New Roman"/>
          <w:color w:val="000000"/>
          <w:sz w:val="36"/>
          <w:szCs w:val="36"/>
          <w:lang w:val="en-ZA" w:eastAsia="en-GB"/>
        </w:rPr>
        <w:t xml:space="preserve">. </w:t>
      </w:r>
    </w:p>
    <w:p w14:paraId="5C9B14B3" w14:textId="77777777" w:rsidR="00BA79D5" w:rsidRDefault="00BA79D5" w:rsidP="00BA79D5">
      <w:pPr>
        <w:spacing w:after="0"/>
        <w:rPr>
          <w:rFonts w:ascii="TeachersPet" w:eastAsia="Times New Roman" w:hAnsi="TeachersPet" w:cs="Times New Roman"/>
          <w:sz w:val="36"/>
          <w:szCs w:val="36"/>
          <w:lang w:val="en-ZA" w:eastAsia="en-GB"/>
        </w:rPr>
      </w:pPr>
    </w:p>
    <w:p w14:paraId="23A0DF19" w14:textId="77777777" w:rsidR="00BA79D5" w:rsidRPr="00BA79D5" w:rsidRDefault="00BA79D5" w:rsidP="00BA79D5">
      <w:pPr>
        <w:spacing w:after="0"/>
        <w:rPr>
          <w:rFonts w:ascii="TeachersPet" w:eastAsia="Times New Roman" w:hAnsi="TeachersPet" w:cs="Times New Roman"/>
          <w:sz w:val="36"/>
          <w:szCs w:val="36"/>
          <w:lang w:val="en-ZA" w:eastAsia="en-GB"/>
        </w:rPr>
      </w:pPr>
    </w:p>
    <w:sectPr w:rsidR="00BA79D5" w:rsidRPr="00BA79D5" w:rsidSect="00EB604A">
      <w:headerReference w:type="even" r:id="rId11"/>
      <w:headerReference w:type="default" r:id="rId12"/>
      <w:footerReference w:type="even" r:id="rId13"/>
      <w:footerReference w:type="default" r:id="rId14"/>
      <w:headerReference w:type="first" r:id="rId15"/>
      <w:footerReference w:type="first" r:id="rId16"/>
      <w:pgSz w:w="12240" w:h="15840"/>
      <w:pgMar w:top="720" w:right="720" w:bottom="720" w:left="720" w:header="720" w:footer="3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F09CE2" w14:textId="77777777" w:rsidR="00967159" w:rsidRDefault="00967159" w:rsidP="00EB604A">
      <w:pPr>
        <w:spacing w:after="0" w:line="240" w:lineRule="auto"/>
      </w:pPr>
      <w:r>
        <w:separator/>
      </w:r>
    </w:p>
  </w:endnote>
  <w:endnote w:type="continuationSeparator" w:id="0">
    <w:p w14:paraId="353EC82A" w14:textId="77777777" w:rsidR="00967159" w:rsidRDefault="00967159" w:rsidP="00EB60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0000000000000000000"/>
    <w:charset w:val="00"/>
    <w:family w:val="auto"/>
    <w:pitch w:val="variable"/>
    <w:sig w:usb0="00000003" w:usb1="00000000" w:usb2="00000000" w:usb3="00000000" w:csb0="00000003" w:csb1="00000000"/>
  </w:font>
  <w:font w:name="TeachersPet">
    <w:panose1 w:val="020B0500000000000000"/>
    <w:charset w:val="00"/>
    <w:family w:val="swiss"/>
    <w:pitch w:val="variable"/>
    <w:sig w:usb0="00000003" w:usb1="00000000" w:usb2="00000000" w:usb3="00000000" w:csb0="00000001" w:csb1="00000000"/>
  </w:font>
  <w:font w:name="Google Sans Text">
    <w:altName w:val="Calibri"/>
    <w:panose1 w:val="020B0604020202020204"/>
    <w:charset w:val="00"/>
    <w:family w:val="auto"/>
    <w:pitch w:val="default"/>
  </w:font>
  <w:font w:name="Google Sans">
    <w:panose1 w:val="020B0604020202020204"/>
    <w:charset w:val="00"/>
    <w:family w:val="auto"/>
    <w:pitch w:val="default"/>
  </w:font>
  <w:font w:name="Visby CF">
    <w:panose1 w:val="00000000000000000000"/>
    <w:charset w:val="4D"/>
    <w:family w:val="auto"/>
    <w:notTrueType/>
    <w:pitch w:val="variable"/>
    <w:sig w:usb0="A00002FF" w:usb1="4000205A"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77AAFA" w14:textId="77777777" w:rsidR="00753C51" w:rsidRDefault="00753C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7962D5" w14:textId="77777777" w:rsidR="00753C51" w:rsidRPr="00DD1E16" w:rsidRDefault="00753C51" w:rsidP="00753C51">
    <w:pPr>
      <w:pStyle w:val="Footer"/>
      <w:jc w:val="center"/>
      <w:rPr>
        <w:rFonts w:ascii="Visby CF" w:hAnsi="Visby CF"/>
        <w:b/>
        <w:bCs/>
        <w:sz w:val="18"/>
        <w:szCs w:val="18"/>
      </w:rPr>
    </w:pPr>
    <w:r w:rsidRPr="00DD1E16">
      <w:rPr>
        <w:rFonts w:ascii="Visby CF" w:hAnsi="Visby CF"/>
        <w:b/>
        <w:bCs/>
        <w:sz w:val="18"/>
        <w:szCs w:val="18"/>
      </w:rPr>
      <w:t>CC BY-NC 4.0 License</w:t>
    </w:r>
  </w:p>
  <w:p w14:paraId="0D2DC817" w14:textId="5CC60216" w:rsidR="00EB604A" w:rsidRPr="00753C51" w:rsidRDefault="00753C51" w:rsidP="00753C51">
    <w:pPr>
      <w:pStyle w:val="Footer"/>
      <w:jc w:val="center"/>
      <w:rPr>
        <w:rFonts w:ascii="Visby CF" w:hAnsi="Visby CF"/>
        <w:b/>
        <w:bCs/>
        <w:sz w:val="18"/>
        <w:szCs w:val="18"/>
      </w:rPr>
    </w:pPr>
    <w:r w:rsidRPr="00DD1E16">
      <w:rPr>
        <w:rFonts w:ascii="Visby CF" w:hAnsi="Visby CF"/>
        <w:b/>
        <w:bCs/>
        <w:sz w:val="18"/>
        <w:szCs w:val="18"/>
      </w:rPr>
      <w:t>You are free to copy, remix, transform, build upon</w:t>
    </w:r>
    <w:r>
      <w:rPr>
        <w:rFonts w:ascii="Visby CF" w:hAnsi="Visby CF"/>
        <w:b/>
        <w:bCs/>
        <w:sz w:val="18"/>
        <w:szCs w:val="18"/>
      </w:rPr>
      <w:t>,</w:t>
    </w:r>
    <w:r w:rsidRPr="00DD1E16">
      <w:rPr>
        <w:rFonts w:ascii="Visby CF" w:hAnsi="Visby CF"/>
        <w:b/>
        <w:bCs/>
        <w:sz w:val="18"/>
        <w:szCs w:val="18"/>
      </w:rPr>
      <w:t xml:space="preserve"> and redistribute this material for NONCOMMERCIAL purposes only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6F83A1" w14:textId="77777777" w:rsidR="00753C51" w:rsidRDefault="00753C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9CCF12" w14:textId="77777777" w:rsidR="00967159" w:rsidRDefault="00967159" w:rsidP="00EB604A">
      <w:pPr>
        <w:spacing w:after="0" w:line="240" w:lineRule="auto"/>
      </w:pPr>
      <w:r>
        <w:separator/>
      </w:r>
    </w:p>
  </w:footnote>
  <w:footnote w:type="continuationSeparator" w:id="0">
    <w:p w14:paraId="7780D4AB" w14:textId="77777777" w:rsidR="00967159" w:rsidRDefault="00967159" w:rsidP="00EB60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5D4B05" w14:textId="77777777" w:rsidR="00753C51" w:rsidRDefault="00753C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E1A86C" w14:textId="77777777" w:rsidR="00753C51" w:rsidRDefault="00753C5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996A8F" w14:textId="77777777" w:rsidR="00753C51" w:rsidRDefault="00753C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D7156ED"/>
    <w:multiLevelType w:val="hybridMultilevel"/>
    <w:tmpl w:val="2C22713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00833E7"/>
    <w:multiLevelType w:val="hybridMultilevel"/>
    <w:tmpl w:val="D04804B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36076E9"/>
    <w:multiLevelType w:val="multilevel"/>
    <w:tmpl w:val="208E4D9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 w15:restartNumberingAfterBreak="0">
    <w:nsid w:val="254E5D5B"/>
    <w:multiLevelType w:val="multilevel"/>
    <w:tmpl w:val="77E4C8D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 w15:restartNumberingAfterBreak="0">
    <w:nsid w:val="3BDF0E19"/>
    <w:multiLevelType w:val="multilevel"/>
    <w:tmpl w:val="F580CDA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 w15:restartNumberingAfterBreak="0">
    <w:nsid w:val="3EFD2074"/>
    <w:multiLevelType w:val="multilevel"/>
    <w:tmpl w:val="6A8A8AE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 w15:restartNumberingAfterBreak="0">
    <w:nsid w:val="444D008D"/>
    <w:multiLevelType w:val="hybridMultilevel"/>
    <w:tmpl w:val="A7E4884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AF12991"/>
    <w:multiLevelType w:val="hybridMultilevel"/>
    <w:tmpl w:val="CC6A7E7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8E0B6C"/>
    <w:multiLevelType w:val="multilevel"/>
    <w:tmpl w:val="E6201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6ED6345"/>
    <w:multiLevelType w:val="multilevel"/>
    <w:tmpl w:val="20943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01A5DBC"/>
    <w:multiLevelType w:val="hybridMultilevel"/>
    <w:tmpl w:val="E4F2C56E"/>
    <w:lvl w:ilvl="0" w:tplc="308CB04C">
      <w:start w:val="2"/>
      <w:numFmt w:val="bullet"/>
      <w:lvlText w:val="-"/>
      <w:lvlJc w:val="left"/>
      <w:pPr>
        <w:ind w:left="720" w:hanging="360"/>
      </w:pPr>
      <w:rPr>
        <w:rFonts w:ascii="Cambria" w:eastAsiaTheme="minorEastAsia" w:hAnsi="Cambr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242296B"/>
    <w:multiLevelType w:val="multilevel"/>
    <w:tmpl w:val="7020E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5C308E4"/>
    <w:multiLevelType w:val="multilevel"/>
    <w:tmpl w:val="A0043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65064734">
    <w:abstractNumId w:val="8"/>
  </w:num>
  <w:num w:numId="2" w16cid:durableId="1403212495">
    <w:abstractNumId w:val="6"/>
  </w:num>
  <w:num w:numId="3" w16cid:durableId="1697000965">
    <w:abstractNumId w:val="5"/>
  </w:num>
  <w:num w:numId="4" w16cid:durableId="1117286932">
    <w:abstractNumId w:val="4"/>
  </w:num>
  <w:num w:numId="5" w16cid:durableId="1599287951">
    <w:abstractNumId w:val="7"/>
  </w:num>
  <w:num w:numId="6" w16cid:durableId="1194927230">
    <w:abstractNumId w:val="3"/>
  </w:num>
  <w:num w:numId="7" w16cid:durableId="1151361765">
    <w:abstractNumId w:val="2"/>
  </w:num>
  <w:num w:numId="8" w16cid:durableId="1220172373">
    <w:abstractNumId w:val="1"/>
  </w:num>
  <w:num w:numId="9" w16cid:durableId="1076365134">
    <w:abstractNumId w:val="0"/>
  </w:num>
  <w:num w:numId="10" w16cid:durableId="1621381500">
    <w:abstractNumId w:val="13"/>
  </w:num>
  <w:num w:numId="11" w16cid:durableId="1244490464">
    <w:abstractNumId w:val="14"/>
  </w:num>
  <w:num w:numId="12" w16cid:durableId="1541701400">
    <w:abstractNumId w:val="11"/>
  </w:num>
  <w:num w:numId="13" w16cid:durableId="383716362">
    <w:abstractNumId w:val="12"/>
  </w:num>
  <w:num w:numId="14" w16cid:durableId="1398866117">
    <w:abstractNumId w:val="15"/>
  </w:num>
  <w:num w:numId="15" w16cid:durableId="1786391012">
    <w:abstractNumId w:val="16"/>
  </w:num>
  <w:num w:numId="16" w16cid:durableId="904030962">
    <w:abstractNumId w:val="9"/>
  </w:num>
  <w:num w:numId="17" w16cid:durableId="576400370">
    <w:abstractNumId w:val="19"/>
  </w:num>
  <w:num w:numId="18" w16cid:durableId="25759782">
    <w:abstractNumId w:val="10"/>
  </w:num>
  <w:num w:numId="19" w16cid:durableId="1547988748">
    <w:abstractNumId w:val="18"/>
  </w:num>
  <w:num w:numId="20" w16cid:durableId="1279068336">
    <w:abstractNumId w:val="17"/>
  </w:num>
  <w:num w:numId="21" w16cid:durableId="856848788">
    <w:abstractNumId w:val="21"/>
  </w:num>
  <w:num w:numId="22" w16cid:durableId="169654001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B6E81"/>
    <w:rsid w:val="000D396E"/>
    <w:rsid w:val="0015074B"/>
    <w:rsid w:val="00224C74"/>
    <w:rsid w:val="00263FB8"/>
    <w:rsid w:val="0029639D"/>
    <w:rsid w:val="002F42B8"/>
    <w:rsid w:val="002F550D"/>
    <w:rsid w:val="00326F90"/>
    <w:rsid w:val="003B5227"/>
    <w:rsid w:val="003E244D"/>
    <w:rsid w:val="00452429"/>
    <w:rsid w:val="00474ADD"/>
    <w:rsid w:val="005E0A64"/>
    <w:rsid w:val="00753C51"/>
    <w:rsid w:val="007C5AA5"/>
    <w:rsid w:val="007F1C70"/>
    <w:rsid w:val="008439EA"/>
    <w:rsid w:val="008E68FD"/>
    <w:rsid w:val="00967159"/>
    <w:rsid w:val="009727CA"/>
    <w:rsid w:val="009936BA"/>
    <w:rsid w:val="009B7755"/>
    <w:rsid w:val="009D4B9D"/>
    <w:rsid w:val="00AA1D8D"/>
    <w:rsid w:val="00B47730"/>
    <w:rsid w:val="00BA79D5"/>
    <w:rsid w:val="00BB1207"/>
    <w:rsid w:val="00CB0664"/>
    <w:rsid w:val="00CE0040"/>
    <w:rsid w:val="00CE12C1"/>
    <w:rsid w:val="00D32392"/>
    <w:rsid w:val="00D67B2E"/>
    <w:rsid w:val="00DC3DA7"/>
    <w:rsid w:val="00DD7199"/>
    <w:rsid w:val="00EB604A"/>
    <w:rsid w:val="00F27B0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9DD07AC"/>
  <w14:defaultImageDpi w14:val="300"/>
  <w15:docId w15:val="{8E7E7DB2-E6EE-5843-8C54-B1914B848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semiHidden/>
    <w:unhideWhenUsed/>
    <w:rsid w:val="009D4B9D"/>
    <w:pPr>
      <w:spacing w:before="100" w:beforeAutospacing="1" w:after="100" w:afterAutospacing="1" w:line="240" w:lineRule="auto"/>
    </w:pPr>
    <w:rPr>
      <w:rFonts w:ascii="Times New Roman" w:eastAsia="Times New Roman" w:hAnsi="Times New Roman" w:cs="Times New Roman"/>
      <w:sz w:val="24"/>
      <w:szCs w:val="24"/>
      <w:lang w:val="en-ZA"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7003877">
      <w:bodyDiv w:val="1"/>
      <w:marLeft w:val="0"/>
      <w:marRight w:val="0"/>
      <w:marTop w:val="0"/>
      <w:marBottom w:val="0"/>
      <w:divBdr>
        <w:top w:val="none" w:sz="0" w:space="0" w:color="auto"/>
        <w:left w:val="none" w:sz="0" w:space="0" w:color="auto"/>
        <w:bottom w:val="none" w:sz="0" w:space="0" w:color="auto"/>
        <w:right w:val="none" w:sz="0" w:space="0" w:color="auto"/>
      </w:divBdr>
    </w:div>
    <w:div w:id="825976476">
      <w:bodyDiv w:val="1"/>
      <w:marLeft w:val="0"/>
      <w:marRight w:val="0"/>
      <w:marTop w:val="0"/>
      <w:marBottom w:val="0"/>
      <w:divBdr>
        <w:top w:val="none" w:sz="0" w:space="0" w:color="auto"/>
        <w:left w:val="none" w:sz="0" w:space="0" w:color="auto"/>
        <w:bottom w:val="none" w:sz="0" w:space="0" w:color="auto"/>
        <w:right w:val="none" w:sz="0" w:space="0" w:color="auto"/>
      </w:divBdr>
    </w:div>
    <w:div w:id="88463481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C92E9186104DEB49A68ABE040E9C0972" ma:contentTypeVersion="16" ma:contentTypeDescription="Create a new document." ma:contentTypeScope="" ma:versionID="7f4f1ac43400d34b78d01bc424fe115c">
  <xsd:schema xmlns:xsd="http://www.w3.org/2001/XMLSchema" xmlns:xs="http://www.w3.org/2001/XMLSchema" xmlns:p="http://schemas.microsoft.com/office/2006/metadata/properties" xmlns:ns2="ce315e5b-4664-4296-8c8f-4d6ecdbb4f81" xmlns:ns3="cfa9c32a-54df-401b-83fc-ff9d7b26fb45" targetNamespace="http://schemas.microsoft.com/office/2006/metadata/properties" ma:root="true" ma:fieldsID="8577eb9808f8ac135ed546afb657af03" ns2:_="" ns3:_="">
    <xsd:import namespace="ce315e5b-4664-4296-8c8f-4d6ecdbb4f81"/>
    <xsd:import namespace="cfa9c32a-54df-401b-83fc-ff9d7b26fb45"/>
    <xsd:element name="properties">
      <xsd:complexType>
        <xsd:sequence>
          <xsd:element name="documentManagement">
            <xsd:complexType>
              <xsd:all>
                <xsd:element ref="ns2:SmallGrants"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315e5b-4664-4296-8c8f-4d6ecdbb4f81" elementFormDefault="qualified">
    <xsd:import namespace="http://schemas.microsoft.com/office/2006/documentManagement/types"/>
    <xsd:import namespace="http://schemas.microsoft.com/office/infopath/2007/PartnerControls"/>
    <xsd:element name="SmallGrants" ma:index="8" nillable="true" ma:displayName="Small Grants " ma:description="All Small Grants applications " ma:format="Dropdown" ma:internalName="SmallGrants">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c3fc6f2-f557-4b51-8471-95962e154da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a9c32a-54df-401b-83fc-ff9d7b26fb4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275be4df-24f6-4474-94fc-436692542bc6}" ma:internalName="TaxCatchAll" ma:showField="CatchAllData" ma:web="cfa9c32a-54df-401b-83fc-ff9d7b26fb4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mallGrants xmlns="ce315e5b-4664-4296-8c8f-4d6ecdbb4f81" xsi:nil="true"/>
    <TaxCatchAll xmlns="cfa9c32a-54df-401b-83fc-ff9d7b26fb45" xsi:nil="true"/>
    <lcf76f155ced4ddcb4097134ff3c332f xmlns="ce315e5b-4664-4296-8c8f-4d6ecdbb4f8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2CD2B8F-7042-44EB-A52A-6AB633DBBD5C}">
  <ds:schemaRefs>
    <ds:schemaRef ds:uri="http://schemas.microsoft.com/sharepoint/v3/contenttype/forms"/>
  </ds:schemaRefs>
</ds:datastoreItem>
</file>

<file path=customXml/itemProps2.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3.xml><?xml version="1.0" encoding="utf-8"?>
<ds:datastoreItem xmlns:ds="http://schemas.openxmlformats.org/officeDocument/2006/customXml" ds:itemID="{6540A1AA-F6AD-4073-A1D3-607BF66002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315e5b-4664-4296-8c8f-4d6ecdbb4f81"/>
    <ds:schemaRef ds:uri="cfa9c32a-54df-401b-83fc-ff9d7b26fb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02F309A-F250-4C5A-B161-7EE5F3B009AB}">
  <ds:schemaRefs>
    <ds:schemaRef ds:uri="http://schemas.microsoft.com/office/2006/metadata/properties"/>
    <ds:schemaRef ds:uri="http://schemas.microsoft.com/office/infopath/2007/PartnerControls"/>
    <ds:schemaRef ds:uri="ce315e5b-4664-4296-8c8f-4d6ecdbb4f81"/>
    <ds:schemaRef ds:uri="cfa9c32a-54df-401b-83fc-ff9d7b26fb45"/>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3</Pages>
  <Words>525</Words>
  <Characters>2999</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3517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Fred Every</cp:lastModifiedBy>
  <cp:revision>3</cp:revision>
  <dcterms:created xsi:type="dcterms:W3CDTF">2025-09-17T09:38:00Z</dcterms:created>
  <dcterms:modified xsi:type="dcterms:W3CDTF">2025-09-17T15:09:00Z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0x010100C92E9186104DEB49A68ABE040E9C0972</vt:lpwstr>
  </property>
</Properties>
</file>