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2BC24" w14:textId="77777777" w:rsidR="00A360FA" w:rsidRDefault="00452429" w:rsidP="00A360FA">
      <w:pPr>
        <w:pStyle w:val="Title"/>
        <w:rPr>
          <w:rFonts w:ascii="TeachersPet" w:hAnsi="TeachersPet"/>
          <w:color w:val="000000" w:themeColor="text1"/>
          <w:sz w:val="144"/>
          <w:szCs w:val="144"/>
        </w:rPr>
      </w:pPr>
      <w:r w:rsidRPr="00A360FA">
        <w:rPr>
          <w:rFonts w:ascii="TeachersPet" w:hAnsi="TeachersPet"/>
          <w:noProof/>
          <w:color w:val="000000" w:themeColor="text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29DFE87C">
                <wp:simplePos x="0" y="0"/>
                <wp:positionH relativeFrom="column">
                  <wp:posOffset>-71120</wp:posOffset>
                </wp:positionH>
                <wp:positionV relativeFrom="paragraph">
                  <wp:posOffset>-173620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61677F" id="Rounded Rectangle 1" o:spid="_x0000_s1026" style="position:absolute;margin-left:-5.6pt;margin-top:-13.65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</w:p>
    <w:p w14:paraId="52293AB3" w14:textId="4CACB856" w:rsidR="00A360FA" w:rsidRPr="00A360FA" w:rsidRDefault="00A360FA" w:rsidP="00A360FA">
      <w:pPr>
        <w:pStyle w:val="Title"/>
        <w:rPr>
          <w:rFonts w:ascii="TeachersPet" w:hAnsi="TeachersPet"/>
          <w:color w:val="000000" w:themeColor="text1"/>
          <w:sz w:val="144"/>
          <w:szCs w:val="144"/>
        </w:rPr>
      </w:pPr>
      <w:r w:rsidRPr="00A360FA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CFE72" wp14:editId="22D6AE76">
                <wp:simplePos x="0" y="0"/>
                <wp:positionH relativeFrom="column">
                  <wp:posOffset>-72360</wp:posOffset>
                </wp:positionH>
                <wp:positionV relativeFrom="paragraph">
                  <wp:posOffset>500366</wp:posOffset>
                </wp:positionV>
                <wp:extent cx="1371600" cy="169545"/>
                <wp:effectExtent l="0" t="0" r="0" b="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61F97E" w14:textId="77777777" w:rsidR="00A360FA" w:rsidRPr="00452429" w:rsidRDefault="00A360FA" w:rsidP="00A360FA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BCFE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7pt;margin-top:39.4pt;width:108pt;height: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" fillcolor="white [3201]" stroked="f" strokeweight=".5pt">
                <v:textbox>
                  <w:txbxContent>
                    <w:p w14:paraId="0C61F97E" w14:textId="77777777" w:rsidR="00A360FA" w:rsidRPr="00452429" w:rsidRDefault="00A360FA" w:rsidP="00A360FA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  <w:r w:rsidRPr="00A360FA">
        <w:rPr>
          <w:rFonts w:ascii="TeachersPet" w:hAnsi="TeachersPet"/>
          <w:color w:val="000000" w:themeColor="text1"/>
          <w:sz w:val="96"/>
          <w:szCs w:val="96"/>
        </w:rPr>
        <w:t>Staff Timesheet</w:t>
      </w:r>
    </w:p>
    <w:p w14:paraId="12D4AD65" w14:textId="0EE59325" w:rsidR="00A360FA" w:rsidRPr="00A360FA" w:rsidRDefault="00A360FA" w:rsidP="00A360FA">
      <w:pPr>
        <w:pStyle w:val="Heading1"/>
        <w:rPr>
          <w:rFonts w:ascii="TeachersPet" w:hAnsi="TeachersPet"/>
          <w:color w:val="000000" w:themeColor="text1"/>
          <w:sz w:val="44"/>
          <w:szCs w:val="44"/>
        </w:rPr>
      </w:pPr>
      <w:r w:rsidRPr="00A360FA">
        <w:rPr>
          <w:rFonts w:ascii="TeachersPet" w:hAnsi="TeachersPet"/>
          <w:color w:val="000000" w:themeColor="text1"/>
          <w:sz w:val="44"/>
          <w:szCs w:val="44"/>
        </w:rPr>
        <w:t>1. Employee Information</w:t>
      </w:r>
      <w:r w:rsidRPr="00A360FA">
        <w:rPr>
          <w:rFonts w:ascii="TeachersPet" w:hAnsi="TeachersPet"/>
          <w:noProof/>
          <w:color w:val="000000" w:themeColor="text1"/>
          <w:sz w:val="44"/>
          <w:szCs w:val="44"/>
        </w:rPr>
        <w:t xml:space="preserve"> </w:t>
      </w:r>
    </w:p>
    <w:p w14:paraId="040CB59D" w14:textId="7044950F" w:rsidR="00A360FA" w:rsidRPr="00A360FA" w:rsidRDefault="00A360FA" w:rsidP="00A360FA">
      <w:pPr>
        <w:rPr>
          <w:rFonts w:ascii="TeachersPet" w:hAnsi="TeachersPet"/>
          <w:color w:val="000000" w:themeColor="text1"/>
          <w:sz w:val="36"/>
          <w:szCs w:val="36"/>
        </w:rPr>
      </w:pPr>
      <w:r w:rsidRPr="00A360FA">
        <w:rPr>
          <w:rFonts w:ascii="TeachersPet" w:hAnsi="TeachersPet"/>
          <w:color w:val="000000" w:themeColor="text1"/>
          <w:sz w:val="36"/>
          <w:szCs w:val="36"/>
        </w:rPr>
        <w:t>Employee Name: ___________________________________________________________________</w:t>
      </w:r>
    </w:p>
    <w:p w14:paraId="76A00B2B" w14:textId="49D3FEBD" w:rsidR="00A360FA" w:rsidRPr="00A360FA" w:rsidRDefault="00A360FA" w:rsidP="00A360FA">
      <w:pPr>
        <w:rPr>
          <w:rFonts w:ascii="TeachersPet" w:hAnsi="TeachersPet"/>
          <w:color w:val="000000" w:themeColor="text1"/>
          <w:sz w:val="36"/>
          <w:szCs w:val="36"/>
        </w:rPr>
      </w:pPr>
      <w:r w:rsidRPr="00A360FA">
        <w:rPr>
          <w:rFonts w:ascii="TeachersPet" w:hAnsi="TeachersPet"/>
          <w:color w:val="000000" w:themeColor="text1"/>
          <w:sz w:val="36"/>
          <w:szCs w:val="36"/>
        </w:rPr>
        <w:t>Position: ___________________________________________________________</w:t>
      </w:r>
      <w:r>
        <w:rPr>
          <w:rFonts w:ascii="TeachersPet" w:hAnsi="TeachersPet"/>
          <w:color w:val="000000" w:themeColor="text1"/>
          <w:sz w:val="36"/>
          <w:szCs w:val="36"/>
        </w:rPr>
        <w:t>________</w:t>
      </w:r>
      <w:r w:rsidRPr="00A360FA">
        <w:rPr>
          <w:rFonts w:ascii="TeachersPet" w:hAnsi="TeachersPet"/>
          <w:color w:val="000000" w:themeColor="text1"/>
          <w:sz w:val="36"/>
          <w:szCs w:val="36"/>
        </w:rPr>
        <w:t>________</w:t>
      </w:r>
    </w:p>
    <w:p w14:paraId="74D9673B" w14:textId="332BE582" w:rsidR="00A360FA" w:rsidRPr="00A360FA" w:rsidRDefault="00A360FA" w:rsidP="00A360FA">
      <w:pPr>
        <w:rPr>
          <w:rFonts w:ascii="TeachersPet" w:hAnsi="TeachersPet"/>
          <w:color w:val="000000" w:themeColor="text1"/>
          <w:sz w:val="36"/>
          <w:szCs w:val="36"/>
        </w:rPr>
      </w:pPr>
      <w:r w:rsidRPr="00A360FA">
        <w:rPr>
          <w:rFonts w:ascii="TeachersPet" w:hAnsi="TeachersPet"/>
          <w:color w:val="000000" w:themeColor="text1"/>
          <w:sz w:val="36"/>
          <w:szCs w:val="36"/>
        </w:rPr>
        <w:t>Week Starting: __________________________Week Ending: _______________________________</w:t>
      </w:r>
    </w:p>
    <w:p w14:paraId="535A30F4" w14:textId="77777777" w:rsidR="00A360FA" w:rsidRPr="00A360FA" w:rsidRDefault="00A360FA" w:rsidP="00A360FA">
      <w:pPr>
        <w:pStyle w:val="Heading1"/>
        <w:rPr>
          <w:rFonts w:ascii="TeachersPet" w:hAnsi="TeachersPet"/>
          <w:color w:val="000000" w:themeColor="text1"/>
          <w:sz w:val="44"/>
          <w:szCs w:val="44"/>
        </w:rPr>
      </w:pPr>
      <w:r w:rsidRPr="00A360FA">
        <w:rPr>
          <w:rFonts w:ascii="TeachersPet" w:hAnsi="TeachersPet"/>
          <w:color w:val="000000" w:themeColor="text1"/>
          <w:sz w:val="44"/>
          <w:szCs w:val="44"/>
        </w:rPr>
        <w:t>2. Weekly Timesheet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1"/>
        <w:gridCol w:w="1771"/>
        <w:gridCol w:w="1771"/>
        <w:gridCol w:w="1771"/>
        <w:gridCol w:w="1771"/>
        <w:gridCol w:w="1772"/>
      </w:tblGrid>
      <w:tr w:rsidR="00A360FA" w:rsidRPr="00A360FA" w14:paraId="40094814" w14:textId="77777777" w:rsidTr="00A360FA">
        <w:tc>
          <w:tcPr>
            <w:tcW w:w="1771" w:type="dxa"/>
          </w:tcPr>
          <w:p w14:paraId="4614D77C" w14:textId="77777777" w:rsidR="00A360FA" w:rsidRPr="00A360FA" w:rsidRDefault="00A360FA" w:rsidP="002260E7">
            <w:pPr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  <w:t>Date</w:t>
            </w:r>
          </w:p>
        </w:tc>
        <w:tc>
          <w:tcPr>
            <w:tcW w:w="1771" w:type="dxa"/>
          </w:tcPr>
          <w:p w14:paraId="289B7788" w14:textId="77777777" w:rsidR="00A360FA" w:rsidRPr="00A360FA" w:rsidRDefault="00A360FA" w:rsidP="002260E7">
            <w:pPr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  <w:t>Day</w:t>
            </w:r>
          </w:p>
        </w:tc>
        <w:tc>
          <w:tcPr>
            <w:tcW w:w="1771" w:type="dxa"/>
          </w:tcPr>
          <w:p w14:paraId="6F455AD2" w14:textId="77777777" w:rsidR="00A360FA" w:rsidRPr="00A360FA" w:rsidRDefault="00A360FA" w:rsidP="002260E7">
            <w:pPr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  <w:t>Time In</w:t>
            </w:r>
          </w:p>
        </w:tc>
        <w:tc>
          <w:tcPr>
            <w:tcW w:w="1771" w:type="dxa"/>
          </w:tcPr>
          <w:p w14:paraId="52BA0FE4" w14:textId="77777777" w:rsidR="00A360FA" w:rsidRPr="00A360FA" w:rsidRDefault="00A360FA" w:rsidP="002260E7">
            <w:pPr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  <w:t>Time Out</w:t>
            </w:r>
          </w:p>
        </w:tc>
        <w:tc>
          <w:tcPr>
            <w:tcW w:w="1771" w:type="dxa"/>
          </w:tcPr>
          <w:p w14:paraId="4700835B" w14:textId="77777777" w:rsidR="00A360FA" w:rsidRPr="00A360FA" w:rsidRDefault="00A360FA" w:rsidP="002260E7">
            <w:pPr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  <w:t>Breaks (Duration)</w:t>
            </w:r>
          </w:p>
        </w:tc>
        <w:tc>
          <w:tcPr>
            <w:tcW w:w="1772" w:type="dxa"/>
          </w:tcPr>
          <w:p w14:paraId="79BC189D" w14:textId="77777777" w:rsidR="00A360FA" w:rsidRPr="00A360FA" w:rsidRDefault="00A360FA" w:rsidP="002260E7">
            <w:pPr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  <w:t>Total Hours Worked</w:t>
            </w:r>
          </w:p>
        </w:tc>
      </w:tr>
      <w:tr w:rsidR="00A360FA" w:rsidRPr="00A360FA" w14:paraId="6D07855C" w14:textId="77777777" w:rsidTr="00A360FA">
        <w:tc>
          <w:tcPr>
            <w:tcW w:w="1771" w:type="dxa"/>
          </w:tcPr>
          <w:p w14:paraId="3F1F09A6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24C1EBBD" w14:textId="77777777" w:rsidR="00A360FA" w:rsidRPr="00A360FA" w:rsidRDefault="00A360FA" w:rsidP="002260E7">
            <w:pPr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  <w:t>Monday</w:t>
            </w:r>
          </w:p>
        </w:tc>
        <w:tc>
          <w:tcPr>
            <w:tcW w:w="1771" w:type="dxa"/>
          </w:tcPr>
          <w:p w14:paraId="3E7D819C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6FE2103E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4E95FACE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2" w:type="dxa"/>
          </w:tcPr>
          <w:p w14:paraId="6AC39A68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</w:tr>
      <w:tr w:rsidR="00A360FA" w:rsidRPr="00A360FA" w14:paraId="7DC6B7AC" w14:textId="77777777" w:rsidTr="00A360FA">
        <w:tc>
          <w:tcPr>
            <w:tcW w:w="1771" w:type="dxa"/>
          </w:tcPr>
          <w:p w14:paraId="549404BF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4D86E3A2" w14:textId="77777777" w:rsidR="00A360FA" w:rsidRPr="00A360FA" w:rsidRDefault="00A360FA" w:rsidP="002260E7">
            <w:pPr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  <w:t>Tuesday</w:t>
            </w:r>
          </w:p>
        </w:tc>
        <w:tc>
          <w:tcPr>
            <w:tcW w:w="1771" w:type="dxa"/>
          </w:tcPr>
          <w:p w14:paraId="4AD7AC4C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4EF9AF68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5BCB13C7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2" w:type="dxa"/>
          </w:tcPr>
          <w:p w14:paraId="18C2A1D2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</w:tr>
      <w:tr w:rsidR="00A360FA" w:rsidRPr="00A360FA" w14:paraId="60E63029" w14:textId="77777777" w:rsidTr="00A360FA">
        <w:tc>
          <w:tcPr>
            <w:tcW w:w="1771" w:type="dxa"/>
          </w:tcPr>
          <w:p w14:paraId="4B813F24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38601315" w14:textId="77777777" w:rsidR="00A360FA" w:rsidRPr="00A360FA" w:rsidRDefault="00A360FA" w:rsidP="002260E7">
            <w:pPr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  <w:t>Wednesday</w:t>
            </w:r>
          </w:p>
        </w:tc>
        <w:tc>
          <w:tcPr>
            <w:tcW w:w="1771" w:type="dxa"/>
          </w:tcPr>
          <w:p w14:paraId="58C8DFA6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2D38C709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7638750A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2" w:type="dxa"/>
          </w:tcPr>
          <w:p w14:paraId="6EEEF97D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</w:tr>
      <w:tr w:rsidR="00A360FA" w:rsidRPr="00A360FA" w14:paraId="02094FE8" w14:textId="77777777" w:rsidTr="00A360FA">
        <w:tc>
          <w:tcPr>
            <w:tcW w:w="1771" w:type="dxa"/>
          </w:tcPr>
          <w:p w14:paraId="79D2898E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1CF405AC" w14:textId="77777777" w:rsidR="00A360FA" w:rsidRPr="00A360FA" w:rsidRDefault="00A360FA" w:rsidP="002260E7">
            <w:pPr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  <w:t>Thursday</w:t>
            </w:r>
          </w:p>
        </w:tc>
        <w:tc>
          <w:tcPr>
            <w:tcW w:w="1771" w:type="dxa"/>
          </w:tcPr>
          <w:p w14:paraId="588A5F57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4F786DDD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5A1B8848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2" w:type="dxa"/>
          </w:tcPr>
          <w:p w14:paraId="6D48198E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</w:tr>
      <w:tr w:rsidR="00A360FA" w:rsidRPr="00A360FA" w14:paraId="26C5F7A4" w14:textId="77777777" w:rsidTr="00A360FA">
        <w:tc>
          <w:tcPr>
            <w:tcW w:w="1771" w:type="dxa"/>
          </w:tcPr>
          <w:p w14:paraId="3A4B1960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6E194427" w14:textId="77777777" w:rsidR="00A360FA" w:rsidRPr="00A360FA" w:rsidRDefault="00A360FA" w:rsidP="002260E7">
            <w:pPr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  <w:t>Friday</w:t>
            </w:r>
          </w:p>
        </w:tc>
        <w:tc>
          <w:tcPr>
            <w:tcW w:w="1771" w:type="dxa"/>
          </w:tcPr>
          <w:p w14:paraId="5A587990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0F3C6AA6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1BD413E9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2" w:type="dxa"/>
          </w:tcPr>
          <w:p w14:paraId="320C8E90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</w:tr>
      <w:tr w:rsidR="00A360FA" w:rsidRPr="00A360FA" w14:paraId="7EBCBF71" w14:textId="77777777" w:rsidTr="00A360FA">
        <w:tc>
          <w:tcPr>
            <w:tcW w:w="1771" w:type="dxa"/>
          </w:tcPr>
          <w:p w14:paraId="13BA1371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648886C1" w14:textId="77777777" w:rsidR="00A360FA" w:rsidRPr="00A360FA" w:rsidRDefault="00A360FA" w:rsidP="002260E7">
            <w:pPr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  <w:t>Saturday</w:t>
            </w:r>
          </w:p>
        </w:tc>
        <w:tc>
          <w:tcPr>
            <w:tcW w:w="1771" w:type="dxa"/>
          </w:tcPr>
          <w:p w14:paraId="64A6767F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611CE4EA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2C86CBBC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2" w:type="dxa"/>
          </w:tcPr>
          <w:p w14:paraId="4A42C642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</w:tr>
      <w:tr w:rsidR="00A360FA" w:rsidRPr="00A360FA" w14:paraId="1A41284C" w14:textId="77777777" w:rsidTr="00A360FA">
        <w:tc>
          <w:tcPr>
            <w:tcW w:w="1771" w:type="dxa"/>
          </w:tcPr>
          <w:p w14:paraId="2A0960B7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44D02053" w14:textId="77777777" w:rsidR="00A360FA" w:rsidRPr="00A360FA" w:rsidRDefault="00A360FA" w:rsidP="002260E7">
            <w:pPr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b/>
                <w:bCs/>
                <w:color w:val="000000" w:themeColor="text1"/>
                <w:sz w:val="36"/>
                <w:szCs w:val="36"/>
              </w:rPr>
              <w:t>Sunday</w:t>
            </w:r>
          </w:p>
        </w:tc>
        <w:tc>
          <w:tcPr>
            <w:tcW w:w="1771" w:type="dxa"/>
          </w:tcPr>
          <w:p w14:paraId="7F74F3CE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44BA1601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1" w:type="dxa"/>
          </w:tcPr>
          <w:p w14:paraId="31EAFB0E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  <w:tc>
          <w:tcPr>
            <w:tcW w:w="1772" w:type="dxa"/>
          </w:tcPr>
          <w:p w14:paraId="1EAE27FF" w14:textId="77777777" w:rsidR="00A360FA" w:rsidRPr="00A360FA" w:rsidRDefault="00A360FA" w:rsidP="002260E7">
            <w:pPr>
              <w:rPr>
                <w:rFonts w:ascii="TeachersPet" w:hAnsi="TeachersPet"/>
                <w:color w:val="000000" w:themeColor="text1"/>
                <w:sz w:val="36"/>
                <w:szCs w:val="36"/>
              </w:rPr>
            </w:pPr>
            <w:r w:rsidRPr="00A360FA">
              <w:rPr>
                <w:rFonts w:ascii="TeachersPet" w:hAnsi="TeachersPet"/>
                <w:color w:val="000000" w:themeColor="text1"/>
                <w:sz w:val="36"/>
                <w:szCs w:val="36"/>
              </w:rPr>
              <w:t>__________</w:t>
            </w:r>
          </w:p>
        </w:tc>
      </w:tr>
    </w:tbl>
    <w:p w14:paraId="50B3AA19" w14:textId="77777777" w:rsidR="00A360FA" w:rsidRPr="00A360FA" w:rsidRDefault="00A360FA" w:rsidP="00A360FA">
      <w:pPr>
        <w:pStyle w:val="Heading1"/>
        <w:rPr>
          <w:rFonts w:ascii="TeachersPet" w:hAnsi="TeachersPet"/>
          <w:color w:val="000000" w:themeColor="text1"/>
          <w:sz w:val="44"/>
          <w:szCs w:val="44"/>
        </w:rPr>
      </w:pPr>
      <w:r w:rsidRPr="00A360FA">
        <w:rPr>
          <w:rFonts w:ascii="TeachersPet" w:hAnsi="TeachersPet"/>
          <w:color w:val="000000" w:themeColor="text1"/>
          <w:sz w:val="44"/>
          <w:szCs w:val="44"/>
        </w:rPr>
        <w:t>3. Approval</w:t>
      </w:r>
    </w:p>
    <w:p w14:paraId="17916DA8" w14:textId="25045157" w:rsidR="00A360FA" w:rsidRPr="00A360FA" w:rsidRDefault="00A360FA" w:rsidP="00A360FA">
      <w:pPr>
        <w:rPr>
          <w:rFonts w:ascii="TeachersPet" w:hAnsi="TeachersPet"/>
          <w:color w:val="000000" w:themeColor="text1"/>
          <w:sz w:val="36"/>
          <w:szCs w:val="36"/>
        </w:rPr>
      </w:pPr>
      <w:r w:rsidRPr="00A360FA">
        <w:rPr>
          <w:rFonts w:ascii="TeachersPet" w:hAnsi="TeachersPet"/>
          <w:color w:val="000000" w:themeColor="text1"/>
          <w:sz w:val="36"/>
          <w:szCs w:val="36"/>
        </w:rPr>
        <w:t>Employee Signature: ______________________________  Date: ___________________________</w:t>
      </w:r>
    </w:p>
    <w:p w14:paraId="41288113" w14:textId="5DDBBCE0" w:rsidR="00A360FA" w:rsidRPr="00A360FA" w:rsidRDefault="00A360FA" w:rsidP="00A360FA">
      <w:pPr>
        <w:rPr>
          <w:rFonts w:ascii="TeachersPet" w:hAnsi="TeachersPet"/>
          <w:color w:val="000000" w:themeColor="text1"/>
          <w:sz w:val="36"/>
          <w:szCs w:val="36"/>
        </w:rPr>
      </w:pPr>
      <w:r w:rsidRPr="00A360FA">
        <w:rPr>
          <w:rFonts w:ascii="TeachersPet" w:hAnsi="TeachersPet"/>
          <w:color w:val="000000" w:themeColor="text1"/>
          <w:sz w:val="36"/>
          <w:szCs w:val="36"/>
        </w:rPr>
        <w:t>Supervisor Signature: _____________________________  Date: ____________________________</w:t>
      </w:r>
    </w:p>
    <w:p w14:paraId="1F9C9EED" w14:textId="4948DB0C" w:rsidR="00DD7199" w:rsidRPr="00A360FA" w:rsidRDefault="00000000" w:rsidP="00452429">
      <w:pPr>
        <w:spacing w:line="240" w:lineRule="auto"/>
        <w:rPr>
          <w:rFonts w:ascii="TeachersPet" w:hAnsi="TeachersPet"/>
          <w:color w:val="000000" w:themeColor="text1"/>
          <w:sz w:val="36"/>
          <w:szCs w:val="36"/>
        </w:rPr>
      </w:pPr>
      <w:r w:rsidRPr="00A360FA">
        <w:rPr>
          <w:rFonts w:ascii="TeachersPet" w:hAnsi="TeachersPet"/>
          <w:color w:val="000000" w:themeColor="text1"/>
          <w:sz w:val="36"/>
          <w:szCs w:val="36"/>
        </w:rPr>
        <w:t>Classroom/Group:</w:t>
      </w:r>
      <w:r w:rsidR="00452429" w:rsidRPr="00A360FA">
        <w:rPr>
          <w:rFonts w:ascii="TeachersPet" w:hAnsi="TeachersPet"/>
          <w:color w:val="000000" w:themeColor="text1"/>
          <w:sz w:val="36"/>
          <w:szCs w:val="36"/>
        </w:rPr>
        <w:t>___________________________________________________________________</w:t>
      </w:r>
    </w:p>
    <w:p w14:paraId="3F60965E" w14:textId="65DFA0C5" w:rsidR="00EB604A" w:rsidRPr="00A360FA" w:rsidRDefault="00EB604A" w:rsidP="00452429">
      <w:pPr>
        <w:spacing w:line="240" w:lineRule="auto"/>
        <w:rPr>
          <w:rFonts w:ascii="TeachersPet" w:hAnsi="TeachersPet"/>
          <w:color w:val="000000" w:themeColor="text1"/>
          <w:sz w:val="36"/>
          <w:szCs w:val="36"/>
        </w:rPr>
      </w:pPr>
    </w:p>
    <w:sectPr w:rsidR="00EB604A" w:rsidRPr="00A360FA" w:rsidSect="00EB60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76763F" w14:textId="77777777" w:rsidR="007554CC" w:rsidRDefault="007554CC" w:rsidP="00EB604A">
      <w:pPr>
        <w:spacing w:after="0" w:line="240" w:lineRule="auto"/>
      </w:pPr>
      <w:r>
        <w:separator/>
      </w:r>
    </w:p>
  </w:endnote>
  <w:endnote w:type="continuationSeparator" w:id="0">
    <w:p w14:paraId="00F0A724" w14:textId="77777777" w:rsidR="007554CC" w:rsidRDefault="007554CC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4D171" w14:textId="77777777" w:rsidR="008372F8" w:rsidRDefault="008372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E295B" w14:textId="77777777" w:rsidR="008372F8" w:rsidRPr="00DD1E16" w:rsidRDefault="008372F8" w:rsidP="008372F8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14526E65" w14:textId="3961C892" w:rsidR="008372F8" w:rsidRPr="008372F8" w:rsidRDefault="008372F8" w:rsidP="008372F8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04CB9" w14:textId="77777777" w:rsidR="008372F8" w:rsidRDefault="008372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7FA70" w14:textId="77777777" w:rsidR="007554CC" w:rsidRDefault="007554CC" w:rsidP="00EB604A">
      <w:pPr>
        <w:spacing w:after="0" w:line="240" w:lineRule="auto"/>
      </w:pPr>
      <w:r>
        <w:separator/>
      </w:r>
    </w:p>
  </w:footnote>
  <w:footnote w:type="continuationSeparator" w:id="0">
    <w:p w14:paraId="5308E526" w14:textId="77777777" w:rsidR="007554CC" w:rsidRDefault="007554CC" w:rsidP="00EB6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60726" w14:textId="77777777" w:rsidR="008372F8" w:rsidRDefault="008372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F54ED" w14:textId="77777777" w:rsidR="008372F8" w:rsidRDefault="008372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C90F5" w14:textId="77777777" w:rsidR="008372F8" w:rsidRDefault="008372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96E"/>
    <w:rsid w:val="0015074B"/>
    <w:rsid w:val="00171DA3"/>
    <w:rsid w:val="0029639D"/>
    <w:rsid w:val="00326F90"/>
    <w:rsid w:val="00452429"/>
    <w:rsid w:val="007554CC"/>
    <w:rsid w:val="007C5AA5"/>
    <w:rsid w:val="007E0FB2"/>
    <w:rsid w:val="008372F8"/>
    <w:rsid w:val="008439EA"/>
    <w:rsid w:val="00A360FA"/>
    <w:rsid w:val="00AA1D8D"/>
    <w:rsid w:val="00B47730"/>
    <w:rsid w:val="00BB1207"/>
    <w:rsid w:val="00CB0664"/>
    <w:rsid w:val="00D252EA"/>
    <w:rsid w:val="00D32392"/>
    <w:rsid w:val="00D67B2E"/>
    <w:rsid w:val="00DC3DA7"/>
    <w:rsid w:val="00DD7199"/>
    <w:rsid w:val="00EB60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3</cp:revision>
  <dcterms:created xsi:type="dcterms:W3CDTF">2025-05-05T09:54:00Z</dcterms:created>
  <dcterms:modified xsi:type="dcterms:W3CDTF">2025-07-23T10:11:00Z</dcterms:modified>
  <cp:category/>
</cp:coreProperties>
</file>