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60063" w14:textId="7543863E" w:rsidR="0012271C" w:rsidRPr="00934FF3" w:rsidRDefault="00452429" w:rsidP="0012271C">
      <w:pPr>
        <w:pStyle w:val="Title"/>
        <w:rPr>
          <w:rFonts w:ascii="TeachersPet" w:hAnsi="TeachersPet"/>
          <w:color w:val="000000" w:themeColor="text1"/>
          <w:sz w:val="96"/>
          <w:szCs w:val="96"/>
        </w:rPr>
      </w:pPr>
      <w:r w:rsidRPr="0012271C">
        <w:rPr>
          <w:rFonts w:ascii="TeachersPet" w:hAnsi="TeachersPet"/>
          <w:noProof/>
          <w:color w:val="000000" w:themeColor="text1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3FBDFECF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BA04E5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  <w:r w:rsidR="0012271C" w:rsidRPr="0012271C">
        <w:rPr>
          <w:rFonts w:ascii="TeachersPet" w:hAnsi="TeachersPet"/>
          <w:color w:val="000000" w:themeColor="text1"/>
          <w:sz w:val="72"/>
          <w:szCs w:val="72"/>
        </w:rPr>
        <w:t>Performance Evaluation Form</w:t>
      </w:r>
      <w:r w:rsidR="00934FF3">
        <w:rPr>
          <w:rFonts w:ascii="TeachersPet" w:hAnsi="TeachersPet"/>
          <w:color w:val="000000" w:themeColor="text1"/>
          <w:sz w:val="72"/>
          <w:szCs w:val="72"/>
        </w:rPr>
        <w:t xml:space="preserve"> [Example]</w:t>
      </w:r>
    </w:p>
    <w:p w14:paraId="1379BB7F" w14:textId="428BAFF9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75188" wp14:editId="13ED25DC">
                <wp:simplePos x="0" y="0"/>
                <wp:positionH relativeFrom="column">
                  <wp:posOffset>-5715</wp:posOffset>
                </wp:positionH>
                <wp:positionV relativeFrom="paragraph">
                  <wp:posOffset>46355</wp:posOffset>
                </wp:positionV>
                <wp:extent cx="1371600" cy="169545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5C18BD" w14:textId="77777777" w:rsidR="0012271C" w:rsidRPr="00452429" w:rsidRDefault="0012271C" w:rsidP="0012271C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751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3.65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" fillcolor="white [3201]" stroked="f" strokeweight=".5pt">
                <v:textbox>
                  <w:txbxContent>
                    <w:p w14:paraId="3D5C18BD" w14:textId="77777777" w:rsidR="0012271C" w:rsidRPr="00452429" w:rsidRDefault="0012271C" w:rsidP="0012271C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12271C">
        <w:rPr>
          <w:rFonts w:ascii="TeachersPet" w:hAnsi="TeachersPet"/>
          <w:color w:val="000000" w:themeColor="text1"/>
          <w:sz w:val="32"/>
          <w:szCs w:val="32"/>
        </w:rPr>
        <w:t xml:space="preserve">This form is used for quarterly and annual </w:t>
      </w:r>
      <w:r w:rsidR="00E530F5">
        <w:rPr>
          <w:rFonts w:ascii="TeachersPet" w:hAnsi="TeachersPet"/>
          <w:color w:val="000000" w:themeColor="text1"/>
          <w:sz w:val="32"/>
          <w:szCs w:val="32"/>
        </w:rPr>
        <w:t xml:space="preserve">staff </w:t>
      </w:r>
      <w:r w:rsidRPr="0012271C">
        <w:rPr>
          <w:rFonts w:ascii="TeachersPet" w:hAnsi="TeachersPet"/>
          <w:color w:val="000000" w:themeColor="text1"/>
          <w:sz w:val="32"/>
          <w:szCs w:val="32"/>
        </w:rPr>
        <w:t>performance evaluations</w:t>
      </w:r>
      <w:r>
        <w:rPr>
          <w:rFonts w:ascii="TeachersPet" w:hAnsi="TeachersPet"/>
          <w:color w:val="000000" w:themeColor="text1"/>
          <w:sz w:val="32"/>
          <w:szCs w:val="32"/>
        </w:rPr>
        <w:t>.</w:t>
      </w:r>
    </w:p>
    <w:p w14:paraId="401AAF55" w14:textId="77777777" w:rsidR="0012271C" w:rsidRPr="0012271C" w:rsidRDefault="0012271C" w:rsidP="0012271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2271C">
        <w:rPr>
          <w:rFonts w:ascii="TeachersPet" w:hAnsi="TeachersPet"/>
          <w:color w:val="000000" w:themeColor="text1"/>
          <w:sz w:val="52"/>
          <w:szCs w:val="52"/>
        </w:rPr>
        <w:t>1. Employee Information</w:t>
      </w:r>
    </w:p>
    <w:p w14:paraId="5AC5328F" w14:textId="5056900D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Teacher's Name: _______________________________________________________________________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12271C">
        <w:rPr>
          <w:rFonts w:ascii="TeachersPet" w:hAnsi="TeachersPet"/>
          <w:color w:val="000000" w:themeColor="text1"/>
          <w:sz w:val="32"/>
          <w:szCs w:val="32"/>
        </w:rPr>
        <w:t>______</w:t>
      </w:r>
    </w:p>
    <w:p w14:paraId="5A317A41" w14:textId="35B9213B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Position: 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</w:t>
      </w:r>
      <w:r w:rsidRPr="0012271C">
        <w:rPr>
          <w:rFonts w:ascii="TeachersPet" w:hAnsi="TeachersPet"/>
          <w:color w:val="000000" w:themeColor="text1"/>
          <w:sz w:val="32"/>
          <w:szCs w:val="32"/>
        </w:rPr>
        <w:t>______________________</w:t>
      </w:r>
    </w:p>
    <w:p w14:paraId="372BF571" w14:textId="2A33E294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Evaluation Period: _____________________________________________________________________________</w:t>
      </w:r>
    </w:p>
    <w:p w14:paraId="2C73C41F" w14:textId="6432910A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Evaluator Name: ______________________________________________________________________________</w:t>
      </w:r>
    </w:p>
    <w:p w14:paraId="7037AB75" w14:textId="2746508E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Date of Evaluation: 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</w:t>
      </w:r>
      <w:r w:rsidRPr="0012271C">
        <w:rPr>
          <w:rFonts w:ascii="TeachersPet" w:hAnsi="TeachersPet"/>
          <w:color w:val="000000" w:themeColor="text1"/>
          <w:sz w:val="32"/>
          <w:szCs w:val="32"/>
        </w:rPr>
        <w:t>_______________</w:t>
      </w:r>
    </w:p>
    <w:p w14:paraId="22B98B4F" w14:textId="77777777" w:rsidR="0012271C" w:rsidRPr="0012271C" w:rsidRDefault="0012271C" w:rsidP="0012271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2271C">
        <w:rPr>
          <w:rFonts w:ascii="TeachersPet" w:hAnsi="TeachersPet"/>
          <w:color w:val="000000" w:themeColor="text1"/>
          <w:sz w:val="52"/>
          <w:szCs w:val="52"/>
        </w:rPr>
        <w:t>2. Evaluation Criteria</w:t>
      </w:r>
    </w:p>
    <w:p w14:paraId="43222D71" w14:textId="77777777" w:rsidR="0012271C" w:rsidRPr="0012271C" w:rsidRDefault="0012271C" w:rsidP="0012271C">
      <w:pPr>
        <w:pStyle w:val="ListNumber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60" w:hanging="360"/>
        <w:rPr>
          <w:rFonts w:ascii="TeachersPet" w:hAnsi="TeachersPet"/>
          <w:color w:val="000000" w:themeColor="text1"/>
          <w:sz w:val="32"/>
          <w:szCs w:val="32"/>
          <w:u w:val="single"/>
        </w:rPr>
      </w:pPr>
      <w:r w:rsidRPr="0012271C">
        <w:rPr>
          <w:rFonts w:ascii="TeachersPet" w:hAnsi="TeachersPet"/>
          <w:color w:val="000000" w:themeColor="text1"/>
          <w:sz w:val="32"/>
          <w:szCs w:val="32"/>
          <w:u w:val="single"/>
        </w:rPr>
        <w:t>Planning and Preparation:</w:t>
      </w:r>
    </w:p>
    <w:p w14:paraId="1136166E" w14:textId="77777777" w:rsidR="0012271C" w:rsidRPr="0012271C" w:rsidRDefault="0012271C" w:rsidP="001227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Lesson plans are well-structured, developmentally appropriate, and aligned with learning goals.</w:t>
      </w:r>
    </w:p>
    <w:p w14:paraId="63072D49" w14:textId="77777777" w:rsidR="0012271C" w:rsidRPr="0012271C" w:rsidRDefault="0012271C" w:rsidP="001227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Rating (1=Needs Improvement, 2=Fair, 3=Good, 4=Very Good, 5=Excellent): _______</w:t>
      </w:r>
    </w:p>
    <w:p w14:paraId="5E5A4786" w14:textId="7EAE89A2" w:rsidR="0012271C" w:rsidRDefault="0012271C" w:rsidP="001227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289D84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  <w:u w:val="single"/>
        </w:rPr>
      </w:pPr>
      <w:r w:rsidRPr="0012271C">
        <w:rPr>
          <w:rFonts w:ascii="TeachersPet" w:hAnsi="TeachersPet"/>
          <w:color w:val="000000" w:themeColor="text1"/>
          <w:sz w:val="32"/>
          <w:szCs w:val="32"/>
          <w:u w:val="single"/>
        </w:rPr>
        <w:t>Classroom Environment:</w:t>
      </w:r>
    </w:p>
    <w:p w14:paraId="3536C866" w14:textId="1FEA220A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Maintains a positive, inclusive, and safe learning environment.</w:t>
      </w:r>
    </w:p>
    <w:p w14:paraId="11B2BFE2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Rating (1=Needs Improvement, 2=Fair, 3=Good, 4=Very Good, 5=Excellent): _______</w:t>
      </w:r>
    </w:p>
    <w:p w14:paraId="2FA78123" w14:textId="0422BBA8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Comments: _____________________________________________________________________________________________</w:t>
      </w:r>
      <w:r w:rsidRPr="0012271C">
        <w:rPr>
          <w:rFonts w:ascii="TeachersPet" w:hAnsi="TeachersPet"/>
          <w:color w:val="000000" w:themeColor="text1"/>
          <w:sz w:val="32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77F7E1" w14:textId="4811DA21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</w:p>
    <w:p w14:paraId="6F1B0C43" w14:textId="77777777" w:rsidR="0012271C" w:rsidRPr="0012271C" w:rsidRDefault="0012271C" w:rsidP="0012271C">
      <w:pPr>
        <w:pStyle w:val="ListNumber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  <w:u w:val="single"/>
        </w:rPr>
      </w:pPr>
      <w:r w:rsidRPr="0012271C">
        <w:rPr>
          <w:rFonts w:ascii="TeachersPet" w:hAnsi="TeachersPet"/>
          <w:color w:val="000000" w:themeColor="text1"/>
          <w:sz w:val="32"/>
          <w:szCs w:val="32"/>
          <w:u w:val="single"/>
        </w:rPr>
        <w:t>Instructional Delivery:</w:t>
      </w:r>
    </w:p>
    <w:p w14:paraId="7BB26B69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Engages children effectively with age-appropriate teaching strategies.</w:t>
      </w:r>
    </w:p>
    <w:p w14:paraId="06CF8BC4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Rating (1=Needs Improvement, 2=Fair, 3=Good, 4=Very Good, 5=Excellent): _______</w:t>
      </w:r>
    </w:p>
    <w:p w14:paraId="5AB443BF" w14:textId="77777777" w:rsid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28"/>
          <w:szCs w:val="28"/>
        </w:rPr>
      </w:pPr>
      <w:r w:rsidRPr="0012271C">
        <w:rPr>
          <w:rFonts w:ascii="TeachersPet" w:hAnsi="TeachersPet"/>
          <w:color w:val="000000" w:themeColor="text1"/>
          <w:sz w:val="28"/>
          <w:szCs w:val="28"/>
        </w:rPr>
        <w:t xml:space="preserve">Comments: </w:t>
      </w:r>
      <w:r>
        <w:rPr>
          <w:rFonts w:ascii="TeachersPet" w:hAnsi="TeachersPet"/>
          <w:color w:val="000000" w:themeColor="text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9781AB" w14:textId="77777777" w:rsid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28"/>
          <w:szCs w:val="28"/>
        </w:rPr>
      </w:pPr>
    </w:p>
    <w:p w14:paraId="2553C845" w14:textId="77777777" w:rsidR="0012271C" w:rsidRDefault="0012271C" w:rsidP="0012271C">
      <w:pPr>
        <w:rPr>
          <w:rFonts w:ascii="TeachersPet" w:hAnsi="TeachersPet"/>
          <w:color w:val="000000" w:themeColor="text1"/>
          <w:sz w:val="28"/>
          <w:szCs w:val="28"/>
          <w:u w:val="single"/>
        </w:rPr>
      </w:pPr>
    </w:p>
    <w:p w14:paraId="20390C0E" w14:textId="47806FF4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  <w:u w:val="single"/>
        </w:rPr>
      </w:pPr>
      <w:r w:rsidRPr="0012271C">
        <w:rPr>
          <w:rFonts w:ascii="TeachersPet" w:hAnsi="TeachersPet"/>
          <w:color w:val="000000" w:themeColor="text1"/>
          <w:sz w:val="32"/>
          <w:szCs w:val="32"/>
          <w:u w:val="single"/>
        </w:rPr>
        <w:t>Child Assessment:</w:t>
      </w:r>
    </w:p>
    <w:p w14:paraId="479044E2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Regularly observes and assesses children's development and learning progress.</w:t>
      </w:r>
    </w:p>
    <w:p w14:paraId="04AF7D1A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Rating (1=Needs Improvement, 2=Fair, 3=Good, 4=Very Good, 5=Excellent): _______</w:t>
      </w:r>
    </w:p>
    <w:p w14:paraId="43F6E281" w14:textId="7C6350E5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D45049" w14:textId="77777777" w:rsidR="0012271C" w:rsidRDefault="0012271C" w:rsidP="0012271C">
      <w:pPr>
        <w:rPr>
          <w:rFonts w:ascii="TeachersPet" w:hAnsi="TeachersPet"/>
          <w:color w:val="000000" w:themeColor="text1"/>
          <w:sz w:val="28"/>
          <w:szCs w:val="28"/>
        </w:rPr>
      </w:pPr>
    </w:p>
    <w:p w14:paraId="30D55DBE" w14:textId="715C37C4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  <w:u w:val="single"/>
        </w:rPr>
      </w:pPr>
      <w:r w:rsidRPr="0012271C">
        <w:rPr>
          <w:rFonts w:ascii="TeachersPet" w:hAnsi="TeachersPet"/>
          <w:color w:val="000000" w:themeColor="text1"/>
          <w:sz w:val="32"/>
          <w:szCs w:val="32"/>
          <w:u w:val="single"/>
        </w:rPr>
        <w:t>Professionalism:</w:t>
      </w:r>
    </w:p>
    <w:p w14:paraId="047A0CF5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Punctual, reliable, maintains ethical conduct, and communicates effectively with families and colleagues.</w:t>
      </w:r>
    </w:p>
    <w:p w14:paraId="594FB8B1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Rating (1=Needs Improvement, 2=Fair, 3=Good, 4=Very Good, 5=Excellent): _______</w:t>
      </w:r>
    </w:p>
    <w:p w14:paraId="15291692" w14:textId="12802855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lastRenderedPageBreak/>
        <w:t>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DD2F0F" w14:textId="77777777" w:rsidR="0012271C" w:rsidRPr="0012271C" w:rsidRDefault="0012271C" w:rsidP="0012271C">
      <w:pPr>
        <w:pStyle w:val="ListNumber"/>
        <w:numPr>
          <w:ilvl w:val="0"/>
          <w:numId w:val="0"/>
        </w:numPr>
        <w:ind w:left="360" w:hanging="360"/>
        <w:rPr>
          <w:rFonts w:ascii="TeachersPet" w:hAnsi="TeachersPet"/>
          <w:color w:val="000000" w:themeColor="text1"/>
          <w:sz w:val="32"/>
          <w:szCs w:val="32"/>
        </w:rPr>
      </w:pPr>
    </w:p>
    <w:p w14:paraId="64538EB1" w14:textId="0CFC307F" w:rsidR="0012271C" w:rsidRPr="0012271C" w:rsidRDefault="0012271C" w:rsidP="0012271C">
      <w:pPr>
        <w:pStyle w:val="ListNumber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ascii="TeachersPet" w:hAnsi="TeachersPet"/>
          <w:color w:val="000000" w:themeColor="text1"/>
          <w:sz w:val="32"/>
          <w:szCs w:val="32"/>
          <w:u w:val="single"/>
        </w:rPr>
      </w:pPr>
      <w:r w:rsidRPr="0012271C">
        <w:rPr>
          <w:rFonts w:ascii="TeachersPet" w:hAnsi="TeachersPet"/>
          <w:color w:val="000000" w:themeColor="text1"/>
          <w:sz w:val="32"/>
          <w:szCs w:val="32"/>
          <w:u w:val="single"/>
        </w:rPr>
        <w:t>Teamwork:</w:t>
      </w:r>
    </w:p>
    <w:p w14:paraId="74960A38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Collaborates well with other staff and contributes positively to the school community.</w:t>
      </w:r>
    </w:p>
    <w:p w14:paraId="3B12F217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Rating (1=Needs Improvement, 2=Fair, 3=Good, 4=Very Good, 5=Excellent): _______</w:t>
      </w:r>
    </w:p>
    <w:p w14:paraId="0D77C7DA" w14:textId="5EFC1370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219739" w14:textId="77777777" w:rsid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</w:p>
    <w:p w14:paraId="4BAC34FB" w14:textId="6363EA54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Professional Development:</w:t>
      </w:r>
    </w:p>
    <w:p w14:paraId="28794F43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Demonstrates a willingness to learn and grow professionally.</w:t>
      </w:r>
    </w:p>
    <w:p w14:paraId="50E27B28" w14:textId="77777777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Rating (1=Needs Improvement, 2=Fair, 3=Good, 4=Very Good, 5=Excellent): _______</w:t>
      </w:r>
    </w:p>
    <w:p w14:paraId="71DB46BF" w14:textId="69A33189" w:rsidR="0012271C" w:rsidRPr="0012271C" w:rsidRDefault="0012271C" w:rsidP="001227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eachersPet" w:hAnsi="TeachersPet"/>
          <w:color w:val="000000" w:themeColor="text1"/>
          <w:sz w:val="28"/>
          <w:szCs w:val="28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22F3AA" w14:textId="77777777" w:rsidR="0012271C" w:rsidRPr="0012271C" w:rsidRDefault="0012271C" w:rsidP="0012271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2271C">
        <w:rPr>
          <w:rFonts w:ascii="TeachersPet" w:hAnsi="TeachersPet"/>
          <w:color w:val="000000" w:themeColor="text1"/>
          <w:sz w:val="52"/>
          <w:szCs w:val="52"/>
        </w:rPr>
        <w:t>3. Overall Performance</w:t>
      </w:r>
    </w:p>
    <w:p w14:paraId="71EA993F" w14:textId="77777777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Overall Rating: _______</w:t>
      </w:r>
    </w:p>
    <w:p w14:paraId="7B24AFEC" w14:textId="77777777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lastRenderedPageBreak/>
        <w:t>Summary 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60EFF8" w14:textId="6E1A1F03" w:rsidR="0012271C" w:rsidRPr="0012271C" w:rsidRDefault="0012271C" w:rsidP="0012271C">
      <w:pPr>
        <w:rPr>
          <w:rFonts w:ascii="TeachersPet" w:hAnsi="TeachersPet"/>
          <w:b/>
          <w:bCs/>
          <w:color w:val="000000" w:themeColor="text1"/>
          <w:sz w:val="52"/>
          <w:szCs w:val="52"/>
        </w:rPr>
      </w:pPr>
      <w:r w:rsidRPr="0012271C">
        <w:rPr>
          <w:rFonts w:ascii="TeachersPet" w:hAnsi="TeachersPet"/>
          <w:b/>
          <w:bCs/>
          <w:color w:val="000000" w:themeColor="text1"/>
          <w:sz w:val="52"/>
          <w:szCs w:val="52"/>
        </w:rPr>
        <w:t>4. Goals and Recommendations</w:t>
      </w:r>
    </w:p>
    <w:p w14:paraId="14B2CE3C" w14:textId="02961B0B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Short-Term Goals: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Long-Term Goals: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Professional Development Suggestions: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2271C">
        <w:rPr>
          <w:rFonts w:ascii="TeachersPet" w:hAnsi="TeachersPet"/>
          <w:b/>
          <w:bCs/>
          <w:color w:val="000000" w:themeColor="text1"/>
          <w:sz w:val="52"/>
          <w:szCs w:val="52"/>
        </w:rPr>
        <w:t>5. Signatures</w:t>
      </w:r>
    </w:p>
    <w:p w14:paraId="2A9E9297" w14:textId="54137849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Evaluator's Signature: __________________________</w:t>
      </w:r>
      <w:r w:rsidR="00E530F5">
        <w:rPr>
          <w:rFonts w:ascii="TeachersPet" w:hAnsi="TeachersPet"/>
          <w:color w:val="000000" w:themeColor="text1"/>
          <w:sz w:val="32"/>
          <w:szCs w:val="32"/>
        </w:rPr>
        <w:t>______________</w:t>
      </w:r>
      <w:r w:rsidRPr="0012271C">
        <w:rPr>
          <w:rFonts w:ascii="TeachersPet" w:hAnsi="TeachersPet"/>
          <w:color w:val="000000" w:themeColor="text1"/>
          <w:sz w:val="32"/>
          <w:szCs w:val="32"/>
        </w:rPr>
        <w:t xml:space="preserve">  Date: _______________</w:t>
      </w:r>
      <w:r w:rsidR="00E530F5">
        <w:rPr>
          <w:rFonts w:ascii="TeachersPet" w:hAnsi="TeachersPet"/>
          <w:color w:val="000000" w:themeColor="text1"/>
          <w:sz w:val="32"/>
          <w:szCs w:val="32"/>
        </w:rPr>
        <w:t>____________</w:t>
      </w:r>
    </w:p>
    <w:p w14:paraId="206A6693" w14:textId="7B9557DF" w:rsidR="0012271C" w:rsidRPr="0012271C" w:rsidRDefault="0012271C" w:rsidP="0012271C">
      <w:pPr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Teacher's Signature: __________________________</w:t>
      </w:r>
      <w:r w:rsidR="00E530F5">
        <w:rPr>
          <w:rFonts w:ascii="TeachersPet" w:hAnsi="TeachersPet"/>
          <w:color w:val="000000" w:themeColor="text1"/>
          <w:sz w:val="32"/>
          <w:szCs w:val="32"/>
        </w:rPr>
        <w:t>_______________</w:t>
      </w:r>
      <w:r w:rsidRPr="0012271C">
        <w:rPr>
          <w:rFonts w:ascii="TeachersPet" w:hAnsi="TeachersPet"/>
          <w:color w:val="000000" w:themeColor="text1"/>
          <w:sz w:val="32"/>
          <w:szCs w:val="32"/>
        </w:rPr>
        <w:t xml:space="preserve">  Date: _________</w:t>
      </w:r>
      <w:r w:rsidR="00E530F5">
        <w:rPr>
          <w:rFonts w:ascii="TeachersPet" w:hAnsi="TeachersPet"/>
          <w:color w:val="000000" w:themeColor="text1"/>
          <w:sz w:val="32"/>
          <w:szCs w:val="32"/>
        </w:rPr>
        <w:t>____________</w:t>
      </w:r>
      <w:r w:rsidRPr="0012271C">
        <w:rPr>
          <w:rFonts w:ascii="TeachersPet" w:hAnsi="TeachersPet"/>
          <w:color w:val="000000" w:themeColor="text1"/>
          <w:sz w:val="32"/>
          <w:szCs w:val="32"/>
        </w:rPr>
        <w:t>______</w:t>
      </w:r>
    </w:p>
    <w:p w14:paraId="2CEDE654" w14:textId="77777777" w:rsidR="0012271C" w:rsidRPr="0012271C" w:rsidRDefault="0012271C" w:rsidP="00E530F5">
      <w:pPr>
        <w:jc w:val="center"/>
        <w:rPr>
          <w:rFonts w:ascii="TeachersPet" w:hAnsi="TeachersPet"/>
          <w:color w:val="000000" w:themeColor="text1"/>
          <w:sz w:val="32"/>
          <w:szCs w:val="32"/>
        </w:rPr>
      </w:pPr>
      <w:r w:rsidRPr="0012271C">
        <w:rPr>
          <w:rFonts w:ascii="TeachersPet" w:hAnsi="TeachersPet"/>
          <w:color w:val="000000" w:themeColor="text1"/>
          <w:sz w:val="32"/>
          <w:szCs w:val="32"/>
        </w:rPr>
        <w:t>(Signature indicates the evaluation has been discussed, not necessarily agreement.)</w:t>
      </w:r>
    </w:p>
    <w:p w14:paraId="3F60965E" w14:textId="65DFA0C5" w:rsidR="00EB604A" w:rsidRPr="0012271C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12271C" w:rsidSect="00EB6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18792" w14:textId="77777777" w:rsidR="00775218" w:rsidRDefault="00775218" w:rsidP="00EB604A">
      <w:pPr>
        <w:spacing w:after="0" w:line="240" w:lineRule="auto"/>
      </w:pPr>
      <w:r>
        <w:separator/>
      </w:r>
    </w:p>
  </w:endnote>
  <w:endnote w:type="continuationSeparator" w:id="0">
    <w:p w14:paraId="0BDF9C27" w14:textId="77777777" w:rsidR="00775218" w:rsidRDefault="00775218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53CAE" w14:textId="77777777" w:rsidR="00934FF3" w:rsidRDefault="00934F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15D6E" w14:textId="77777777" w:rsidR="00934FF3" w:rsidRPr="00DD1E16" w:rsidRDefault="00934FF3" w:rsidP="00934FF3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475197DC" w:rsidR="00EB604A" w:rsidRPr="00934FF3" w:rsidRDefault="00934FF3" w:rsidP="00934FF3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EA39E" w14:textId="77777777" w:rsidR="00934FF3" w:rsidRDefault="00934F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543F4" w14:textId="77777777" w:rsidR="00775218" w:rsidRDefault="00775218" w:rsidP="00EB604A">
      <w:pPr>
        <w:spacing w:after="0" w:line="240" w:lineRule="auto"/>
      </w:pPr>
      <w:r>
        <w:separator/>
      </w:r>
    </w:p>
  </w:footnote>
  <w:footnote w:type="continuationSeparator" w:id="0">
    <w:p w14:paraId="20599557" w14:textId="77777777" w:rsidR="00775218" w:rsidRDefault="00775218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9619D" w14:textId="77777777" w:rsidR="00934FF3" w:rsidRDefault="00934F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CE333" w14:textId="77777777" w:rsidR="00934FF3" w:rsidRDefault="00934F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11150" w14:textId="77777777" w:rsidR="00934FF3" w:rsidRDefault="00934F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2271C"/>
    <w:rsid w:val="0015074B"/>
    <w:rsid w:val="0029639D"/>
    <w:rsid w:val="00326F90"/>
    <w:rsid w:val="00452429"/>
    <w:rsid w:val="00775218"/>
    <w:rsid w:val="007C5AA5"/>
    <w:rsid w:val="008439EA"/>
    <w:rsid w:val="00934FF3"/>
    <w:rsid w:val="00AA1D8D"/>
    <w:rsid w:val="00B47730"/>
    <w:rsid w:val="00BB1207"/>
    <w:rsid w:val="00CB0664"/>
    <w:rsid w:val="00CB45C1"/>
    <w:rsid w:val="00D32392"/>
    <w:rsid w:val="00D560FB"/>
    <w:rsid w:val="00D67B2E"/>
    <w:rsid w:val="00DC3DA7"/>
    <w:rsid w:val="00DD7199"/>
    <w:rsid w:val="00E530F5"/>
    <w:rsid w:val="00EB604A"/>
    <w:rsid w:val="00F40D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2025-05-05T10:09:00Z</dcterms:created>
  <dcterms:modified xsi:type="dcterms:W3CDTF">2025-07-23T10:11:00Z</dcterms:modified>
  <cp:category/>
</cp:coreProperties>
</file>