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18510D" w14:textId="086356E4" w:rsidR="00452429" w:rsidRPr="001766CF" w:rsidRDefault="00452429" w:rsidP="00452429">
      <w:pPr>
        <w:pStyle w:val="Title"/>
        <w:rPr>
          <w:rFonts w:ascii="TeachersPet" w:hAnsi="TeachersPet"/>
          <w:color w:val="000000" w:themeColor="text1"/>
          <w:sz w:val="32"/>
          <w:szCs w:val="32"/>
        </w:rPr>
      </w:pPr>
      <w:r w:rsidRPr="001766CF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7DDDEB" wp14:editId="2559D95D">
                <wp:simplePos x="0" y="0"/>
                <wp:positionH relativeFrom="column">
                  <wp:posOffset>-71120</wp:posOffset>
                </wp:positionH>
                <wp:positionV relativeFrom="paragraph">
                  <wp:posOffset>-173620</wp:posOffset>
                </wp:positionV>
                <wp:extent cx="1488559" cy="1477926"/>
                <wp:effectExtent l="12700" t="12700" r="10160" b="8255"/>
                <wp:wrapSquare wrapText="bothSides"/>
                <wp:docPr id="129546857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9" cy="1477926"/>
                        </a:xfrm>
                        <a:prstGeom prst="round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D79CF28" id="Rounded Rectangle 1" o:spid="_x0000_s1026" style="position:absolute;margin-left:-5.6pt;margin-top:-13.65pt;width:117.2pt;height:116.3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" fillcolor="white [3201]" strokecolor="black [3200]" strokeweight="2pt">
                <v:stroke dashstyle="1 1"/>
                <w10:wrap type="square"/>
              </v:roundrect>
            </w:pict>
          </mc:Fallback>
        </mc:AlternateContent>
      </w:r>
    </w:p>
    <w:p w14:paraId="3E8D573C" w14:textId="14DE80D9" w:rsidR="001766CF" w:rsidRPr="001766CF" w:rsidRDefault="001766CF" w:rsidP="001766CF">
      <w:pPr>
        <w:pStyle w:val="Title"/>
        <w:rPr>
          <w:rFonts w:ascii="TeachersPet" w:hAnsi="TeachersPet"/>
          <w:color w:val="000000" w:themeColor="text1"/>
          <w:sz w:val="72"/>
          <w:szCs w:val="72"/>
        </w:rPr>
      </w:pPr>
      <w:r w:rsidRPr="001766CF">
        <w:rPr>
          <w:rFonts w:ascii="TeachersPet" w:hAnsi="TeachersPet"/>
          <w:color w:val="000000" w:themeColor="text1"/>
          <w:sz w:val="72"/>
          <w:szCs w:val="72"/>
        </w:rPr>
        <w:t>Parent-Teacher Conference Form</w:t>
      </w:r>
    </w:p>
    <w:p w14:paraId="4F5876AE" w14:textId="660925BE" w:rsidR="001766CF" w:rsidRPr="001766CF" w:rsidRDefault="001766CF" w:rsidP="001766CF">
      <w:pPr>
        <w:rPr>
          <w:rFonts w:ascii="TeachersPet" w:hAnsi="TeachersPet"/>
          <w:color w:val="000000" w:themeColor="text1"/>
          <w:sz w:val="32"/>
          <w:szCs w:val="32"/>
        </w:rPr>
      </w:pPr>
      <w:r w:rsidRPr="001766CF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0C3C55" wp14:editId="24D15728">
                <wp:simplePos x="0" y="0"/>
                <wp:positionH relativeFrom="column">
                  <wp:posOffset>-6201</wp:posOffset>
                </wp:positionH>
                <wp:positionV relativeFrom="paragraph">
                  <wp:posOffset>512188</wp:posOffset>
                </wp:positionV>
                <wp:extent cx="1371600" cy="170121"/>
                <wp:effectExtent l="0" t="0" r="0" b="0"/>
                <wp:wrapNone/>
                <wp:docPr id="10971179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701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57A1B8" w14:textId="77777777" w:rsidR="001766CF" w:rsidRPr="00452429" w:rsidRDefault="001766CF" w:rsidP="001766CF">
                            <w:pPr>
                              <w:jc w:val="center"/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452429"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  <w:t>INSERT SCHOOL LOGO/STAMP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0C3C5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5pt;margin-top:40.35pt;width:108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" fillcolor="white [3201]" stroked="f" strokeweight=".5pt">
                <v:textbox>
                  <w:txbxContent>
                    <w:p w14:paraId="7F57A1B8" w14:textId="77777777" w:rsidR="001766CF" w:rsidRPr="00452429" w:rsidRDefault="001766CF" w:rsidP="001766CF">
                      <w:pPr>
                        <w:jc w:val="center"/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</w:pPr>
                      <w:r w:rsidRPr="00452429"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  <w:t>INSERT SCHOOL LOGO/STAMP HERE</w:t>
                      </w:r>
                    </w:p>
                  </w:txbxContent>
                </v:textbox>
              </v:shape>
            </w:pict>
          </mc:Fallback>
        </mc:AlternateContent>
      </w:r>
      <w:r w:rsidRPr="001766CF">
        <w:rPr>
          <w:rFonts w:ascii="TeachersPet" w:hAnsi="TeachersPet"/>
          <w:color w:val="000000" w:themeColor="text1"/>
          <w:sz w:val="32"/>
          <w:szCs w:val="32"/>
        </w:rPr>
        <w:t>This form is used to document discussions during parent-teacher conferences at the preschool.</w:t>
      </w:r>
    </w:p>
    <w:p w14:paraId="0FCDE1E8" w14:textId="15A7D1D8" w:rsidR="001766CF" w:rsidRPr="001766CF" w:rsidRDefault="001766CF" w:rsidP="001766CF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1766CF">
        <w:rPr>
          <w:rFonts w:ascii="TeachersPet" w:hAnsi="TeachersPet"/>
          <w:color w:val="000000" w:themeColor="text1"/>
          <w:sz w:val="52"/>
          <w:szCs w:val="52"/>
        </w:rPr>
        <w:t>1. Basic Information</w:t>
      </w:r>
    </w:p>
    <w:p w14:paraId="68603BF3" w14:textId="138DB465" w:rsidR="001766CF" w:rsidRPr="001766CF" w:rsidRDefault="001766CF" w:rsidP="001766CF">
      <w:pPr>
        <w:rPr>
          <w:rFonts w:ascii="TeachersPet" w:hAnsi="TeachersPet"/>
          <w:color w:val="000000" w:themeColor="text1"/>
          <w:sz w:val="32"/>
          <w:szCs w:val="32"/>
        </w:rPr>
      </w:pPr>
      <w:r w:rsidRPr="001766CF">
        <w:rPr>
          <w:rFonts w:ascii="TeachersPet" w:hAnsi="TeachersPet"/>
          <w:color w:val="000000" w:themeColor="text1"/>
          <w:sz w:val="32"/>
          <w:szCs w:val="32"/>
        </w:rPr>
        <w:t>Child’s Full Name: _________________________________________________________________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</w:t>
      </w:r>
      <w:r w:rsidRPr="001766CF">
        <w:rPr>
          <w:rFonts w:ascii="TeachersPet" w:hAnsi="TeachersPet"/>
          <w:color w:val="000000" w:themeColor="text1"/>
          <w:sz w:val="32"/>
          <w:szCs w:val="32"/>
        </w:rPr>
        <w:t>__________</w:t>
      </w:r>
    </w:p>
    <w:p w14:paraId="5176E8B2" w14:textId="3E4E303D" w:rsidR="001766CF" w:rsidRPr="001766CF" w:rsidRDefault="001766CF" w:rsidP="001766CF">
      <w:pPr>
        <w:rPr>
          <w:rFonts w:ascii="TeachersPet" w:hAnsi="TeachersPet"/>
          <w:color w:val="000000" w:themeColor="text1"/>
          <w:sz w:val="32"/>
          <w:szCs w:val="32"/>
        </w:rPr>
      </w:pPr>
      <w:r w:rsidRPr="001766CF">
        <w:rPr>
          <w:rFonts w:ascii="TeachersPet" w:hAnsi="TeachersPet"/>
          <w:color w:val="000000" w:themeColor="text1"/>
          <w:sz w:val="32"/>
          <w:szCs w:val="32"/>
        </w:rPr>
        <w:t>Date of Birth: ______________________Class/Room: 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</w:t>
      </w:r>
      <w:r w:rsidRPr="001766CF">
        <w:rPr>
          <w:rFonts w:ascii="TeachersPet" w:hAnsi="TeachersPet"/>
          <w:color w:val="000000" w:themeColor="text1"/>
          <w:sz w:val="32"/>
          <w:szCs w:val="32"/>
        </w:rPr>
        <w:t>____________</w:t>
      </w:r>
    </w:p>
    <w:p w14:paraId="59C9E6DB" w14:textId="5924B45C" w:rsidR="001766CF" w:rsidRPr="001766CF" w:rsidRDefault="001766CF" w:rsidP="001766CF">
      <w:pPr>
        <w:rPr>
          <w:rFonts w:ascii="TeachersPet" w:hAnsi="TeachersPet"/>
          <w:color w:val="000000" w:themeColor="text1"/>
          <w:sz w:val="32"/>
          <w:szCs w:val="32"/>
        </w:rPr>
      </w:pPr>
      <w:r w:rsidRPr="001766CF">
        <w:rPr>
          <w:rFonts w:ascii="TeachersPet" w:hAnsi="TeachersPet"/>
          <w:color w:val="000000" w:themeColor="text1"/>
          <w:sz w:val="32"/>
          <w:szCs w:val="32"/>
        </w:rPr>
        <w:t>Date of Conference: ___________________________________________________________________________</w:t>
      </w:r>
    </w:p>
    <w:p w14:paraId="31AA3281" w14:textId="36B7AABC" w:rsidR="001766CF" w:rsidRPr="001766CF" w:rsidRDefault="001766CF" w:rsidP="001766CF">
      <w:pPr>
        <w:rPr>
          <w:rFonts w:ascii="TeachersPet" w:hAnsi="TeachersPet"/>
          <w:color w:val="000000" w:themeColor="text1"/>
          <w:sz w:val="32"/>
          <w:szCs w:val="32"/>
        </w:rPr>
      </w:pPr>
      <w:r w:rsidRPr="001766CF">
        <w:rPr>
          <w:rFonts w:ascii="TeachersPet" w:hAnsi="TeachersPet"/>
          <w:color w:val="000000" w:themeColor="text1"/>
          <w:sz w:val="32"/>
          <w:szCs w:val="32"/>
        </w:rPr>
        <w:t>Teacher(s): ___________________________________________________________________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________</w:t>
      </w:r>
      <w:r w:rsidRPr="001766CF">
        <w:rPr>
          <w:rFonts w:ascii="TeachersPet" w:hAnsi="TeachersPet"/>
          <w:color w:val="000000" w:themeColor="text1"/>
          <w:sz w:val="32"/>
          <w:szCs w:val="32"/>
        </w:rPr>
        <w:t>________</w:t>
      </w:r>
    </w:p>
    <w:p w14:paraId="69605B9F" w14:textId="5493E531" w:rsidR="001766CF" w:rsidRPr="001766CF" w:rsidRDefault="001766CF" w:rsidP="001766CF">
      <w:pPr>
        <w:rPr>
          <w:rFonts w:ascii="TeachersPet" w:hAnsi="TeachersPet"/>
          <w:color w:val="000000" w:themeColor="text1"/>
          <w:sz w:val="32"/>
          <w:szCs w:val="32"/>
        </w:rPr>
      </w:pPr>
      <w:r w:rsidRPr="001766CF">
        <w:rPr>
          <w:rFonts w:ascii="TeachersPet" w:hAnsi="TeachersPet"/>
          <w:color w:val="000000" w:themeColor="text1"/>
          <w:sz w:val="32"/>
          <w:szCs w:val="32"/>
        </w:rPr>
        <w:t>Parent(s)/Guardian(s) Present: __________________________________________________________________</w:t>
      </w:r>
    </w:p>
    <w:p w14:paraId="30A7DE05" w14:textId="77777777" w:rsidR="001766CF" w:rsidRPr="001766CF" w:rsidRDefault="001766CF" w:rsidP="001766CF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1766CF">
        <w:rPr>
          <w:rFonts w:ascii="TeachersPet" w:hAnsi="TeachersPet"/>
          <w:color w:val="000000" w:themeColor="text1"/>
          <w:sz w:val="52"/>
          <w:szCs w:val="52"/>
        </w:rPr>
        <w:t>2. Areas Discussed</w:t>
      </w:r>
    </w:p>
    <w:p w14:paraId="32FD37F0" w14:textId="0560F524" w:rsidR="001766CF" w:rsidRPr="001766CF" w:rsidRDefault="001766CF" w:rsidP="001766CF">
      <w:pPr>
        <w:rPr>
          <w:rFonts w:ascii="TeachersPet" w:hAnsi="TeachersPet"/>
          <w:color w:val="000000" w:themeColor="text1"/>
          <w:sz w:val="32"/>
          <w:szCs w:val="32"/>
        </w:rPr>
      </w:pPr>
      <w:r w:rsidRPr="001766CF">
        <w:rPr>
          <w:rFonts w:ascii="TeachersPet" w:hAnsi="TeachersPet"/>
          <w:color w:val="000000" w:themeColor="text1"/>
          <w:sz w:val="32"/>
          <w:szCs w:val="32"/>
        </w:rPr>
        <w:t>A. Developmental Progress (cognitive, language, social, emotional, physical):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3FF813" w14:textId="77777777" w:rsidR="001766CF" w:rsidRDefault="001766CF" w:rsidP="001766CF">
      <w:pPr>
        <w:rPr>
          <w:rFonts w:ascii="TeachersPet" w:hAnsi="TeachersPet"/>
          <w:color w:val="000000" w:themeColor="text1"/>
          <w:sz w:val="32"/>
          <w:szCs w:val="32"/>
        </w:rPr>
      </w:pPr>
      <w:r w:rsidRPr="001766CF">
        <w:rPr>
          <w:rFonts w:ascii="TeachersPet" w:hAnsi="TeachersPet"/>
          <w:color w:val="000000" w:themeColor="text1"/>
          <w:sz w:val="32"/>
          <w:szCs w:val="32"/>
        </w:rPr>
        <w:t>B. Strengths and Interests: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DAF9E83" w14:textId="36BC8B7C" w:rsidR="001766CF" w:rsidRDefault="001766CF" w:rsidP="001766CF">
      <w:pPr>
        <w:rPr>
          <w:rFonts w:ascii="TeachersPet" w:hAnsi="TeachersPet"/>
          <w:color w:val="000000" w:themeColor="text1"/>
          <w:sz w:val="32"/>
          <w:szCs w:val="32"/>
        </w:rPr>
      </w:pPr>
      <w:r w:rsidRPr="001766CF">
        <w:rPr>
          <w:rFonts w:ascii="TeachersPet" w:hAnsi="TeachersPet"/>
          <w:color w:val="000000" w:themeColor="text1"/>
          <w:sz w:val="32"/>
          <w:szCs w:val="32"/>
        </w:rPr>
        <w:t>C. Areas for Support or Improvement: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766CF">
        <w:rPr>
          <w:rFonts w:ascii="TeachersPet" w:hAnsi="TeachersPet"/>
          <w:color w:val="000000" w:themeColor="text1"/>
          <w:sz w:val="32"/>
          <w:szCs w:val="32"/>
        </w:rPr>
        <w:lastRenderedPageBreak/>
        <w:t>__________________________________________________________________________________________________________________________________________________________________________________________</w:t>
      </w:r>
    </w:p>
    <w:p w14:paraId="4A4DB9B9" w14:textId="77777777" w:rsidR="001766CF" w:rsidRDefault="001766CF" w:rsidP="001766CF">
      <w:pPr>
        <w:rPr>
          <w:rFonts w:ascii="TeachersPet" w:hAnsi="TeachersPet"/>
          <w:color w:val="000000" w:themeColor="text1"/>
          <w:sz w:val="32"/>
          <w:szCs w:val="32"/>
        </w:rPr>
      </w:pPr>
      <w:r w:rsidRPr="001766CF">
        <w:rPr>
          <w:rFonts w:ascii="TeachersPet" w:hAnsi="TeachersPet"/>
          <w:color w:val="000000" w:themeColor="text1"/>
          <w:sz w:val="32"/>
          <w:szCs w:val="32"/>
        </w:rPr>
        <w:t xml:space="preserve">D. </w:t>
      </w:r>
      <w:proofErr w:type="spellStart"/>
      <w:r w:rsidRPr="001766CF">
        <w:rPr>
          <w:rFonts w:ascii="TeachersPet" w:hAnsi="TeachersPet"/>
          <w:color w:val="000000" w:themeColor="text1"/>
          <w:sz w:val="32"/>
          <w:szCs w:val="32"/>
        </w:rPr>
        <w:t>Behaviour</w:t>
      </w:r>
      <w:proofErr w:type="spellEnd"/>
      <w:r w:rsidRPr="001766CF">
        <w:rPr>
          <w:rFonts w:ascii="TeachersPet" w:hAnsi="TeachersPet"/>
          <w:color w:val="000000" w:themeColor="text1"/>
          <w:sz w:val="32"/>
          <w:szCs w:val="32"/>
        </w:rPr>
        <w:t xml:space="preserve"> and Social Interactions: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0C1A0E" w14:textId="228E5B35" w:rsidR="001766CF" w:rsidRPr="001766CF" w:rsidRDefault="001766CF" w:rsidP="001766CF">
      <w:pPr>
        <w:rPr>
          <w:rFonts w:ascii="TeachersPet" w:hAnsi="TeachersPet"/>
          <w:b/>
          <w:bCs/>
          <w:color w:val="000000" w:themeColor="text1"/>
          <w:sz w:val="52"/>
          <w:szCs w:val="52"/>
        </w:rPr>
      </w:pPr>
      <w:r w:rsidRPr="001766CF">
        <w:rPr>
          <w:rFonts w:ascii="TeachersPet" w:hAnsi="TeachersPet"/>
          <w:b/>
          <w:bCs/>
          <w:color w:val="000000" w:themeColor="text1"/>
          <w:sz w:val="52"/>
          <w:szCs w:val="52"/>
        </w:rPr>
        <w:t>3. Parent Feedback or Concerns</w:t>
      </w:r>
    </w:p>
    <w:p w14:paraId="33F24427" w14:textId="17B60604" w:rsidR="001766CF" w:rsidRPr="001766CF" w:rsidRDefault="001766CF" w:rsidP="001766CF">
      <w:pPr>
        <w:rPr>
          <w:rFonts w:ascii="TeachersPet" w:hAnsi="TeachersPet"/>
          <w:color w:val="000000" w:themeColor="text1"/>
          <w:sz w:val="32"/>
          <w:szCs w:val="32"/>
        </w:rPr>
      </w:pPr>
      <w:r w:rsidRPr="001766CF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2D6242" w14:textId="77777777" w:rsidR="001766CF" w:rsidRPr="001766CF" w:rsidRDefault="001766CF" w:rsidP="001766CF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1766CF">
        <w:rPr>
          <w:rFonts w:ascii="TeachersPet" w:hAnsi="TeachersPet"/>
          <w:color w:val="000000" w:themeColor="text1"/>
          <w:sz w:val="52"/>
          <w:szCs w:val="52"/>
        </w:rPr>
        <w:t>4. Actions or Follow-Up Plan</w:t>
      </w:r>
    </w:p>
    <w:p w14:paraId="09866FEA" w14:textId="480DBA0C" w:rsidR="001766CF" w:rsidRPr="001766CF" w:rsidRDefault="001766CF" w:rsidP="001766CF">
      <w:pPr>
        <w:rPr>
          <w:rFonts w:ascii="TeachersPet" w:hAnsi="TeachersPet"/>
          <w:color w:val="000000" w:themeColor="text1"/>
          <w:sz w:val="32"/>
          <w:szCs w:val="32"/>
        </w:rPr>
      </w:pPr>
      <w:r w:rsidRPr="001766CF">
        <w:rPr>
          <w:rFonts w:ascii="TeachersPet" w:hAnsi="TeachersPet"/>
          <w:color w:val="000000" w:themeColor="text1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801F81" w14:textId="77777777" w:rsidR="001766CF" w:rsidRPr="001766CF" w:rsidRDefault="001766CF" w:rsidP="001766CF">
      <w:pPr>
        <w:pStyle w:val="Heading1"/>
        <w:rPr>
          <w:rFonts w:ascii="TeachersPet" w:hAnsi="TeachersPet"/>
          <w:color w:val="000000" w:themeColor="text1"/>
          <w:sz w:val="52"/>
          <w:szCs w:val="52"/>
        </w:rPr>
      </w:pPr>
      <w:r w:rsidRPr="001766CF">
        <w:rPr>
          <w:rFonts w:ascii="TeachersPet" w:hAnsi="TeachersPet"/>
          <w:color w:val="000000" w:themeColor="text1"/>
          <w:sz w:val="52"/>
          <w:szCs w:val="52"/>
        </w:rPr>
        <w:t>5. Signatures</w:t>
      </w:r>
    </w:p>
    <w:p w14:paraId="1F4553E2" w14:textId="5A9C1001" w:rsidR="001766CF" w:rsidRPr="001766CF" w:rsidRDefault="001766CF" w:rsidP="001766CF">
      <w:pPr>
        <w:rPr>
          <w:rFonts w:ascii="TeachersPet" w:hAnsi="TeachersPet"/>
          <w:color w:val="000000" w:themeColor="text1"/>
          <w:sz w:val="32"/>
          <w:szCs w:val="32"/>
        </w:rPr>
      </w:pPr>
      <w:r w:rsidRPr="001766CF">
        <w:rPr>
          <w:rFonts w:ascii="TeachersPet" w:hAnsi="TeachersPet"/>
          <w:color w:val="000000" w:themeColor="text1"/>
          <w:sz w:val="32"/>
          <w:szCs w:val="32"/>
        </w:rPr>
        <w:t>Teacher Signature: ___________</w:t>
      </w:r>
      <w:r>
        <w:rPr>
          <w:rFonts w:ascii="TeachersPet" w:hAnsi="TeachersPet"/>
          <w:color w:val="000000" w:themeColor="text1"/>
          <w:sz w:val="32"/>
          <w:szCs w:val="32"/>
        </w:rPr>
        <w:t>____________________________</w:t>
      </w:r>
      <w:r w:rsidRPr="001766CF">
        <w:rPr>
          <w:rFonts w:ascii="TeachersPet" w:hAnsi="TeachersPet"/>
          <w:color w:val="000000" w:themeColor="text1"/>
          <w:sz w:val="32"/>
          <w:szCs w:val="32"/>
        </w:rPr>
        <w:t>_______________  Date: _______________</w:t>
      </w:r>
    </w:p>
    <w:p w14:paraId="41AFCB89" w14:textId="2B957837" w:rsidR="001766CF" w:rsidRPr="001766CF" w:rsidRDefault="001766CF" w:rsidP="001766CF">
      <w:pPr>
        <w:rPr>
          <w:rFonts w:ascii="TeachersPet" w:hAnsi="TeachersPet"/>
          <w:color w:val="000000" w:themeColor="text1"/>
          <w:sz w:val="32"/>
          <w:szCs w:val="32"/>
        </w:rPr>
      </w:pPr>
      <w:r w:rsidRPr="001766CF">
        <w:rPr>
          <w:rFonts w:ascii="TeachersPet" w:hAnsi="TeachersPet"/>
          <w:color w:val="000000" w:themeColor="text1"/>
          <w:sz w:val="32"/>
          <w:szCs w:val="32"/>
        </w:rPr>
        <w:t>Parent/Guardian Signature: ____________</w:t>
      </w:r>
      <w:r>
        <w:rPr>
          <w:rFonts w:ascii="TeachersPet" w:hAnsi="TeachersPet"/>
          <w:color w:val="000000" w:themeColor="text1"/>
          <w:sz w:val="32"/>
          <w:szCs w:val="32"/>
        </w:rPr>
        <w:t>____________________</w:t>
      </w:r>
      <w:r w:rsidRPr="001766CF">
        <w:rPr>
          <w:rFonts w:ascii="TeachersPet" w:hAnsi="TeachersPet"/>
          <w:color w:val="000000" w:themeColor="text1"/>
          <w:sz w:val="32"/>
          <w:szCs w:val="32"/>
        </w:rPr>
        <w:t>______________  Date: _______________</w:t>
      </w:r>
    </w:p>
    <w:p w14:paraId="3F60965E" w14:textId="65DFA0C5" w:rsidR="00EB604A" w:rsidRPr="001766CF" w:rsidRDefault="00EB604A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</w:p>
    <w:sectPr w:rsidR="00EB604A" w:rsidRPr="001766CF" w:rsidSect="00EB60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E2E27" w14:textId="77777777" w:rsidR="0025093E" w:rsidRDefault="0025093E" w:rsidP="00EB604A">
      <w:pPr>
        <w:spacing w:after="0" w:line="240" w:lineRule="auto"/>
      </w:pPr>
      <w:r>
        <w:separator/>
      </w:r>
    </w:p>
  </w:endnote>
  <w:endnote w:type="continuationSeparator" w:id="0">
    <w:p w14:paraId="69BA925E" w14:textId="77777777" w:rsidR="0025093E" w:rsidRDefault="0025093E" w:rsidP="00EB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Visby CF">
    <w:panose1 w:val="00000000000000000000"/>
    <w:charset w:val="4D"/>
    <w:family w:val="auto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3A148" w14:textId="77777777" w:rsidR="006B797B" w:rsidRDefault="006B79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B8012C" w14:textId="77777777" w:rsidR="006B797B" w:rsidRPr="00DD1E16" w:rsidRDefault="006B797B" w:rsidP="006B797B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CC BY-NC 4.0 License</w:t>
    </w:r>
  </w:p>
  <w:p w14:paraId="0D2DC817" w14:textId="5F220D80" w:rsidR="00EB604A" w:rsidRPr="006B797B" w:rsidRDefault="006B797B" w:rsidP="006B797B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You are free to copy, remix, transform, build upon</w:t>
    </w:r>
    <w:r>
      <w:rPr>
        <w:rFonts w:ascii="Visby CF" w:hAnsi="Visby CF"/>
        <w:b/>
        <w:bCs/>
        <w:sz w:val="18"/>
        <w:szCs w:val="18"/>
      </w:rPr>
      <w:t>,</w:t>
    </w:r>
    <w:r w:rsidRPr="00DD1E16">
      <w:rPr>
        <w:rFonts w:ascii="Visby CF" w:hAnsi="Visby CF"/>
        <w:b/>
        <w:bCs/>
        <w:sz w:val="18"/>
        <w:szCs w:val="18"/>
      </w:rPr>
      <w:t xml:space="preserve"> and redistribute this material for NONCOMMERCIAL purposes only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C0F849" w14:textId="77777777" w:rsidR="006B797B" w:rsidRDefault="006B79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84F81F" w14:textId="77777777" w:rsidR="0025093E" w:rsidRDefault="0025093E" w:rsidP="00EB604A">
      <w:pPr>
        <w:spacing w:after="0" w:line="240" w:lineRule="auto"/>
      </w:pPr>
      <w:r>
        <w:separator/>
      </w:r>
    </w:p>
  </w:footnote>
  <w:footnote w:type="continuationSeparator" w:id="0">
    <w:p w14:paraId="525F741D" w14:textId="77777777" w:rsidR="0025093E" w:rsidRDefault="0025093E" w:rsidP="00EB6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BB534" w14:textId="77777777" w:rsidR="006B797B" w:rsidRDefault="006B79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D3FDBE" w14:textId="77777777" w:rsidR="006B797B" w:rsidRDefault="006B79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E6B45" w14:textId="77777777" w:rsidR="006B797B" w:rsidRDefault="006B79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5064734">
    <w:abstractNumId w:val="8"/>
  </w:num>
  <w:num w:numId="2" w16cid:durableId="1403212495">
    <w:abstractNumId w:val="6"/>
  </w:num>
  <w:num w:numId="3" w16cid:durableId="1697000965">
    <w:abstractNumId w:val="5"/>
  </w:num>
  <w:num w:numId="4" w16cid:durableId="1117286932">
    <w:abstractNumId w:val="4"/>
  </w:num>
  <w:num w:numId="5" w16cid:durableId="1599287951">
    <w:abstractNumId w:val="7"/>
  </w:num>
  <w:num w:numId="6" w16cid:durableId="1194927230">
    <w:abstractNumId w:val="3"/>
  </w:num>
  <w:num w:numId="7" w16cid:durableId="1151361765">
    <w:abstractNumId w:val="2"/>
  </w:num>
  <w:num w:numId="8" w16cid:durableId="1220172373">
    <w:abstractNumId w:val="1"/>
  </w:num>
  <w:num w:numId="9" w16cid:durableId="1076365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396E"/>
    <w:rsid w:val="0015074B"/>
    <w:rsid w:val="001766CF"/>
    <w:rsid w:val="0025093E"/>
    <w:rsid w:val="0029639D"/>
    <w:rsid w:val="00326F90"/>
    <w:rsid w:val="00452429"/>
    <w:rsid w:val="006B797B"/>
    <w:rsid w:val="007C5AA5"/>
    <w:rsid w:val="008439EA"/>
    <w:rsid w:val="00865336"/>
    <w:rsid w:val="00AA1D8D"/>
    <w:rsid w:val="00AA2018"/>
    <w:rsid w:val="00B47730"/>
    <w:rsid w:val="00B60AB6"/>
    <w:rsid w:val="00BB1207"/>
    <w:rsid w:val="00CB0664"/>
    <w:rsid w:val="00D32392"/>
    <w:rsid w:val="00D67B2E"/>
    <w:rsid w:val="00DC3DA7"/>
    <w:rsid w:val="00DD7199"/>
    <w:rsid w:val="00EB604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9DD07AC"/>
  <w14:defaultImageDpi w14:val="300"/>
  <w15:docId w15:val="{8E7E7DB2-E6EE-5843-8C54-B1914B84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Every</cp:lastModifiedBy>
  <cp:revision>3</cp:revision>
  <dcterms:created xsi:type="dcterms:W3CDTF">2025-05-05T11:39:00Z</dcterms:created>
  <dcterms:modified xsi:type="dcterms:W3CDTF">2025-07-23T10:04:00Z</dcterms:modified>
  <cp:category/>
</cp:coreProperties>
</file>