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0437E" w14:textId="06943B12" w:rsidR="00C00D71" w:rsidRPr="00F00834" w:rsidRDefault="00E11473" w:rsidP="00C00D71">
      <w:pPr>
        <w:pStyle w:val="Title"/>
        <w:rPr>
          <w:rFonts w:ascii="TeachersPet" w:hAnsi="TeachersPet"/>
          <w:color w:val="000000" w:themeColor="text1"/>
          <w:sz w:val="32"/>
          <w:szCs w:val="32"/>
        </w:rPr>
      </w:pPr>
      <w:r w:rsidRPr="00F00834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68637856">
                <wp:simplePos x="0" y="0"/>
                <wp:positionH relativeFrom="column">
                  <wp:posOffset>-71120</wp:posOffset>
                </wp:positionH>
                <wp:positionV relativeFrom="paragraph">
                  <wp:posOffset>12876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220162" id="Rounded Rectangle 1" o:spid="_x0000_s1026" style="position:absolute;margin-left:-5.6pt;margin-top:1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</w:p>
    <w:p w14:paraId="5016D661" w14:textId="7F482DD0" w:rsidR="00F00834" w:rsidRPr="00F00834" w:rsidRDefault="00F00834" w:rsidP="00F00834">
      <w:pPr>
        <w:pStyle w:val="Title"/>
        <w:rPr>
          <w:rFonts w:ascii="TeachersPet" w:hAnsi="TeachersPet"/>
          <w:color w:val="000000" w:themeColor="text1"/>
          <w:sz w:val="72"/>
          <w:szCs w:val="72"/>
        </w:rPr>
      </w:pPr>
      <w:r w:rsidRPr="00F00834">
        <w:rPr>
          <w:rFonts w:ascii="TeachersPet" w:hAnsi="TeachersPet"/>
          <w:color w:val="000000" w:themeColor="text1"/>
          <w:sz w:val="72"/>
          <w:szCs w:val="72"/>
        </w:rPr>
        <w:t>Parent Consent Form</w:t>
      </w:r>
    </w:p>
    <w:p w14:paraId="172B1EAF" w14:textId="7FAAD6BC" w:rsidR="00F00834" w:rsidRPr="00F00834" w:rsidRDefault="00F00834" w:rsidP="00F00834">
      <w:pPr>
        <w:rPr>
          <w:rFonts w:ascii="TeachersPet" w:hAnsi="TeachersPet"/>
          <w:color w:val="000000" w:themeColor="text1"/>
          <w:sz w:val="32"/>
          <w:szCs w:val="32"/>
        </w:rPr>
      </w:pPr>
      <w:r w:rsidRPr="00F00834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945E4" wp14:editId="3006701F">
                <wp:simplePos x="0" y="0"/>
                <wp:positionH relativeFrom="column">
                  <wp:posOffset>-15929</wp:posOffset>
                </wp:positionH>
                <wp:positionV relativeFrom="paragraph">
                  <wp:posOffset>521916</wp:posOffset>
                </wp:positionV>
                <wp:extent cx="1371600" cy="169545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3172CB" w14:textId="77777777" w:rsidR="00F00834" w:rsidRPr="00452429" w:rsidRDefault="00F00834" w:rsidP="00F00834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945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25pt;margin-top:41.1pt;width:108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" fillcolor="white [3201]" stroked="f" strokeweight=".5pt">
                <v:textbox>
                  <w:txbxContent>
                    <w:p w14:paraId="763172CB" w14:textId="77777777" w:rsidR="00F00834" w:rsidRPr="00452429" w:rsidRDefault="00F00834" w:rsidP="00F00834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  <w:r w:rsidRPr="00F00834">
        <w:rPr>
          <w:rFonts w:ascii="TeachersPet" w:hAnsi="TeachersPet"/>
          <w:color w:val="000000" w:themeColor="text1"/>
          <w:sz w:val="32"/>
          <w:szCs w:val="32"/>
        </w:rPr>
        <w:t>This form grants permission for your child to participate in school-related activities and media use.</w:t>
      </w:r>
    </w:p>
    <w:p w14:paraId="6C44D213" w14:textId="77777777" w:rsidR="00F00834" w:rsidRPr="00F00834" w:rsidRDefault="00F00834" w:rsidP="00F00834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F00834">
        <w:rPr>
          <w:rFonts w:ascii="TeachersPet" w:hAnsi="TeachersPet"/>
          <w:color w:val="000000" w:themeColor="text1"/>
          <w:sz w:val="52"/>
          <w:szCs w:val="52"/>
        </w:rPr>
        <w:t>1. Child Information</w:t>
      </w:r>
    </w:p>
    <w:p w14:paraId="273C0D14" w14:textId="25A3035B" w:rsidR="00F00834" w:rsidRPr="00F00834" w:rsidRDefault="00F00834" w:rsidP="00F00834">
      <w:pPr>
        <w:rPr>
          <w:rFonts w:ascii="TeachersPet" w:hAnsi="TeachersPet"/>
          <w:color w:val="000000" w:themeColor="text1"/>
          <w:sz w:val="32"/>
          <w:szCs w:val="32"/>
        </w:rPr>
      </w:pPr>
      <w:r w:rsidRPr="00F00834">
        <w:rPr>
          <w:rFonts w:ascii="TeachersPet" w:hAnsi="TeachersPet"/>
          <w:color w:val="000000" w:themeColor="text1"/>
          <w:sz w:val="32"/>
          <w:szCs w:val="32"/>
        </w:rPr>
        <w:t>Full Name of Child: ____________________________________________________________________________</w:t>
      </w:r>
    </w:p>
    <w:p w14:paraId="45CE7A94" w14:textId="77E22289" w:rsidR="00F00834" w:rsidRPr="00F00834" w:rsidRDefault="00F00834" w:rsidP="00F00834">
      <w:pPr>
        <w:rPr>
          <w:rFonts w:ascii="TeachersPet" w:hAnsi="TeachersPet"/>
          <w:color w:val="000000" w:themeColor="text1"/>
          <w:sz w:val="32"/>
          <w:szCs w:val="32"/>
        </w:rPr>
      </w:pPr>
      <w:r w:rsidRPr="00F00834">
        <w:rPr>
          <w:rFonts w:ascii="TeachersPet" w:hAnsi="TeachersPet"/>
          <w:color w:val="000000" w:themeColor="text1"/>
          <w:sz w:val="32"/>
          <w:szCs w:val="32"/>
        </w:rPr>
        <w:t>Date of Birth: ______________________  Class/Room: 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</w:t>
      </w:r>
      <w:r w:rsidRPr="00F00834">
        <w:rPr>
          <w:rFonts w:ascii="TeachersPet" w:hAnsi="TeachersPet"/>
          <w:color w:val="000000" w:themeColor="text1"/>
          <w:sz w:val="32"/>
          <w:szCs w:val="32"/>
        </w:rPr>
        <w:t>_______________</w:t>
      </w:r>
    </w:p>
    <w:p w14:paraId="1D415017" w14:textId="0BCDBEAB" w:rsidR="00F00834" w:rsidRPr="00F00834" w:rsidRDefault="00F00834" w:rsidP="00F00834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F00834">
        <w:rPr>
          <w:rFonts w:ascii="TeachersPet" w:hAnsi="TeachersPet"/>
          <w:color w:val="000000" w:themeColor="text1"/>
          <w:sz w:val="52"/>
          <w:szCs w:val="52"/>
        </w:rPr>
        <w:t xml:space="preserve">2. </w:t>
      </w:r>
      <w:r>
        <w:rPr>
          <w:rFonts w:ascii="TeachersPet" w:hAnsi="TeachersPet"/>
          <w:color w:val="000000" w:themeColor="text1"/>
          <w:sz w:val="52"/>
          <w:szCs w:val="52"/>
        </w:rPr>
        <w:t>Outings</w:t>
      </w:r>
      <w:r w:rsidRPr="00F00834">
        <w:rPr>
          <w:rFonts w:ascii="TeachersPet" w:hAnsi="TeachersPet"/>
          <w:color w:val="000000" w:themeColor="text1"/>
          <w:sz w:val="52"/>
          <w:szCs w:val="52"/>
        </w:rPr>
        <w:t xml:space="preserve"> Consent</w:t>
      </w:r>
    </w:p>
    <w:p w14:paraId="6DAA5167" w14:textId="67AD4DF5" w:rsidR="00F00834" w:rsidRPr="00F00834" w:rsidRDefault="00F00834" w:rsidP="00F00834">
      <w:pPr>
        <w:rPr>
          <w:rFonts w:ascii="TeachersPet" w:hAnsi="TeachersPet"/>
          <w:color w:val="000000" w:themeColor="text1"/>
          <w:sz w:val="32"/>
          <w:szCs w:val="32"/>
        </w:rPr>
      </w:pPr>
      <w:r w:rsidRPr="00F00834">
        <w:rPr>
          <w:rFonts w:ascii="TeachersPet" w:hAnsi="TeachersPet"/>
          <w:color w:val="000000" w:themeColor="text1"/>
          <w:sz w:val="32"/>
          <w:szCs w:val="32"/>
        </w:rPr>
        <w:t xml:space="preserve">I give permission for my child to attend school-organized </w:t>
      </w:r>
      <w:r>
        <w:rPr>
          <w:rFonts w:ascii="TeachersPet" w:hAnsi="TeachersPet"/>
          <w:color w:val="000000" w:themeColor="text1"/>
          <w:sz w:val="32"/>
          <w:szCs w:val="32"/>
        </w:rPr>
        <w:t>outings</w:t>
      </w:r>
      <w:r w:rsidRPr="00F00834">
        <w:rPr>
          <w:rFonts w:ascii="TeachersPet" w:hAnsi="TeachersPet"/>
          <w:color w:val="000000" w:themeColor="text1"/>
          <w:sz w:val="32"/>
          <w:szCs w:val="32"/>
        </w:rPr>
        <w:t>, including walking and bus trips, under the supervision of school staff. I understand that I will be notified in advance of any trip details.</w:t>
      </w:r>
    </w:p>
    <w:p w14:paraId="3A01CE76" w14:textId="3002A212" w:rsidR="00F00834" w:rsidRPr="00F00834" w:rsidRDefault="00F00834" w:rsidP="00F00834">
      <w:pPr>
        <w:rPr>
          <w:rFonts w:ascii="TeachersPet" w:hAnsi="TeachersPet"/>
          <w:color w:val="000000" w:themeColor="text1"/>
          <w:sz w:val="32"/>
          <w:szCs w:val="32"/>
        </w:rPr>
      </w:pPr>
      <w:r w:rsidRPr="00F00834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F00834">
        <w:rPr>
          <w:rFonts w:ascii="TeachersPet" w:hAnsi="TeachersPet"/>
          <w:color w:val="000000" w:themeColor="text1"/>
          <w:sz w:val="32"/>
          <w:szCs w:val="32"/>
        </w:rPr>
        <w:t xml:space="preserve"> Yes, I give consent.</w:t>
      </w:r>
      <w:r w:rsidRPr="00F00834">
        <w:rPr>
          <w:rFonts w:ascii="TeachersPet" w:hAnsi="TeachersPet"/>
          <w:color w:val="000000" w:themeColor="text1"/>
          <w:sz w:val="32"/>
          <w:szCs w:val="32"/>
        </w:rPr>
        <w:tab/>
      </w:r>
      <w:r w:rsidRPr="00F00834">
        <w:rPr>
          <w:rFonts w:ascii="TeachersPet" w:hAnsi="TeachersPet"/>
          <w:color w:val="000000" w:themeColor="text1"/>
          <w:sz w:val="32"/>
          <w:szCs w:val="32"/>
        </w:rPr>
        <w:tab/>
      </w:r>
      <w:r>
        <w:rPr>
          <w:rFonts w:ascii="TeachersPet" w:hAnsi="TeachersPet"/>
          <w:color w:val="000000" w:themeColor="text1"/>
          <w:sz w:val="32"/>
          <w:szCs w:val="32"/>
        </w:rPr>
        <w:tab/>
      </w:r>
      <w:r>
        <w:rPr>
          <w:rFonts w:ascii="TeachersPet" w:hAnsi="TeachersPet"/>
          <w:color w:val="000000" w:themeColor="text1"/>
          <w:sz w:val="32"/>
          <w:szCs w:val="32"/>
        </w:rPr>
        <w:tab/>
      </w:r>
      <w:r>
        <w:rPr>
          <w:rFonts w:ascii="TeachersPet" w:hAnsi="TeachersPet"/>
          <w:color w:val="000000" w:themeColor="text1"/>
          <w:sz w:val="32"/>
          <w:szCs w:val="32"/>
        </w:rPr>
        <w:tab/>
      </w:r>
      <w:r w:rsidRPr="00F00834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F00834">
        <w:rPr>
          <w:rFonts w:ascii="TeachersPet" w:hAnsi="TeachersPet"/>
          <w:color w:val="000000" w:themeColor="text1"/>
          <w:sz w:val="32"/>
          <w:szCs w:val="32"/>
        </w:rPr>
        <w:t xml:space="preserve"> No, I do not give consent.</w:t>
      </w:r>
    </w:p>
    <w:p w14:paraId="725A49E0" w14:textId="77777777" w:rsidR="00F00834" w:rsidRPr="00F00834" w:rsidRDefault="00F00834" w:rsidP="00F00834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F00834">
        <w:rPr>
          <w:rFonts w:ascii="TeachersPet" w:hAnsi="TeachersPet"/>
          <w:color w:val="000000" w:themeColor="text1"/>
          <w:sz w:val="52"/>
          <w:szCs w:val="52"/>
        </w:rPr>
        <w:t>3. Photo and Video Consent</w:t>
      </w:r>
    </w:p>
    <w:p w14:paraId="0CD0FB62" w14:textId="77777777" w:rsidR="00F00834" w:rsidRPr="00F00834" w:rsidRDefault="00F00834" w:rsidP="00F00834">
      <w:pPr>
        <w:rPr>
          <w:rFonts w:ascii="TeachersPet" w:hAnsi="TeachersPet"/>
          <w:color w:val="000000" w:themeColor="text1"/>
          <w:sz w:val="32"/>
          <w:szCs w:val="32"/>
        </w:rPr>
      </w:pPr>
      <w:r w:rsidRPr="00F00834">
        <w:rPr>
          <w:rFonts w:ascii="TeachersPet" w:hAnsi="TeachersPet"/>
          <w:color w:val="000000" w:themeColor="text1"/>
          <w:sz w:val="32"/>
          <w:szCs w:val="32"/>
        </w:rPr>
        <w:t>I give permission for my child's photograph and/or video to be taken during school activities. These may be used on the school's website, newsletters, social media, or other promotional materials.</w:t>
      </w:r>
    </w:p>
    <w:p w14:paraId="48488C62" w14:textId="17BB4FC1" w:rsidR="00F00834" w:rsidRPr="00F00834" w:rsidRDefault="00F00834" w:rsidP="00F00834">
      <w:pPr>
        <w:rPr>
          <w:rFonts w:ascii="TeachersPet" w:hAnsi="TeachersPet"/>
          <w:color w:val="000000" w:themeColor="text1"/>
          <w:sz w:val="32"/>
          <w:szCs w:val="32"/>
        </w:rPr>
      </w:pPr>
      <w:r w:rsidRPr="00F00834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F00834">
        <w:rPr>
          <w:rFonts w:ascii="TeachersPet" w:hAnsi="TeachersPet"/>
          <w:color w:val="000000" w:themeColor="text1"/>
          <w:sz w:val="32"/>
          <w:szCs w:val="32"/>
        </w:rPr>
        <w:t xml:space="preserve"> Yes, I give consent.</w:t>
      </w:r>
      <w:r w:rsidRPr="00F00834">
        <w:rPr>
          <w:rFonts w:ascii="TeachersPet" w:hAnsi="TeachersPet"/>
          <w:color w:val="000000" w:themeColor="text1"/>
          <w:sz w:val="32"/>
          <w:szCs w:val="32"/>
        </w:rPr>
        <w:tab/>
      </w:r>
      <w:r w:rsidRPr="00F00834">
        <w:rPr>
          <w:rFonts w:ascii="TeachersPet" w:hAnsi="TeachersPet"/>
          <w:color w:val="000000" w:themeColor="text1"/>
          <w:sz w:val="32"/>
          <w:szCs w:val="32"/>
        </w:rPr>
        <w:tab/>
      </w:r>
      <w:r>
        <w:rPr>
          <w:rFonts w:ascii="TeachersPet" w:hAnsi="TeachersPet"/>
          <w:color w:val="000000" w:themeColor="text1"/>
          <w:sz w:val="32"/>
          <w:szCs w:val="32"/>
        </w:rPr>
        <w:tab/>
      </w:r>
      <w:r>
        <w:rPr>
          <w:rFonts w:ascii="TeachersPet" w:hAnsi="TeachersPet"/>
          <w:color w:val="000000" w:themeColor="text1"/>
          <w:sz w:val="32"/>
          <w:szCs w:val="32"/>
        </w:rPr>
        <w:tab/>
      </w:r>
      <w:r>
        <w:rPr>
          <w:rFonts w:ascii="TeachersPet" w:hAnsi="TeachersPet"/>
          <w:color w:val="000000" w:themeColor="text1"/>
          <w:sz w:val="32"/>
          <w:szCs w:val="32"/>
        </w:rPr>
        <w:tab/>
      </w:r>
      <w:r w:rsidRPr="00F00834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F00834">
        <w:rPr>
          <w:rFonts w:ascii="TeachersPet" w:hAnsi="TeachersPet"/>
          <w:color w:val="000000" w:themeColor="text1"/>
          <w:sz w:val="32"/>
          <w:szCs w:val="32"/>
        </w:rPr>
        <w:t xml:space="preserve"> No, I do not give consent.</w:t>
      </w:r>
    </w:p>
    <w:p w14:paraId="223E64C5" w14:textId="77777777" w:rsidR="00F00834" w:rsidRPr="00F00834" w:rsidRDefault="00F00834" w:rsidP="00F00834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F00834">
        <w:rPr>
          <w:rFonts w:ascii="TeachersPet" w:hAnsi="TeachersPet"/>
          <w:color w:val="000000" w:themeColor="text1"/>
          <w:sz w:val="52"/>
          <w:szCs w:val="52"/>
        </w:rPr>
        <w:t>4. Other Media or Event Participation</w:t>
      </w:r>
    </w:p>
    <w:p w14:paraId="4EAC92E3" w14:textId="77777777" w:rsidR="00F00834" w:rsidRPr="00F00834" w:rsidRDefault="00F00834" w:rsidP="00F00834">
      <w:pPr>
        <w:rPr>
          <w:rFonts w:ascii="TeachersPet" w:hAnsi="TeachersPet"/>
          <w:color w:val="000000" w:themeColor="text1"/>
          <w:sz w:val="32"/>
          <w:szCs w:val="32"/>
        </w:rPr>
      </w:pPr>
      <w:r w:rsidRPr="00F00834">
        <w:rPr>
          <w:rFonts w:ascii="TeachersPet" w:hAnsi="TeachersPet"/>
          <w:color w:val="000000" w:themeColor="text1"/>
          <w:sz w:val="32"/>
          <w:szCs w:val="32"/>
        </w:rPr>
        <w:t>I give permission for my child to participate in classroom events, performances, and group activities that may be recorded or photographed by other families or the school.</w:t>
      </w:r>
    </w:p>
    <w:p w14:paraId="4D8BE694" w14:textId="487F14CB" w:rsidR="00F00834" w:rsidRPr="00F00834" w:rsidRDefault="00F00834" w:rsidP="00F00834">
      <w:pPr>
        <w:rPr>
          <w:rFonts w:ascii="TeachersPet" w:hAnsi="TeachersPet"/>
          <w:color w:val="000000" w:themeColor="text1"/>
          <w:sz w:val="32"/>
          <w:szCs w:val="32"/>
        </w:rPr>
      </w:pPr>
      <w:r w:rsidRPr="00F00834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F00834">
        <w:rPr>
          <w:rFonts w:ascii="TeachersPet" w:hAnsi="TeachersPet"/>
          <w:color w:val="000000" w:themeColor="text1"/>
          <w:sz w:val="32"/>
          <w:szCs w:val="32"/>
        </w:rPr>
        <w:t xml:space="preserve"> Yes, I give consent.</w:t>
      </w:r>
      <w:r w:rsidRPr="00F00834">
        <w:rPr>
          <w:rFonts w:ascii="TeachersPet" w:hAnsi="TeachersPet"/>
          <w:color w:val="000000" w:themeColor="text1"/>
          <w:sz w:val="32"/>
          <w:szCs w:val="32"/>
        </w:rPr>
        <w:tab/>
      </w:r>
      <w:r w:rsidRPr="00F00834">
        <w:rPr>
          <w:rFonts w:ascii="TeachersPet" w:hAnsi="TeachersPet"/>
          <w:color w:val="000000" w:themeColor="text1"/>
          <w:sz w:val="32"/>
          <w:szCs w:val="32"/>
        </w:rPr>
        <w:tab/>
      </w:r>
      <w:r>
        <w:rPr>
          <w:rFonts w:ascii="TeachersPet" w:hAnsi="TeachersPet"/>
          <w:color w:val="000000" w:themeColor="text1"/>
          <w:sz w:val="32"/>
          <w:szCs w:val="32"/>
        </w:rPr>
        <w:tab/>
      </w:r>
      <w:r>
        <w:rPr>
          <w:rFonts w:ascii="TeachersPet" w:hAnsi="TeachersPet"/>
          <w:color w:val="000000" w:themeColor="text1"/>
          <w:sz w:val="32"/>
          <w:szCs w:val="32"/>
        </w:rPr>
        <w:tab/>
      </w:r>
      <w:r>
        <w:rPr>
          <w:rFonts w:ascii="TeachersPet" w:hAnsi="TeachersPet"/>
          <w:color w:val="000000" w:themeColor="text1"/>
          <w:sz w:val="32"/>
          <w:szCs w:val="32"/>
        </w:rPr>
        <w:tab/>
      </w:r>
      <w:r w:rsidRPr="00F00834">
        <w:rPr>
          <w:rFonts w:ascii="Segoe UI Symbol" w:hAnsi="Segoe UI Symbol" w:cs="Segoe UI Symbol"/>
          <w:color w:val="000000" w:themeColor="text1"/>
          <w:sz w:val="32"/>
          <w:szCs w:val="32"/>
        </w:rPr>
        <w:t>☐</w:t>
      </w:r>
      <w:r w:rsidRPr="00F00834">
        <w:rPr>
          <w:rFonts w:ascii="TeachersPet" w:hAnsi="TeachersPet"/>
          <w:color w:val="000000" w:themeColor="text1"/>
          <w:sz w:val="32"/>
          <w:szCs w:val="32"/>
        </w:rPr>
        <w:t xml:space="preserve"> No, I do not give consent.</w:t>
      </w:r>
    </w:p>
    <w:p w14:paraId="0B19ACFC" w14:textId="77777777" w:rsidR="00F00834" w:rsidRPr="00F00834" w:rsidRDefault="00F00834" w:rsidP="00F00834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F00834">
        <w:rPr>
          <w:rFonts w:ascii="TeachersPet" w:hAnsi="TeachersPet"/>
          <w:color w:val="000000" w:themeColor="text1"/>
          <w:sz w:val="52"/>
          <w:szCs w:val="52"/>
        </w:rPr>
        <w:t>5. Parent/Guardian Consent and Signature</w:t>
      </w:r>
    </w:p>
    <w:p w14:paraId="7BD48075" w14:textId="2E3CBF91" w:rsidR="00F00834" w:rsidRPr="00F00834" w:rsidRDefault="00F00834" w:rsidP="00F00834">
      <w:pPr>
        <w:rPr>
          <w:rFonts w:ascii="TeachersPet" w:hAnsi="TeachersPet"/>
          <w:color w:val="000000" w:themeColor="text1"/>
          <w:sz w:val="32"/>
          <w:szCs w:val="32"/>
        </w:rPr>
      </w:pPr>
      <w:r w:rsidRPr="00F00834">
        <w:rPr>
          <w:rFonts w:ascii="TeachersPet" w:hAnsi="TeachersPet"/>
          <w:color w:val="000000" w:themeColor="text1"/>
          <w:sz w:val="32"/>
          <w:szCs w:val="32"/>
        </w:rPr>
        <w:t>Parent/Guardian Name: 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 xml:space="preserve"> </w:t>
      </w:r>
      <w:r w:rsidRPr="00F00834">
        <w:rPr>
          <w:rFonts w:ascii="TeachersPet" w:hAnsi="TeachersPet"/>
          <w:color w:val="000000" w:themeColor="text1"/>
          <w:sz w:val="32"/>
          <w:szCs w:val="32"/>
        </w:rPr>
        <w:t>Relationship to Child: ____________________</w:t>
      </w:r>
    </w:p>
    <w:p w14:paraId="2250FEF8" w14:textId="773FE651" w:rsidR="00F00834" w:rsidRPr="00F00834" w:rsidRDefault="00F00834" w:rsidP="00F00834">
      <w:pPr>
        <w:rPr>
          <w:rFonts w:ascii="TeachersPet" w:hAnsi="TeachersPet"/>
          <w:color w:val="000000" w:themeColor="text1"/>
          <w:sz w:val="32"/>
          <w:szCs w:val="32"/>
        </w:rPr>
      </w:pPr>
      <w:r w:rsidRPr="00F00834">
        <w:rPr>
          <w:rFonts w:ascii="TeachersPet" w:hAnsi="TeachersPet"/>
          <w:color w:val="000000" w:themeColor="text1"/>
          <w:sz w:val="32"/>
          <w:szCs w:val="32"/>
        </w:rPr>
        <w:t>Signature: 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</w:t>
      </w:r>
      <w:r w:rsidRPr="00F00834">
        <w:rPr>
          <w:rFonts w:ascii="TeachersPet" w:hAnsi="TeachersPet"/>
          <w:color w:val="000000" w:themeColor="text1"/>
          <w:sz w:val="32"/>
          <w:szCs w:val="32"/>
        </w:rPr>
        <w:t xml:space="preserve">  Date: 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_________________</w:t>
      </w:r>
    </w:p>
    <w:p w14:paraId="17081BB0" w14:textId="435EDC8D" w:rsidR="000C6962" w:rsidRPr="00F00834" w:rsidRDefault="000C6962" w:rsidP="000C6962">
      <w:pPr>
        <w:rPr>
          <w:rFonts w:ascii="TeachersPet" w:hAnsi="TeachersPet"/>
          <w:color w:val="000000" w:themeColor="text1"/>
          <w:sz w:val="32"/>
          <w:szCs w:val="32"/>
        </w:rPr>
      </w:pPr>
    </w:p>
    <w:sectPr w:rsidR="000C6962" w:rsidRPr="00F00834" w:rsidSect="00EB60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1344C" w14:textId="77777777" w:rsidR="000F2161" w:rsidRDefault="000F2161" w:rsidP="00EB604A">
      <w:pPr>
        <w:spacing w:after="0" w:line="240" w:lineRule="auto"/>
      </w:pPr>
      <w:r>
        <w:separator/>
      </w:r>
    </w:p>
  </w:endnote>
  <w:endnote w:type="continuationSeparator" w:id="0">
    <w:p w14:paraId="54BF9879" w14:textId="77777777" w:rsidR="000F2161" w:rsidRDefault="000F2161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49E4E" w14:textId="77777777" w:rsidR="004D51E6" w:rsidRDefault="004D51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46322" w14:textId="77777777" w:rsidR="004D51E6" w:rsidRPr="00DD1E16" w:rsidRDefault="004D51E6" w:rsidP="004D51E6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6FD95D4B" w:rsidR="00EB604A" w:rsidRPr="004D51E6" w:rsidRDefault="004D51E6" w:rsidP="004D51E6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70CCB" w14:textId="77777777" w:rsidR="004D51E6" w:rsidRDefault="004D51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C74AA" w14:textId="77777777" w:rsidR="000F2161" w:rsidRDefault="000F2161" w:rsidP="00EB604A">
      <w:pPr>
        <w:spacing w:after="0" w:line="240" w:lineRule="auto"/>
      </w:pPr>
      <w:r>
        <w:separator/>
      </w:r>
    </w:p>
  </w:footnote>
  <w:footnote w:type="continuationSeparator" w:id="0">
    <w:p w14:paraId="519F27D5" w14:textId="77777777" w:rsidR="000F2161" w:rsidRDefault="000F2161" w:rsidP="00EB6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37B4B" w14:textId="77777777" w:rsidR="004D51E6" w:rsidRDefault="004D51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47EBB" w14:textId="77777777" w:rsidR="004D51E6" w:rsidRDefault="004D51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AAD7B" w14:textId="77777777" w:rsidR="004D51E6" w:rsidRDefault="004D51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962"/>
    <w:rsid w:val="000D3417"/>
    <w:rsid w:val="000D396E"/>
    <w:rsid w:val="000F2161"/>
    <w:rsid w:val="0012271C"/>
    <w:rsid w:val="0015074B"/>
    <w:rsid w:val="001F1FCE"/>
    <w:rsid w:val="0029639D"/>
    <w:rsid w:val="00326F90"/>
    <w:rsid w:val="0045046B"/>
    <w:rsid w:val="00452429"/>
    <w:rsid w:val="004B0870"/>
    <w:rsid w:val="004D51E6"/>
    <w:rsid w:val="007C5AA5"/>
    <w:rsid w:val="008439EA"/>
    <w:rsid w:val="00861596"/>
    <w:rsid w:val="00AA1D8D"/>
    <w:rsid w:val="00B47730"/>
    <w:rsid w:val="00B93A38"/>
    <w:rsid w:val="00BB1207"/>
    <w:rsid w:val="00C00D71"/>
    <w:rsid w:val="00CB0664"/>
    <w:rsid w:val="00D32392"/>
    <w:rsid w:val="00D560FB"/>
    <w:rsid w:val="00D67B2E"/>
    <w:rsid w:val="00DC3DA7"/>
    <w:rsid w:val="00DD7199"/>
    <w:rsid w:val="00E11473"/>
    <w:rsid w:val="00E530F5"/>
    <w:rsid w:val="00EB604A"/>
    <w:rsid w:val="00F00834"/>
    <w:rsid w:val="00F25A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3</cp:revision>
  <dcterms:created xsi:type="dcterms:W3CDTF">2025-05-05T11:34:00Z</dcterms:created>
  <dcterms:modified xsi:type="dcterms:W3CDTF">2025-07-23T10:03:00Z</dcterms:modified>
  <cp:category/>
</cp:coreProperties>
</file>