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30DBC" w14:textId="2B12FA25" w:rsidR="00DD7199" w:rsidRDefault="00DF750C" w:rsidP="00452429">
      <w:pPr>
        <w:pStyle w:val="Title"/>
        <w:rPr>
          <w:rFonts w:ascii="TeachersPet" w:hAnsi="TeachersPet"/>
          <w:color w:val="000000" w:themeColor="text1"/>
          <w:sz w:val="72"/>
          <w:szCs w:val="72"/>
          <w:lang w:val="en-ZA"/>
        </w:rPr>
      </w:pPr>
      <w:r w:rsidRPr="00452429">
        <w:rPr>
          <w:rFonts w:ascii="TeachersPet" w:hAnsi="TeachersPe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1D0B8" wp14:editId="5938C1A8">
                <wp:simplePos x="0" y="0"/>
                <wp:positionH relativeFrom="column">
                  <wp:posOffset>-4445</wp:posOffset>
                </wp:positionH>
                <wp:positionV relativeFrom="paragraph">
                  <wp:posOffset>1382220</wp:posOffset>
                </wp:positionV>
                <wp:extent cx="1371600" cy="170121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CFAF13" w14:textId="77777777" w:rsidR="00DF750C" w:rsidRPr="00452429" w:rsidRDefault="00DF750C" w:rsidP="00DF750C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1D0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35pt;margin-top:108.85pt;width:108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3P/KgIAAFQEAAAOAAAAZHJzL2Uyb0RvYy54bWysVEtv2zAMvg/YfxB0X2ynadoZcYosRYYB&#13;&#10;QVsgHXpWZCk2IIuapMTOfv0o2Xms22nYRSZF6uPjIz176BpFDsK6GnRBs1FKidAcylrvCvr9dfXp&#13;&#10;n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" fillcolor="white [3201]" stroked="f" strokeweight=".5pt">
                <v:textbox>
                  <w:txbxContent>
                    <w:p w14:paraId="05CFAF13" w14:textId="77777777" w:rsidR="00DF750C" w:rsidRPr="00452429" w:rsidRDefault="00DF750C" w:rsidP="00DF750C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452429">
        <w:rPr>
          <w:rFonts w:ascii="TeachersPet" w:hAnsi="TeachersPet"/>
          <w:noProof/>
          <w:color w:val="000000" w:themeColor="text1"/>
          <w:sz w:val="96"/>
          <w:szCs w:val="96"/>
        </w:rPr>
        <w:t xml:space="preserve"> </w:t>
      </w:r>
      <w:r w:rsidR="00452429" w:rsidRPr="00452429">
        <w:rPr>
          <w:rFonts w:ascii="TeachersPet" w:hAnsi="TeachersPet"/>
          <w:noProof/>
          <w:color w:val="000000" w:themeColor="text1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29DFE87C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61677F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  <w:r>
        <w:rPr>
          <w:rFonts w:ascii="TeachersPet" w:hAnsi="TeachersPet"/>
          <w:color w:val="000000" w:themeColor="text1"/>
          <w:sz w:val="72"/>
          <w:szCs w:val="72"/>
        </w:rPr>
        <w:t>H</w:t>
      </w:r>
      <w:r w:rsidRPr="00DF750C">
        <w:rPr>
          <w:rFonts w:ascii="TeachersPet" w:hAnsi="TeachersPet"/>
          <w:color w:val="000000" w:themeColor="text1"/>
          <w:sz w:val="72"/>
          <w:szCs w:val="72"/>
          <w:lang w:val="en-ZA"/>
        </w:rPr>
        <w:t>ealth &amp; Hygiene Document Checklist</w:t>
      </w:r>
      <w:r>
        <w:rPr>
          <w:rStyle w:val="EndnoteReference"/>
          <w:rFonts w:ascii="TeachersPet" w:hAnsi="TeachersPet"/>
          <w:color w:val="000000" w:themeColor="text1"/>
          <w:sz w:val="72"/>
          <w:szCs w:val="72"/>
          <w:lang w:val="en-ZA"/>
        </w:rPr>
        <w:endnoteReference w:id="1"/>
      </w:r>
    </w:p>
    <w:p w14:paraId="08E58CCB" w14:textId="77777777" w:rsidR="002E3004" w:rsidRDefault="002E3004" w:rsidP="002E3004">
      <w:pPr>
        <w:rPr>
          <w:lang w:val="en-ZA"/>
        </w:rPr>
      </w:pPr>
    </w:p>
    <w:p w14:paraId="466128DD" w14:textId="77777777" w:rsidR="002E3004" w:rsidRDefault="002E3004" w:rsidP="002E3004">
      <w:pPr>
        <w:rPr>
          <w:lang w:val="en-ZA"/>
        </w:rPr>
      </w:pPr>
    </w:p>
    <w:p w14:paraId="1CCB484C" w14:textId="77777777" w:rsidR="002E3004" w:rsidRPr="00DF750C" w:rsidRDefault="002E3004" w:rsidP="002E3004">
      <w:pPr>
        <w:pStyle w:val="Heading1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/>
        <w:rPr>
          <w:rFonts w:ascii="TeachersPet" w:hAnsi="TeachersPet"/>
          <w:color w:val="000000" w:themeColor="text1"/>
          <w:sz w:val="40"/>
          <w:szCs w:val="40"/>
          <w:lang w:val="en-ZA"/>
        </w:rPr>
      </w:pPr>
      <w:r w:rsidRPr="00DF750C">
        <w:rPr>
          <w:rFonts w:ascii="TeachersPet" w:hAnsi="TeachersPet"/>
          <w:color w:val="000000" w:themeColor="text1"/>
          <w:sz w:val="40"/>
          <w:szCs w:val="40"/>
          <w:lang w:val="en-ZA"/>
        </w:rPr>
        <w:t>I. Facility-Specific Health &amp; Safety Documents</w:t>
      </w:r>
    </w:p>
    <w:p w14:paraId="41869B63" w14:textId="334C85D6" w:rsidR="002E3004" w:rsidRPr="002E3004" w:rsidRDefault="002E3004" w:rsidP="002E3004">
      <w:pPr>
        <w:pStyle w:val="Heading1"/>
        <w:numPr>
          <w:ilvl w:val="0"/>
          <w:numId w:val="75"/>
        </w:numPr>
        <w:spacing w:before="120"/>
        <w:rPr>
          <w:rFonts w:ascii="TeachersPet" w:hAnsi="TeachersPet"/>
          <w:b w:val="0"/>
          <w:bCs w:val="0"/>
          <w:color w:val="000000" w:themeColor="text1"/>
          <w:sz w:val="40"/>
          <w:szCs w:val="40"/>
          <w:lang w:val="en-ZA"/>
        </w:rPr>
      </w:pPr>
      <w:r w:rsidRPr="00DF750C">
        <w:rPr>
          <w:rFonts w:ascii="TeachersPet" w:hAnsi="TeachersPet"/>
          <w:b w:val="0"/>
          <w:bCs w:val="0"/>
          <w:color w:val="000000" w:themeColor="text1"/>
          <w:sz w:val="40"/>
          <w:szCs w:val="40"/>
          <w:lang w:val="en-ZA"/>
        </w:rPr>
        <w:t>Municipal Health Certificate / Certificate of Acceptability</w:t>
      </w:r>
    </w:p>
    <w:p w14:paraId="2922B3F0" w14:textId="2AFD9190" w:rsidR="002E3004" w:rsidRPr="00DF750C" w:rsidRDefault="002E3004" w:rsidP="002E3004">
      <w:pPr>
        <w:pStyle w:val="Heading1"/>
        <w:numPr>
          <w:ilvl w:val="0"/>
          <w:numId w:val="11"/>
        </w:numPr>
        <w:spacing w:before="120"/>
        <w:rPr>
          <w:rFonts w:ascii="TeachersPet" w:hAnsi="TeachersPet"/>
          <w:b w:val="0"/>
          <w:bCs w:val="0"/>
          <w:color w:val="000000" w:themeColor="text1"/>
          <w:sz w:val="32"/>
          <w:szCs w:val="32"/>
          <w:lang w:val="en-ZA"/>
        </w:rPr>
      </w:pPr>
      <w:r w:rsidRPr="00DF750C">
        <w:rPr>
          <w:rFonts w:ascii="TeachersPet" w:hAnsi="TeachersPet"/>
          <w:b w:val="0"/>
          <w:bCs w:val="0"/>
          <w:color w:val="000000" w:themeColor="text1"/>
          <w:sz w:val="32"/>
          <w:szCs w:val="32"/>
          <w:lang w:val="en-ZA"/>
        </w:rPr>
        <w:t>Issued by the local municipal environmental health department. This is crucial and confirms the premises are suitable for food preparation and general hygiene standards.</w:t>
      </w:r>
      <w:r>
        <w:rPr>
          <w:rFonts w:ascii="TeachersPet" w:hAnsi="TeachersPet"/>
          <w:b w:val="0"/>
          <w:bCs w:val="0"/>
          <w:color w:val="000000" w:themeColor="text1"/>
          <w:sz w:val="32"/>
          <w:szCs w:val="32"/>
          <w:lang w:val="en-ZA"/>
        </w:rPr>
        <w:t xml:space="preserve"> (</w:t>
      </w:r>
      <w:r w:rsidRPr="00DF750C">
        <w:rPr>
          <w:rFonts w:ascii="TeachersPet" w:hAnsi="TeachersPet"/>
          <w:b w:val="0"/>
          <w:bCs w:val="0"/>
          <w:color w:val="000000" w:themeColor="text1"/>
          <w:sz w:val="32"/>
          <w:szCs w:val="32"/>
          <w:lang w:val="en-ZA"/>
        </w:rPr>
        <w:t xml:space="preserve">Check expiry date and ensure </w:t>
      </w:r>
      <w:r w:rsidR="000562DE" w:rsidRPr="00DF750C">
        <w:rPr>
          <w:rFonts w:ascii="TeachersPet" w:hAnsi="TeachersPet"/>
          <w:b w:val="0"/>
          <w:bCs w:val="0"/>
          <w:color w:val="000000" w:themeColor="text1"/>
          <w:sz w:val="32"/>
          <w:szCs w:val="32"/>
          <w:lang w:val="en-ZA"/>
        </w:rPr>
        <w:t>its</w:t>
      </w:r>
      <w:r w:rsidRPr="00DF750C">
        <w:rPr>
          <w:rFonts w:ascii="TeachersPet" w:hAnsi="TeachersPet"/>
          <w:b w:val="0"/>
          <w:bCs w:val="0"/>
          <w:color w:val="000000" w:themeColor="text1"/>
          <w:sz w:val="32"/>
          <w:szCs w:val="32"/>
          <w:lang w:val="en-ZA"/>
        </w:rPr>
        <w:t xml:space="preserve"> current.</w:t>
      </w:r>
      <w:r>
        <w:rPr>
          <w:rFonts w:ascii="TeachersPet" w:hAnsi="TeachersPet"/>
          <w:b w:val="0"/>
          <w:bCs w:val="0"/>
          <w:color w:val="000000" w:themeColor="text1"/>
          <w:sz w:val="32"/>
          <w:szCs w:val="32"/>
          <w:lang w:val="en-ZA"/>
        </w:rPr>
        <w:t>)</w:t>
      </w:r>
    </w:p>
    <w:p w14:paraId="437CDDB7" w14:textId="77777777" w:rsidR="002E3004" w:rsidRPr="002E3004" w:rsidRDefault="00DF750C" w:rsidP="002E3004">
      <w:pPr>
        <w:pStyle w:val="ListParagraph"/>
        <w:numPr>
          <w:ilvl w:val="0"/>
          <w:numId w:val="77"/>
        </w:numPr>
        <w:rPr>
          <w:sz w:val="40"/>
          <w:szCs w:val="40"/>
          <w:lang w:val="en-ZA"/>
        </w:rPr>
      </w:pPr>
      <w:r w:rsidRPr="002E3004">
        <w:rPr>
          <w:rFonts w:ascii="TeachersPet" w:hAnsi="TeachersPet"/>
          <w:color w:val="000000" w:themeColor="text1"/>
          <w:sz w:val="40"/>
          <w:szCs w:val="40"/>
          <w:lang w:val="en-ZA"/>
        </w:rPr>
        <w:t>2. Fire Safety Certificate / Compliance Certificate</w:t>
      </w:r>
    </w:p>
    <w:p w14:paraId="448A9F88" w14:textId="77777777" w:rsidR="002E3004" w:rsidRPr="002E3004" w:rsidRDefault="00DF750C" w:rsidP="002E3004">
      <w:pPr>
        <w:pStyle w:val="ListParagraph"/>
        <w:numPr>
          <w:ilvl w:val="0"/>
          <w:numId w:val="79"/>
        </w:numPr>
        <w:rPr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Issued by the local fire department, confirming fire extinguishers are correctly placed, fire exits are clear, and emergency procedures are adequate.</w:t>
      </w:r>
      <w:r w:rsidR="002E3004">
        <w:rPr>
          <w:rFonts w:ascii="TeachersPet" w:hAnsi="TeachersPet"/>
          <w:sz w:val="32"/>
          <w:szCs w:val="32"/>
          <w:lang w:val="en-ZA"/>
        </w:rPr>
        <w:t xml:space="preserve"> (</w:t>
      </w:r>
      <w:r w:rsidRPr="002E3004">
        <w:rPr>
          <w:rFonts w:ascii="TeachersPet" w:hAnsi="TeachersPet"/>
          <w:sz w:val="32"/>
          <w:szCs w:val="32"/>
          <w:lang w:val="en-ZA"/>
        </w:rPr>
        <w:t>Check expiry date.</w:t>
      </w:r>
      <w:r w:rsidR="002E3004">
        <w:rPr>
          <w:rFonts w:ascii="TeachersPet" w:hAnsi="TeachersPet"/>
          <w:sz w:val="32"/>
          <w:szCs w:val="32"/>
          <w:lang w:val="en-ZA"/>
        </w:rPr>
        <w:t>)</w:t>
      </w:r>
    </w:p>
    <w:p w14:paraId="380AAE87" w14:textId="77777777" w:rsidR="002E3004" w:rsidRPr="002E3004" w:rsidRDefault="00DF750C" w:rsidP="002E3004">
      <w:pPr>
        <w:pStyle w:val="ListParagraph"/>
        <w:numPr>
          <w:ilvl w:val="1"/>
          <w:numId w:val="79"/>
        </w:numPr>
        <w:rPr>
          <w:sz w:val="40"/>
          <w:szCs w:val="40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Building Plans (Approved)</w:t>
      </w:r>
    </w:p>
    <w:p w14:paraId="7A48253D" w14:textId="77777777" w:rsidR="002E3004" w:rsidRPr="002E3004" w:rsidRDefault="00DF750C" w:rsidP="002E3004">
      <w:pPr>
        <w:pStyle w:val="ListParagraph"/>
        <w:numPr>
          <w:ilvl w:val="0"/>
          <w:numId w:val="79"/>
        </w:numPr>
        <w:rPr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Copies of approved building plans from the municipality, showing the layout of the facility, including classrooms, kitchen, and toilet facilities. These often indicate compliance with space requirements.</w:t>
      </w:r>
    </w:p>
    <w:p w14:paraId="528C41D8" w14:textId="77777777" w:rsidR="002E3004" w:rsidRPr="002E3004" w:rsidRDefault="00DF750C" w:rsidP="002E3004">
      <w:pPr>
        <w:pStyle w:val="ListParagraph"/>
        <w:numPr>
          <w:ilvl w:val="1"/>
          <w:numId w:val="79"/>
        </w:numPr>
        <w:rPr>
          <w:sz w:val="40"/>
          <w:szCs w:val="40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Evacuation Plan &amp; Emergency Exits Map</w:t>
      </w:r>
    </w:p>
    <w:p w14:paraId="0500336E" w14:textId="77777777" w:rsidR="002E3004" w:rsidRPr="002E3004" w:rsidRDefault="00DF750C" w:rsidP="002E3004">
      <w:pPr>
        <w:pStyle w:val="ListParagraph"/>
        <w:numPr>
          <w:ilvl w:val="0"/>
          <w:numId w:val="80"/>
        </w:numPr>
        <w:rPr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Clearly displayed maps showing emergency exits, assembly points, and evacuation routes.</w:t>
      </w:r>
      <w:r w:rsidR="002E3004">
        <w:rPr>
          <w:rFonts w:ascii="TeachersPet" w:hAnsi="TeachersPet"/>
          <w:sz w:val="32"/>
          <w:szCs w:val="32"/>
          <w:lang w:val="en-ZA"/>
        </w:rPr>
        <w:t xml:space="preserve"> (</w:t>
      </w:r>
      <w:r w:rsidRPr="002E3004">
        <w:rPr>
          <w:rFonts w:ascii="TeachersPet" w:hAnsi="TeachersPet"/>
          <w:sz w:val="32"/>
          <w:szCs w:val="32"/>
          <w:lang w:val="en-ZA"/>
        </w:rPr>
        <w:t>Verification: Evidence of regular fire drills.</w:t>
      </w:r>
      <w:r w:rsidR="002E3004">
        <w:rPr>
          <w:rFonts w:ascii="TeachersPet" w:hAnsi="TeachersPet"/>
          <w:sz w:val="32"/>
          <w:szCs w:val="32"/>
          <w:lang w:val="en-ZA"/>
        </w:rPr>
        <w:t>)</w:t>
      </w:r>
    </w:p>
    <w:p w14:paraId="335A4914" w14:textId="3C5CDEAC" w:rsidR="002E3004" w:rsidRPr="002E3004" w:rsidRDefault="00DF750C" w:rsidP="002E3004">
      <w:pPr>
        <w:pStyle w:val="ListParagraph"/>
        <w:numPr>
          <w:ilvl w:val="1"/>
          <w:numId w:val="80"/>
        </w:numPr>
        <w:rPr>
          <w:sz w:val="48"/>
          <w:szCs w:val="48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Waste Management Plan</w:t>
      </w:r>
    </w:p>
    <w:p w14:paraId="5CFF8487" w14:textId="77777777" w:rsidR="002E3004" w:rsidRPr="002E3004" w:rsidRDefault="00DF750C" w:rsidP="002E3004">
      <w:pPr>
        <w:pStyle w:val="ListParagraph"/>
        <w:numPr>
          <w:ilvl w:val="0"/>
          <w:numId w:val="81"/>
        </w:numPr>
        <w:rPr>
          <w:sz w:val="48"/>
          <w:szCs w:val="48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Documentation of refuse removal schedule, disposal methods, and hazardous waste management (e.g., nappy disposal).</w:t>
      </w:r>
      <w:r w:rsidR="002E3004">
        <w:rPr>
          <w:rFonts w:ascii="TeachersPet" w:hAnsi="TeachersPet"/>
          <w:sz w:val="32"/>
          <w:szCs w:val="32"/>
          <w:lang w:val="en-ZA"/>
        </w:rPr>
        <w:t xml:space="preserve"> (</w:t>
      </w:r>
      <w:r w:rsidRPr="002E3004">
        <w:rPr>
          <w:rFonts w:ascii="TeachersPet" w:hAnsi="TeachersPet"/>
          <w:sz w:val="32"/>
          <w:szCs w:val="32"/>
          <w:lang w:val="en-ZA"/>
        </w:rPr>
        <w:t>Evidence: Agreements with waste disposal services.</w:t>
      </w:r>
      <w:r w:rsidR="002E3004">
        <w:rPr>
          <w:rFonts w:ascii="TeachersPet" w:hAnsi="TeachersPet"/>
          <w:sz w:val="32"/>
          <w:szCs w:val="32"/>
          <w:lang w:val="en-ZA"/>
        </w:rPr>
        <w:t>)</w:t>
      </w:r>
    </w:p>
    <w:p w14:paraId="7C593910" w14:textId="77777777" w:rsidR="002E3004" w:rsidRPr="002E3004" w:rsidRDefault="00DF750C" w:rsidP="002E3004">
      <w:pPr>
        <w:pStyle w:val="ListParagraph"/>
        <w:numPr>
          <w:ilvl w:val="1"/>
          <w:numId w:val="82"/>
        </w:numPr>
        <w:rPr>
          <w:sz w:val="56"/>
          <w:szCs w:val="56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Pest Control Records</w:t>
      </w:r>
    </w:p>
    <w:p w14:paraId="4A77B8C3" w14:textId="5BC4DFF0" w:rsidR="00DF750C" w:rsidRPr="002E3004" w:rsidRDefault="00DF750C" w:rsidP="002E3004">
      <w:pPr>
        <w:pStyle w:val="ListParagraph"/>
        <w:numPr>
          <w:ilvl w:val="0"/>
          <w:numId w:val="83"/>
        </w:numPr>
        <w:rPr>
          <w:sz w:val="56"/>
          <w:szCs w:val="56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Records of regular pest control treatments by a certified company.</w:t>
      </w:r>
    </w:p>
    <w:p w14:paraId="6DF7E4AF" w14:textId="77777777" w:rsidR="00DF750C" w:rsidRPr="002E3004" w:rsidRDefault="00DF750C" w:rsidP="002E300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TeachersPet" w:hAnsi="TeachersPet"/>
          <w:b/>
          <w:bCs/>
          <w:sz w:val="40"/>
          <w:szCs w:val="40"/>
          <w:lang w:val="en-ZA"/>
        </w:rPr>
      </w:pPr>
      <w:r w:rsidRPr="002E3004">
        <w:rPr>
          <w:rFonts w:ascii="TeachersPet" w:hAnsi="TeachersPet"/>
          <w:b/>
          <w:bCs/>
          <w:sz w:val="40"/>
          <w:szCs w:val="40"/>
          <w:lang w:val="en-ZA"/>
        </w:rPr>
        <w:t>II. Child &amp; Staff Health Records</w:t>
      </w:r>
    </w:p>
    <w:p w14:paraId="0BB0B521" w14:textId="0F6B8E6A" w:rsidR="002E3004" w:rsidRDefault="00DF750C" w:rsidP="002E3004">
      <w:pPr>
        <w:pStyle w:val="ListParagraph"/>
        <w:numPr>
          <w:ilvl w:val="0"/>
          <w:numId w:val="84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 xml:space="preserve">Child </w:t>
      </w:r>
      <w:r w:rsidR="000562DE" w:rsidRPr="002E3004">
        <w:rPr>
          <w:rFonts w:ascii="TeachersPet" w:hAnsi="TeachersPet"/>
          <w:sz w:val="40"/>
          <w:szCs w:val="40"/>
          <w:lang w:val="en-ZA"/>
        </w:rPr>
        <w:t>Enrolment</w:t>
      </w:r>
      <w:r w:rsidRPr="002E3004">
        <w:rPr>
          <w:rFonts w:ascii="TeachersPet" w:hAnsi="TeachersPet"/>
          <w:sz w:val="40"/>
          <w:szCs w:val="40"/>
          <w:lang w:val="en-ZA"/>
        </w:rPr>
        <w:t xml:space="preserve"> &amp; Medical Information Forms</w:t>
      </w:r>
    </w:p>
    <w:p w14:paraId="6DF1514D" w14:textId="77777777" w:rsidR="002E3004" w:rsidRPr="002E3004" w:rsidRDefault="00DF750C" w:rsidP="002E3004">
      <w:pPr>
        <w:pStyle w:val="ListParagraph"/>
        <w:numPr>
          <w:ilvl w:val="0"/>
          <w:numId w:val="85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Comprehensive forms for each child including</w:t>
      </w:r>
      <w:r w:rsidR="002E3004">
        <w:rPr>
          <w:rFonts w:ascii="TeachersPet" w:hAnsi="TeachersPet"/>
          <w:sz w:val="32"/>
          <w:szCs w:val="32"/>
          <w:lang w:val="en-ZA"/>
        </w:rPr>
        <w:t>:</w:t>
      </w:r>
    </w:p>
    <w:p w14:paraId="45820CFC" w14:textId="77777777" w:rsidR="002E3004" w:rsidRDefault="002E3004" w:rsidP="002E3004">
      <w:pPr>
        <w:rPr>
          <w:lang w:val="en-ZA"/>
        </w:rPr>
      </w:pPr>
    </w:p>
    <w:p w14:paraId="1C47A05C" w14:textId="77777777" w:rsidR="002E3004" w:rsidRDefault="00DF750C" w:rsidP="002E3004">
      <w:pPr>
        <w:pStyle w:val="ListParagraph"/>
        <w:numPr>
          <w:ilvl w:val="1"/>
          <w:numId w:val="85"/>
        </w:num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Emergency contact details (primary, secondary).</w:t>
      </w:r>
    </w:p>
    <w:p w14:paraId="22B3902B" w14:textId="77777777" w:rsidR="002E3004" w:rsidRDefault="00DF750C" w:rsidP="002E3004">
      <w:pPr>
        <w:pStyle w:val="ListParagraph"/>
        <w:numPr>
          <w:ilvl w:val="1"/>
          <w:numId w:val="85"/>
        </w:num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Medical aid information.</w:t>
      </w:r>
    </w:p>
    <w:p w14:paraId="2000E83B" w14:textId="77777777" w:rsidR="002E3004" w:rsidRDefault="00DF750C" w:rsidP="002E3004">
      <w:pPr>
        <w:pStyle w:val="ListParagraph"/>
        <w:numPr>
          <w:ilvl w:val="1"/>
          <w:numId w:val="85"/>
        </w:num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Allergies (food, medication, environmental) and severity.</w:t>
      </w:r>
    </w:p>
    <w:p w14:paraId="2CE3827D" w14:textId="77777777" w:rsidR="002E3004" w:rsidRDefault="00DF750C" w:rsidP="002E3004">
      <w:pPr>
        <w:pStyle w:val="ListParagraph"/>
        <w:numPr>
          <w:ilvl w:val="1"/>
          <w:numId w:val="85"/>
        </w:num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Chronic conditions (e.g., asthma, epilepsy, diabetes) and management plans.</w:t>
      </w:r>
    </w:p>
    <w:p w14:paraId="7220EE06" w14:textId="77777777" w:rsidR="002E3004" w:rsidRDefault="00DF750C" w:rsidP="002E3004">
      <w:pPr>
        <w:pStyle w:val="ListParagraph"/>
        <w:numPr>
          <w:ilvl w:val="1"/>
          <w:numId w:val="85"/>
        </w:num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Authorisation for emergency medical treatment.</w:t>
      </w:r>
    </w:p>
    <w:p w14:paraId="456F83A1" w14:textId="77777777" w:rsidR="002E3004" w:rsidRDefault="00DF750C" w:rsidP="002E3004">
      <w:pPr>
        <w:pStyle w:val="ListParagraph"/>
        <w:numPr>
          <w:ilvl w:val="1"/>
          <w:numId w:val="85"/>
        </w:num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List of medications (if any) and dosage instructions.</w:t>
      </w:r>
    </w:p>
    <w:p w14:paraId="34CD559B" w14:textId="0A99B2DD" w:rsidR="00DF750C" w:rsidRPr="002E3004" w:rsidRDefault="00DF750C" w:rsidP="002E3004">
      <w:pPr>
        <w:pStyle w:val="ListParagraph"/>
        <w:numPr>
          <w:ilvl w:val="1"/>
          <w:numId w:val="85"/>
        </w:num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Immunisation records (often part of clinic card/Road to Health booklet).</w:t>
      </w:r>
    </w:p>
    <w:p w14:paraId="397013F8" w14:textId="77777777" w:rsidR="002E3004" w:rsidRDefault="00DF750C" w:rsidP="002E3004">
      <w:pPr>
        <w:pStyle w:val="ListParagraph"/>
        <w:numPr>
          <w:ilvl w:val="0"/>
          <w:numId w:val="86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Child Health / Clinic Cards (Road to Health Booklets)</w:t>
      </w:r>
    </w:p>
    <w:p w14:paraId="47CE5F1E" w14:textId="4B11C0D0" w:rsidR="00DF750C" w:rsidRPr="002E3004" w:rsidRDefault="00DF750C" w:rsidP="002E3004">
      <w:pPr>
        <w:pStyle w:val="ListParagraph"/>
        <w:numPr>
          <w:ilvl w:val="0"/>
          <w:numId w:val="85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Request parents to provide copies of current clinic cards showing immunisation status and growth monitoring.</w:t>
      </w:r>
    </w:p>
    <w:p w14:paraId="3B3DE2CC" w14:textId="77777777" w:rsidR="002E3004" w:rsidRDefault="00DF750C" w:rsidP="002E3004">
      <w:pPr>
        <w:pStyle w:val="ListParagraph"/>
        <w:numPr>
          <w:ilvl w:val="0"/>
          <w:numId w:val="87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Daily Register/Attendance Register</w:t>
      </w:r>
    </w:p>
    <w:p w14:paraId="225E2B93" w14:textId="7655B42D" w:rsidR="00DF750C" w:rsidRPr="002E3004" w:rsidRDefault="00DF750C" w:rsidP="002E3004">
      <w:pPr>
        <w:pStyle w:val="ListParagraph"/>
        <w:numPr>
          <w:ilvl w:val="0"/>
          <w:numId w:val="85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Used to track daily attendance, which is vital for emergency headcounts.</w:t>
      </w:r>
    </w:p>
    <w:p w14:paraId="6B725FFA" w14:textId="77777777" w:rsidR="002E3004" w:rsidRDefault="00DF750C" w:rsidP="002E3004">
      <w:pPr>
        <w:pStyle w:val="ListParagraph"/>
        <w:numPr>
          <w:ilvl w:val="0"/>
          <w:numId w:val="87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Incident/Accident Register</w:t>
      </w:r>
    </w:p>
    <w:p w14:paraId="0C579DC6" w14:textId="77777777" w:rsidR="002E3004" w:rsidRPr="002E3004" w:rsidRDefault="00DF750C" w:rsidP="002E3004">
      <w:pPr>
        <w:pStyle w:val="ListParagraph"/>
        <w:numPr>
          <w:ilvl w:val="0"/>
          <w:numId w:val="88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Detailed records of all accidents, injuries, or significant incidents involving children or staff.</w:t>
      </w:r>
    </w:p>
    <w:p w14:paraId="09D63924" w14:textId="36DE61B8" w:rsidR="00DF750C" w:rsidRPr="002E3004" w:rsidRDefault="00DF750C" w:rsidP="002E3004">
      <w:pPr>
        <w:pStyle w:val="ListParagraph"/>
        <w:numPr>
          <w:ilvl w:val="0"/>
          <w:numId w:val="88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Includes: date, time, nature of incident, affected person, witnesses, first aid administered, actions taken, and parental notification.</w:t>
      </w:r>
    </w:p>
    <w:p w14:paraId="58C77B4D" w14:textId="77777777" w:rsidR="002E3004" w:rsidRDefault="00DF750C" w:rsidP="002E3004">
      <w:pPr>
        <w:pStyle w:val="ListParagraph"/>
        <w:numPr>
          <w:ilvl w:val="0"/>
          <w:numId w:val="89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Medication Administration Register</w:t>
      </w:r>
    </w:p>
    <w:p w14:paraId="0AEB16F9" w14:textId="58DC6AF4" w:rsidR="00DF750C" w:rsidRPr="002E3004" w:rsidRDefault="00DF750C" w:rsidP="002E3004">
      <w:pPr>
        <w:pStyle w:val="ListParagraph"/>
        <w:numPr>
          <w:ilvl w:val="0"/>
          <w:numId w:val="90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Records every instance of medication given to a child, including: child's name, medication name, dosage, time, reason, staff member administering, and parent's signature/authorisation.</w:t>
      </w:r>
    </w:p>
    <w:p w14:paraId="7BB18792" w14:textId="77777777" w:rsidR="002E3004" w:rsidRDefault="00DF750C" w:rsidP="002E3004">
      <w:pPr>
        <w:pStyle w:val="ListParagraph"/>
        <w:numPr>
          <w:ilvl w:val="0"/>
          <w:numId w:val="92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Illness/Communicable Disease Policy &amp; Records</w:t>
      </w:r>
    </w:p>
    <w:p w14:paraId="2499AB97" w14:textId="77777777" w:rsidR="002E3004" w:rsidRPr="002E3004" w:rsidRDefault="00DF750C" w:rsidP="002E3004">
      <w:pPr>
        <w:pStyle w:val="ListParagraph"/>
        <w:numPr>
          <w:ilvl w:val="0"/>
          <w:numId w:val="93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Policy outlining procedures for managing sick children, isolation protocols, and when children must be sent home or excluded.</w:t>
      </w:r>
    </w:p>
    <w:p w14:paraId="3AC22E60" w14:textId="207E33E5" w:rsidR="00DF750C" w:rsidRPr="002E3004" w:rsidRDefault="00DF750C" w:rsidP="002E3004">
      <w:pPr>
        <w:pStyle w:val="ListParagraph"/>
        <w:numPr>
          <w:ilvl w:val="0"/>
          <w:numId w:val="93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Records of infectious disease outbreaks and parental notifications (e.g., measles, chickenpox, diarrhoea).</w:t>
      </w:r>
    </w:p>
    <w:p w14:paraId="356E4049" w14:textId="77777777" w:rsidR="002E3004" w:rsidRDefault="00DF750C" w:rsidP="002E3004">
      <w:pPr>
        <w:pStyle w:val="ListParagraph"/>
        <w:numPr>
          <w:ilvl w:val="0"/>
          <w:numId w:val="94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Staff Health &amp; Clearance Records</w:t>
      </w:r>
    </w:p>
    <w:p w14:paraId="6FC63FF0" w14:textId="77777777" w:rsidR="002E3004" w:rsidRPr="002E3004" w:rsidRDefault="00DF750C" w:rsidP="002E3004">
      <w:pPr>
        <w:pStyle w:val="ListParagraph"/>
        <w:numPr>
          <w:ilvl w:val="0"/>
          <w:numId w:val="95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Medical Certificates: Confirmation of staff fitness for work with children (often part of initial employment).</w:t>
      </w:r>
    </w:p>
    <w:p w14:paraId="5B8F1718" w14:textId="77777777" w:rsidR="002E3004" w:rsidRPr="002E3004" w:rsidRDefault="00DF750C" w:rsidP="002E3004">
      <w:pPr>
        <w:pStyle w:val="ListParagraph"/>
        <w:numPr>
          <w:ilvl w:val="0"/>
          <w:numId w:val="95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Police Clearance Certificates: Mandatory for all staff (National Child Protection Register and National Register for Sex Offenders).</w:t>
      </w:r>
    </w:p>
    <w:p w14:paraId="53F50F9E" w14:textId="48107FE9" w:rsidR="00DF750C" w:rsidRPr="002E3004" w:rsidRDefault="00DF750C" w:rsidP="002E3004">
      <w:pPr>
        <w:pStyle w:val="ListParagraph"/>
        <w:numPr>
          <w:ilvl w:val="0"/>
          <w:numId w:val="95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 xml:space="preserve">First Aid Certificates: Copies of valid Level 1 (or higher) First Aid certificates for designated staff </w:t>
      </w:r>
      <w:proofErr w:type="spellStart"/>
      <w:r w:rsidRPr="002E3004">
        <w:rPr>
          <w:rFonts w:ascii="TeachersPet" w:hAnsi="TeachersPet"/>
          <w:sz w:val="32"/>
          <w:szCs w:val="32"/>
          <w:lang w:val="en-ZA"/>
        </w:rPr>
        <w:t>members.Food</w:t>
      </w:r>
      <w:proofErr w:type="spellEnd"/>
      <w:r w:rsidRPr="002E3004">
        <w:rPr>
          <w:rFonts w:ascii="TeachersPet" w:hAnsi="TeachersPet"/>
          <w:sz w:val="32"/>
          <w:szCs w:val="32"/>
          <w:lang w:val="en-ZA"/>
        </w:rPr>
        <w:t xml:space="preserve"> Handler Certificates: For all staff involved in food preparation and serving.</w:t>
      </w:r>
    </w:p>
    <w:p w14:paraId="4DF1C732" w14:textId="77777777" w:rsidR="002E3004" w:rsidRDefault="002E3004" w:rsidP="002E3004">
      <w:pPr>
        <w:rPr>
          <w:rFonts w:ascii="TeachersPet" w:hAnsi="TeachersPet"/>
          <w:sz w:val="32"/>
          <w:szCs w:val="32"/>
          <w:lang w:val="en-ZA"/>
        </w:rPr>
      </w:pPr>
    </w:p>
    <w:p w14:paraId="20E55EB0" w14:textId="77777777" w:rsidR="002E3004" w:rsidRDefault="002E3004" w:rsidP="002E3004">
      <w:pPr>
        <w:rPr>
          <w:rFonts w:ascii="TeachersPet" w:hAnsi="TeachersPet"/>
          <w:sz w:val="32"/>
          <w:szCs w:val="32"/>
          <w:lang w:val="en-ZA"/>
        </w:rPr>
      </w:pPr>
    </w:p>
    <w:p w14:paraId="7B650014" w14:textId="4F7399F0" w:rsidR="00DF750C" w:rsidRPr="002E3004" w:rsidRDefault="00DF750C" w:rsidP="002E300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TeachersPet" w:hAnsi="TeachersPet"/>
          <w:b/>
          <w:bCs/>
          <w:sz w:val="40"/>
          <w:szCs w:val="40"/>
          <w:lang w:val="en-ZA"/>
        </w:rPr>
      </w:pPr>
      <w:r w:rsidRPr="002E3004">
        <w:rPr>
          <w:rFonts w:ascii="TeachersPet" w:hAnsi="TeachersPet"/>
          <w:b/>
          <w:bCs/>
          <w:sz w:val="40"/>
          <w:szCs w:val="40"/>
          <w:lang w:val="en-ZA"/>
        </w:rPr>
        <w:t>III. Policy &amp; Procedure Documents</w:t>
      </w:r>
    </w:p>
    <w:p w14:paraId="6816443F" w14:textId="77777777" w:rsidR="002E3004" w:rsidRDefault="00DF750C" w:rsidP="002E3004">
      <w:pPr>
        <w:pStyle w:val="ListParagraph"/>
        <w:numPr>
          <w:ilvl w:val="0"/>
          <w:numId w:val="96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40"/>
          <w:szCs w:val="40"/>
          <w:lang w:val="en-ZA"/>
        </w:rPr>
        <w:t>Health &amp; Safety Policy</w:t>
      </w:r>
    </w:p>
    <w:p w14:paraId="42D3533E" w14:textId="50FBDDF5" w:rsidR="00DF750C" w:rsidRPr="002E3004" w:rsidRDefault="00DF750C" w:rsidP="002E3004">
      <w:pPr>
        <w:pStyle w:val="ListParagraph"/>
        <w:numPr>
          <w:ilvl w:val="0"/>
          <w:numId w:val="99"/>
        </w:numPr>
        <w:rPr>
          <w:rFonts w:ascii="TeachersPet" w:hAnsi="TeachersPet"/>
          <w:sz w:val="40"/>
          <w:szCs w:val="40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Overall policy outlining commitment to safety, roles and responsibilities, and general safety rules.</w:t>
      </w:r>
    </w:p>
    <w:p w14:paraId="5E4E4CCE" w14:textId="77777777" w:rsidR="00F91646" w:rsidRDefault="00DF750C" w:rsidP="002E3004">
      <w:pPr>
        <w:pStyle w:val="ListParagraph"/>
        <w:numPr>
          <w:ilvl w:val="0"/>
          <w:numId w:val="101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40"/>
          <w:szCs w:val="40"/>
          <w:lang w:val="en-ZA"/>
        </w:rPr>
        <w:t>Child Protection Policy (incl. Abuse/Neglect Reporting)</w:t>
      </w:r>
    </w:p>
    <w:p w14:paraId="1A7F7296" w14:textId="77777777" w:rsidR="00F91646" w:rsidRPr="00F91646" w:rsidRDefault="00DF750C" w:rsidP="002E3004">
      <w:pPr>
        <w:pStyle w:val="ListParagraph"/>
        <w:numPr>
          <w:ilvl w:val="0"/>
          <w:numId w:val="102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t>Crucial policy detailing procedures for identifying, reporting, and responding to suspected child abuse or neglect.</w:t>
      </w:r>
    </w:p>
    <w:p w14:paraId="51813812" w14:textId="6DB6D7BD" w:rsidR="00DF750C" w:rsidRPr="00F91646" w:rsidRDefault="00DF750C" w:rsidP="002E3004">
      <w:pPr>
        <w:pStyle w:val="ListParagraph"/>
        <w:numPr>
          <w:ilvl w:val="0"/>
          <w:numId w:val="102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t>Includes contact details for relevant authorities (e.g., DSD social workers, SAPS).</w:t>
      </w:r>
    </w:p>
    <w:p w14:paraId="41DB8021" w14:textId="77777777" w:rsidR="00F91646" w:rsidRDefault="00DF750C" w:rsidP="002E3004">
      <w:pPr>
        <w:pStyle w:val="ListParagraph"/>
        <w:numPr>
          <w:ilvl w:val="0"/>
          <w:numId w:val="103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40"/>
          <w:szCs w:val="40"/>
          <w:lang w:val="en-ZA"/>
        </w:rPr>
        <w:t>Hygiene &amp; Sanitation Policy</w:t>
      </w:r>
    </w:p>
    <w:p w14:paraId="6B590EC7" w14:textId="461F5F37" w:rsidR="00DF750C" w:rsidRPr="00F91646" w:rsidRDefault="00DF750C" w:rsidP="00F91646">
      <w:pPr>
        <w:pStyle w:val="ListParagraph"/>
        <w:numPr>
          <w:ilvl w:val="0"/>
          <w:numId w:val="104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t>Detailed procedures for cleaning classrooms, toys, equipment, and personal hygiene practices (e.g., handwashing protocols, nappy changing, toilet cleaning).</w:t>
      </w:r>
    </w:p>
    <w:p w14:paraId="5EEB4554" w14:textId="77777777" w:rsidR="00F91646" w:rsidRDefault="00DF750C" w:rsidP="002E3004">
      <w:pPr>
        <w:pStyle w:val="ListParagraph"/>
        <w:numPr>
          <w:ilvl w:val="0"/>
          <w:numId w:val="106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40"/>
          <w:szCs w:val="40"/>
          <w:lang w:val="en-ZA"/>
        </w:rPr>
        <w:t>Food Preparation &amp; Nutrition Policy</w:t>
      </w:r>
    </w:p>
    <w:p w14:paraId="7A1BF4E3" w14:textId="77777777" w:rsidR="00F91646" w:rsidRPr="00F91646" w:rsidRDefault="00DF750C" w:rsidP="002E3004">
      <w:pPr>
        <w:pStyle w:val="ListParagraph"/>
        <w:numPr>
          <w:ilvl w:val="0"/>
          <w:numId w:val="107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t>Guidelines for menu planning, food preparation, storage, serving, and addressing food allergies/dietary restrictions.</w:t>
      </w:r>
    </w:p>
    <w:p w14:paraId="3E82A042" w14:textId="7350B425" w:rsidR="00DF750C" w:rsidRPr="00F91646" w:rsidRDefault="00DF750C" w:rsidP="002E3004">
      <w:pPr>
        <w:pStyle w:val="ListParagraph"/>
        <w:numPr>
          <w:ilvl w:val="0"/>
          <w:numId w:val="107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t>Reference to National Guidelines on Food and Nutrition for ECD Programmes.</w:t>
      </w:r>
    </w:p>
    <w:p w14:paraId="20255141" w14:textId="77777777" w:rsidR="00F91646" w:rsidRDefault="00DF750C" w:rsidP="002E3004">
      <w:pPr>
        <w:pStyle w:val="ListParagraph"/>
        <w:numPr>
          <w:ilvl w:val="0"/>
          <w:numId w:val="108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40"/>
          <w:szCs w:val="40"/>
          <w:lang w:val="en-ZA"/>
        </w:rPr>
        <w:t>Emergency Procedures Manual</w:t>
      </w:r>
    </w:p>
    <w:p w14:paraId="37C1E5E0" w14:textId="15745228" w:rsidR="00DF750C" w:rsidRPr="00F91646" w:rsidRDefault="00DF750C" w:rsidP="00F91646">
      <w:pPr>
        <w:pStyle w:val="ListParagraph"/>
        <w:numPr>
          <w:ilvl w:val="0"/>
          <w:numId w:val="109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t>Detailed plans for various emergencies (fire, medical, security threats, natural disasters). Includes contact lists and staff roles.</w:t>
      </w:r>
    </w:p>
    <w:p w14:paraId="5194894A" w14:textId="77777777" w:rsidR="00F91646" w:rsidRDefault="00DF750C" w:rsidP="002E3004">
      <w:pPr>
        <w:pStyle w:val="ListParagraph"/>
        <w:numPr>
          <w:ilvl w:val="0"/>
          <w:numId w:val="111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40"/>
          <w:szCs w:val="40"/>
          <w:lang w:val="en-ZA"/>
        </w:rPr>
        <w:t>Water Safety Policy</w:t>
      </w:r>
    </w:p>
    <w:p w14:paraId="23B2233A" w14:textId="3C579165" w:rsidR="00DF750C" w:rsidRPr="00F91646" w:rsidRDefault="00DF750C" w:rsidP="00F91646">
      <w:pPr>
        <w:pStyle w:val="ListParagraph"/>
        <w:numPr>
          <w:ilvl w:val="0"/>
          <w:numId w:val="109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t>Ensuring access to safe, clean drinking water and protocols for water purification if required.</w:t>
      </w:r>
    </w:p>
    <w:p w14:paraId="262ECA97" w14:textId="77777777" w:rsidR="00F91646" w:rsidRDefault="00DF750C" w:rsidP="002E3004">
      <w:pPr>
        <w:pStyle w:val="ListParagraph"/>
        <w:numPr>
          <w:ilvl w:val="0"/>
          <w:numId w:val="112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40"/>
          <w:szCs w:val="40"/>
          <w:lang w:val="en-ZA"/>
        </w:rPr>
        <w:t>Sun Protection Policy</w:t>
      </w:r>
    </w:p>
    <w:p w14:paraId="4B6462A1" w14:textId="0F0B5B1F" w:rsidR="00DF750C" w:rsidRPr="00F91646" w:rsidRDefault="00DF750C" w:rsidP="00F91646">
      <w:pPr>
        <w:pStyle w:val="ListParagraph"/>
        <w:numPr>
          <w:ilvl w:val="1"/>
          <w:numId w:val="111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t>Strategies for protecting children from harmful UV rays (e.g., sunscreen application, hats, shaded play areas).</w:t>
      </w:r>
    </w:p>
    <w:p w14:paraId="652889AF" w14:textId="77777777" w:rsidR="00DF750C" w:rsidRPr="00F91646" w:rsidRDefault="00DF750C" w:rsidP="00F9164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TeachersPet" w:hAnsi="TeachersPet"/>
          <w:b/>
          <w:bCs/>
          <w:sz w:val="40"/>
          <w:szCs w:val="40"/>
          <w:lang w:val="en-ZA"/>
        </w:rPr>
      </w:pPr>
      <w:r w:rsidRPr="00F91646">
        <w:rPr>
          <w:rFonts w:ascii="TeachersPet" w:hAnsi="TeachersPet"/>
          <w:b/>
          <w:bCs/>
          <w:sz w:val="40"/>
          <w:szCs w:val="40"/>
          <w:lang w:val="en-ZA"/>
        </w:rPr>
        <w:t>IV. Maintenance &amp; Operational Records</w:t>
      </w:r>
    </w:p>
    <w:p w14:paraId="3CD6A0AB" w14:textId="77777777" w:rsidR="00F91646" w:rsidRDefault="00DF750C" w:rsidP="002E3004">
      <w:pPr>
        <w:pStyle w:val="ListParagraph"/>
        <w:numPr>
          <w:ilvl w:val="0"/>
          <w:numId w:val="113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40"/>
          <w:szCs w:val="40"/>
          <w:lang w:val="en-ZA"/>
        </w:rPr>
        <w:t>Cleaning Schedules &amp; Checklists</w:t>
      </w:r>
    </w:p>
    <w:p w14:paraId="5BD04A5A" w14:textId="47C1BA84" w:rsidR="00DF750C" w:rsidRPr="00F91646" w:rsidRDefault="00DF750C" w:rsidP="00F91646">
      <w:pPr>
        <w:pStyle w:val="ListParagraph"/>
        <w:numPr>
          <w:ilvl w:val="0"/>
          <w:numId w:val="114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t>Daily, weekly, and monthly cleaning schedules for all areas (classrooms, kitchen, toilets, outdoor areas).</w:t>
      </w:r>
    </w:p>
    <w:p w14:paraId="4893C399" w14:textId="77777777" w:rsidR="00F91646" w:rsidRDefault="00DF750C" w:rsidP="002E3004">
      <w:pPr>
        <w:pStyle w:val="ListParagraph"/>
        <w:numPr>
          <w:ilvl w:val="0"/>
          <w:numId w:val="116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40"/>
          <w:szCs w:val="40"/>
          <w:lang w:val="en-ZA"/>
        </w:rPr>
        <w:t>Equipment Maintenance Logs</w:t>
      </w:r>
    </w:p>
    <w:p w14:paraId="716BBCE0" w14:textId="32136BC0" w:rsidR="00DF750C" w:rsidRPr="00F91646" w:rsidRDefault="00DF750C" w:rsidP="00F91646">
      <w:pPr>
        <w:pStyle w:val="ListParagraph"/>
        <w:numPr>
          <w:ilvl w:val="0"/>
          <w:numId w:val="114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lastRenderedPageBreak/>
        <w:t>Records of inspections and maintenance for playground equipment, kitchen appliances, and other centre equipment to ensure safety.</w:t>
      </w:r>
    </w:p>
    <w:p w14:paraId="0EE6A584" w14:textId="77777777" w:rsidR="00F91646" w:rsidRDefault="00F91646" w:rsidP="002E3004">
      <w:pPr>
        <w:rPr>
          <w:rFonts w:ascii="TeachersPet" w:hAnsi="TeachersPet"/>
          <w:sz w:val="32"/>
          <w:szCs w:val="32"/>
          <w:lang w:val="en-ZA"/>
        </w:rPr>
      </w:pPr>
    </w:p>
    <w:p w14:paraId="6864AC4A" w14:textId="77777777" w:rsidR="00F91646" w:rsidRDefault="00DF750C" w:rsidP="002E3004">
      <w:pPr>
        <w:pStyle w:val="ListParagraph"/>
        <w:numPr>
          <w:ilvl w:val="0"/>
          <w:numId w:val="117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40"/>
          <w:szCs w:val="40"/>
          <w:lang w:val="en-ZA"/>
        </w:rPr>
        <w:t>Water Quality Test Results (if applicable)</w:t>
      </w:r>
    </w:p>
    <w:p w14:paraId="3F6F2E84" w14:textId="492944F9" w:rsidR="00DF750C" w:rsidRPr="00F91646" w:rsidRDefault="00DF750C" w:rsidP="00F91646">
      <w:pPr>
        <w:pStyle w:val="ListParagraph"/>
        <w:numPr>
          <w:ilvl w:val="1"/>
          <w:numId w:val="116"/>
        </w:numPr>
        <w:rPr>
          <w:rFonts w:ascii="TeachersPet" w:hAnsi="TeachersPet"/>
          <w:sz w:val="40"/>
          <w:szCs w:val="40"/>
          <w:lang w:val="en-ZA"/>
        </w:rPr>
      </w:pPr>
      <w:r w:rsidRPr="00F91646">
        <w:rPr>
          <w:rFonts w:ascii="TeachersPet" w:hAnsi="TeachersPet"/>
          <w:sz w:val="32"/>
          <w:szCs w:val="32"/>
          <w:lang w:val="en-ZA"/>
        </w:rPr>
        <w:t>If relying on borehole water or non-municipal sources, records of regular water quality tests.</w:t>
      </w:r>
    </w:p>
    <w:p w14:paraId="27585938" w14:textId="77777777" w:rsidR="00DF750C" w:rsidRPr="002E3004" w:rsidRDefault="009721C1" w:rsidP="002E3004">
      <w:pPr>
        <w:rPr>
          <w:rFonts w:ascii="TeachersPet" w:hAnsi="TeachersPet"/>
          <w:sz w:val="32"/>
          <w:szCs w:val="32"/>
          <w:lang w:val="en-ZA"/>
        </w:rPr>
      </w:pPr>
      <w:r w:rsidRPr="009721C1">
        <w:rPr>
          <w:rFonts w:ascii="TeachersPet" w:hAnsi="TeachersPet"/>
          <w:b/>
          <w:bCs/>
          <w:noProof/>
          <w:sz w:val="32"/>
          <w:szCs w:val="32"/>
          <w:lang w:val="en-ZA"/>
        </w:rPr>
        <w:pict w14:anchorId="2683D3B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36375F7" w14:textId="77777777" w:rsidR="00DF750C" w:rsidRPr="00F91646" w:rsidRDefault="00DF750C" w:rsidP="00F91646">
      <w:pPr>
        <w:jc w:val="center"/>
        <w:rPr>
          <w:rFonts w:ascii="TeachersPet" w:hAnsi="TeachersPet"/>
          <w:b/>
          <w:bCs/>
          <w:sz w:val="36"/>
          <w:szCs w:val="36"/>
          <w:lang w:val="en-ZA"/>
        </w:rPr>
      </w:pPr>
      <w:r w:rsidRPr="00F91646">
        <w:rPr>
          <w:rFonts w:ascii="TeachersPet" w:hAnsi="TeachersPet"/>
          <w:b/>
          <w:bCs/>
          <w:sz w:val="36"/>
          <w:szCs w:val="36"/>
          <w:lang w:val="en-ZA"/>
        </w:rPr>
        <w:t>Tips for Maintaining Documents:</w:t>
      </w:r>
    </w:p>
    <w:p w14:paraId="19B13630" w14:textId="77777777" w:rsidR="00DF750C" w:rsidRPr="002E3004" w:rsidRDefault="00DF750C" w:rsidP="002E3004">
      <w:p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Digital &amp; Hard Copies: Keep both digital (scanned) and well-organised hard copies.</w:t>
      </w:r>
    </w:p>
    <w:p w14:paraId="3E787E6B" w14:textId="77777777" w:rsidR="00DF750C" w:rsidRPr="002E3004" w:rsidRDefault="00DF750C" w:rsidP="002E3004">
      <w:p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Regular Review: Review and update all policies and records at least annually, or when regulations change.</w:t>
      </w:r>
    </w:p>
    <w:p w14:paraId="2F96A471" w14:textId="77777777" w:rsidR="00DF750C" w:rsidRPr="002E3004" w:rsidRDefault="00DF750C" w:rsidP="002E3004">
      <w:p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Accessibility: Ensure key documents (e.g., emergency plans, contact lists) are easily accessible to all staff.</w:t>
      </w:r>
    </w:p>
    <w:p w14:paraId="412F4729" w14:textId="77777777" w:rsidR="00DF750C" w:rsidRPr="002E3004" w:rsidRDefault="00DF750C" w:rsidP="002E3004">
      <w:p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Training: Ensure all staff are trained on relevant policies and procedures, especially those related to health, safety, and child protection.</w:t>
      </w:r>
    </w:p>
    <w:p w14:paraId="4DC9CE01" w14:textId="77777777" w:rsidR="00DF750C" w:rsidRPr="002E3004" w:rsidRDefault="00DF750C" w:rsidP="002E3004">
      <w:pPr>
        <w:rPr>
          <w:rFonts w:ascii="TeachersPet" w:hAnsi="TeachersPet"/>
          <w:sz w:val="32"/>
          <w:szCs w:val="32"/>
          <w:lang w:val="en-ZA"/>
        </w:rPr>
      </w:pPr>
      <w:r w:rsidRPr="002E3004">
        <w:rPr>
          <w:rFonts w:ascii="TeachersPet" w:hAnsi="TeachersPet"/>
          <w:sz w:val="32"/>
          <w:szCs w:val="32"/>
          <w:lang w:val="en-ZA"/>
        </w:rPr>
        <w:t>Having these documents in order demonstrates your commitment to providing a safe, healthy, and compliant environment for the children in your care.</w:t>
      </w:r>
    </w:p>
    <w:p w14:paraId="51F0DB99" w14:textId="77777777" w:rsidR="00DF750C" w:rsidRPr="002E3004" w:rsidRDefault="00DF750C" w:rsidP="002E3004">
      <w:pPr>
        <w:rPr>
          <w:rFonts w:ascii="TeachersPet" w:hAnsi="TeachersPet"/>
          <w:sz w:val="32"/>
          <w:szCs w:val="32"/>
          <w:lang w:val="en-ZA"/>
        </w:rPr>
      </w:pPr>
    </w:p>
    <w:p w14:paraId="4F7F159B" w14:textId="29503D10" w:rsidR="00DD7199" w:rsidRPr="002E3004" w:rsidRDefault="00000000" w:rsidP="002E3004">
      <w:pPr>
        <w:rPr>
          <w:rFonts w:ascii="TeachersPet" w:hAnsi="TeachersPet"/>
          <w:sz w:val="32"/>
          <w:szCs w:val="32"/>
        </w:rPr>
      </w:pPr>
      <w:r w:rsidRPr="002E3004">
        <w:rPr>
          <w:rFonts w:ascii="TeachersPet" w:hAnsi="TeachersPet"/>
          <w:sz w:val="32"/>
          <w:szCs w:val="32"/>
        </w:rPr>
        <w:br/>
      </w:r>
    </w:p>
    <w:p w14:paraId="7AE5FC55" w14:textId="77777777" w:rsidR="00EB604A" w:rsidRPr="002E3004" w:rsidRDefault="00EB604A" w:rsidP="002E3004">
      <w:pPr>
        <w:rPr>
          <w:rFonts w:ascii="TeachersPet" w:hAnsi="TeachersPet"/>
          <w:sz w:val="32"/>
          <w:szCs w:val="32"/>
        </w:rPr>
      </w:pPr>
    </w:p>
    <w:p w14:paraId="0F4AE817" w14:textId="77777777" w:rsidR="00EB604A" w:rsidRPr="002E3004" w:rsidRDefault="00EB604A" w:rsidP="002E3004">
      <w:pPr>
        <w:rPr>
          <w:rFonts w:ascii="TeachersPet" w:hAnsi="TeachersPet"/>
          <w:sz w:val="32"/>
          <w:szCs w:val="32"/>
        </w:rPr>
      </w:pPr>
    </w:p>
    <w:p w14:paraId="3F60965E" w14:textId="65DFA0C5" w:rsidR="00EB604A" w:rsidRPr="002E3004" w:rsidRDefault="00EB604A" w:rsidP="002E3004">
      <w:pPr>
        <w:rPr>
          <w:rFonts w:ascii="TeachersPet" w:hAnsi="TeachersPet"/>
          <w:sz w:val="32"/>
          <w:szCs w:val="32"/>
        </w:rPr>
      </w:pPr>
    </w:p>
    <w:sectPr w:rsidR="00EB604A" w:rsidRPr="002E3004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C6D97" w14:textId="77777777" w:rsidR="009721C1" w:rsidRDefault="009721C1" w:rsidP="00EB604A">
      <w:pPr>
        <w:spacing w:after="0" w:line="240" w:lineRule="auto"/>
      </w:pPr>
      <w:r>
        <w:separator/>
      </w:r>
    </w:p>
  </w:endnote>
  <w:endnote w:type="continuationSeparator" w:id="0">
    <w:p w14:paraId="59C5338F" w14:textId="77777777" w:rsidR="009721C1" w:rsidRDefault="009721C1" w:rsidP="00EB604A">
      <w:pPr>
        <w:spacing w:after="0" w:line="240" w:lineRule="auto"/>
      </w:pPr>
      <w:r>
        <w:continuationSeparator/>
      </w:r>
    </w:p>
  </w:endnote>
  <w:endnote w:id="1">
    <w:p w14:paraId="6AD74AAC" w14:textId="2B341A18" w:rsidR="00DF750C" w:rsidRPr="00DF750C" w:rsidRDefault="00DF750C" w:rsidP="00F91646">
      <w:pPr>
        <w:pStyle w:val="Heading1"/>
        <w:shd w:val="clear" w:color="auto" w:fill="EAF1DD" w:themeFill="accent3" w:themeFillTint="33"/>
        <w:spacing w:before="120"/>
        <w:ind w:left="-57"/>
        <w:rPr>
          <w:rFonts w:ascii="TeachersPet" w:hAnsi="TeachersPet"/>
          <w:color w:val="000000" w:themeColor="text1"/>
          <w:sz w:val="40"/>
          <w:szCs w:val="40"/>
          <w:lang w:val="en-ZA"/>
        </w:rPr>
      </w:pPr>
      <w:r>
        <w:rPr>
          <w:rStyle w:val="EndnoteReference"/>
        </w:rPr>
        <w:endnoteRef/>
      </w:r>
      <w:r>
        <w:t xml:space="preserve"> </w:t>
      </w:r>
      <w:r w:rsidRPr="00DF750C">
        <w:rPr>
          <w:rFonts w:ascii="TeachersPet" w:hAnsi="TeachersPet"/>
          <w:b w:val="0"/>
          <w:bCs w:val="0"/>
          <w:color w:val="000000" w:themeColor="text1"/>
          <w:sz w:val="32"/>
          <w:szCs w:val="32"/>
          <w:lang w:val="en-ZA"/>
        </w:rPr>
        <w:t xml:space="preserve">This checklist is a guide. Always cross-reference with the latest regulations from the Department of </w:t>
      </w:r>
      <w:r>
        <w:rPr>
          <w:rFonts w:ascii="TeachersPet" w:hAnsi="TeachersPet"/>
          <w:b w:val="0"/>
          <w:bCs w:val="0"/>
          <w:color w:val="000000" w:themeColor="text1"/>
          <w:sz w:val="32"/>
          <w:szCs w:val="32"/>
          <w:lang w:val="en-ZA"/>
        </w:rPr>
        <w:t>Education (DoE</w:t>
      </w:r>
      <w:r w:rsidRPr="00DF750C">
        <w:rPr>
          <w:rFonts w:ascii="TeachersPet" w:hAnsi="TeachersPet"/>
          <w:b w:val="0"/>
          <w:bCs w:val="0"/>
          <w:color w:val="000000" w:themeColor="text1"/>
          <w:sz w:val="32"/>
          <w:szCs w:val="32"/>
          <w:lang w:val="en-ZA"/>
        </w:rPr>
        <w:t>), your Local Municipality's Environmental Health Services, and the Department of Health.</w:t>
      </w:r>
    </w:p>
    <w:p w14:paraId="3A567AD7" w14:textId="6058979A" w:rsidR="00DF750C" w:rsidRDefault="00DF750C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9211D" w14:textId="77777777" w:rsidR="00281909" w:rsidRPr="00DD1E16" w:rsidRDefault="00281909" w:rsidP="00281909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25E53DBF" w:rsidR="00EB604A" w:rsidRPr="00281909" w:rsidRDefault="00281909" w:rsidP="00281909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27C93" w14:textId="77777777" w:rsidR="009721C1" w:rsidRDefault="009721C1" w:rsidP="00EB604A">
      <w:pPr>
        <w:spacing w:after="0" w:line="240" w:lineRule="auto"/>
      </w:pPr>
      <w:r>
        <w:separator/>
      </w:r>
    </w:p>
  </w:footnote>
  <w:footnote w:type="continuationSeparator" w:id="0">
    <w:p w14:paraId="4947C847" w14:textId="77777777" w:rsidR="009721C1" w:rsidRDefault="009721C1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4C2097"/>
    <w:multiLevelType w:val="hybridMultilevel"/>
    <w:tmpl w:val="D9C87E20"/>
    <w:lvl w:ilvl="0" w:tplc="4A783EFC">
      <w:start w:val="14"/>
      <w:numFmt w:val="bullet"/>
      <w:lvlText w:val="-"/>
      <w:lvlJc w:val="left"/>
      <w:pPr>
        <w:ind w:left="720" w:hanging="360"/>
      </w:pPr>
      <w:rPr>
        <w:rFonts w:ascii="TeachersPet" w:eastAsiaTheme="minorEastAsia" w:hAnsi="TeachersPet" w:cstheme="minorBidi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CD61A6"/>
    <w:multiLevelType w:val="multilevel"/>
    <w:tmpl w:val="BB3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787E06"/>
    <w:multiLevelType w:val="multilevel"/>
    <w:tmpl w:val="0CAE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383404"/>
    <w:multiLevelType w:val="multilevel"/>
    <w:tmpl w:val="927E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D95D7B"/>
    <w:multiLevelType w:val="multilevel"/>
    <w:tmpl w:val="E90C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38062F"/>
    <w:multiLevelType w:val="hybridMultilevel"/>
    <w:tmpl w:val="8E06F6A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727405"/>
    <w:multiLevelType w:val="multilevel"/>
    <w:tmpl w:val="8F1C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744648E"/>
    <w:multiLevelType w:val="hybridMultilevel"/>
    <w:tmpl w:val="2F8677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524F5F"/>
    <w:multiLevelType w:val="hybridMultilevel"/>
    <w:tmpl w:val="AB3A7F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A7C6510"/>
    <w:multiLevelType w:val="hybridMultilevel"/>
    <w:tmpl w:val="72CEBD74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AC31BC4"/>
    <w:multiLevelType w:val="multilevel"/>
    <w:tmpl w:val="B30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C9678F4"/>
    <w:multiLevelType w:val="multilevel"/>
    <w:tmpl w:val="E52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BC3D79"/>
    <w:multiLevelType w:val="hybridMultilevel"/>
    <w:tmpl w:val="9C7E18D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501694B"/>
    <w:multiLevelType w:val="hybridMultilevel"/>
    <w:tmpl w:val="5E0A03DC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756A87"/>
    <w:multiLevelType w:val="multilevel"/>
    <w:tmpl w:val="FCE2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6545799"/>
    <w:multiLevelType w:val="multilevel"/>
    <w:tmpl w:val="C642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6DD5793"/>
    <w:multiLevelType w:val="multilevel"/>
    <w:tmpl w:val="E3AE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7E57158"/>
    <w:multiLevelType w:val="multilevel"/>
    <w:tmpl w:val="145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1500F9"/>
    <w:multiLevelType w:val="hybridMultilevel"/>
    <w:tmpl w:val="0EC616E8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212D65"/>
    <w:multiLevelType w:val="hybridMultilevel"/>
    <w:tmpl w:val="5D586DCE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CF5529"/>
    <w:multiLevelType w:val="multilevel"/>
    <w:tmpl w:val="9CC6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F805B5"/>
    <w:multiLevelType w:val="multilevel"/>
    <w:tmpl w:val="5E1C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AED1DCE"/>
    <w:multiLevelType w:val="multilevel"/>
    <w:tmpl w:val="60DE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BAE0AF2"/>
    <w:multiLevelType w:val="multilevel"/>
    <w:tmpl w:val="0EF6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E375E7B"/>
    <w:multiLevelType w:val="hybridMultilevel"/>
    <w:tmpl w:val="4D485868"/>
    <w:lvl w:ilvl="0" w:tplc="BBB466C0">
      <w:start w:val="14"/>
      <w:numFmt w:val="bullet"/>
      <w:lvlText w:val="-"/>
      <w:lvlJc w:val="left"/>
      <w:pPr>
        <w:ind w:left="720" w:hanging="360"/>
      </w:pPr>
      <w:rPr>
        <w:rFonts w:ascii="TeachersPet" w:eastAsiaTheme="minorEastAsia" w:hAnsi="TeachersPet" w:cstheme="minorBidi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F9431F9"/>
    <w:multiLevelType w:val="multilevel"/>
    <w:tmpl w:val="D036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0F50B2D"/>
    <w:multiLevelType w:val="multilevel"/>
    <w:tmpl w:val="CEF6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4854A4D"/>
    <w:multiLevelType w:val="hybridMultilevel"/>
    <w:tmpl w:val="C3669C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511306B"/>
    <w:multiLevelType w:val="hybridMultilevel"/>
    <w:tmpl w:val="63F8A774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195E5F"/>
    <w:multiLevelType w:val="multilevel"/>
    <w:tmpl w:val="4AFA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72A255F"/>
    <w:multiLevelType w:val="multilevel"/>
    <w:tmpl w:val="D888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89058CF"/>
    <w:multiLevelType w:val="hybridMultilevel"/>
    <w:tmpl w:val="918AE450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89F1FE6"/>
    <w:multiLevelType w:val="hybridMultilevel"/>
    <w:tmpl w:val="2E469798"/>
    <w:lvl w:ilvl="0" w:tplc="866205BA">
      <w:start w:val="14"/>
      <w:numFmt w:val="bullet"/>
      <w:lvlText w:val="-"/>
      <w:lvlJc w:val="left"/>
      <w:pPr>
        <w:ind w:left="720" w:hanging="360"/>
      </w:pPr>
      <w:rPr>
        <w:rFonts w:ascii="TeachersPet" w:eastAsiaTheme="minorEastAsia" w:hAnsi="TeachersPet" w:cstheme="minorBidi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8DF22A3"/>
    <w:multiLevelType w:val="hybridMultilevel"/>
    <w:tmpl w:val="1A0E040E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A15229B"/>
    <w:multiLevelType w:val="multilevel"/>
    <w:tmpl w:val="B5A4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BBE4445"/>
    <w:multiLevelType w:val="hybridMultilevel"/>
    <w:tmpl w:val="4D423208"/>
    <w:lvl w:ilvl="0" w:tplc="A5B455F6">
      <w:start w:val="14"/>
      <w:numFmt w:val="bullet"/>
      <w:lvlText w:val="-"/>
      <w:lvlJc w:val="left"/>
      <w:pPr>
        <w:ind w:left="720" w:hanging="360"/>
      </w:pPr>
      <w:rPr>
        <w:rFonts w:ascii="TeachersPet" w:eastAsiaTheme="minorEastAsia" w:hAnsi="TeachersPet" w:cstheme="minorBidi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BED5830"/>
    <w:multiLevelType w:val="hybridMultilevel"/>
    <w:tmpl w:val="C72A476A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C382682"/>
    <w:multiLevelType w:val="multilevel"/>
    <w:tmpl w:val="E256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CB558CD"/>
    <w:multiLevelType w:val="hybridMultilevel"/>
    <w:tmpl w:val="D65C2F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1256DB34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B67A94"/>
    <w:multiLevelType w:val="hybridMultilevel"/>
    <w:tmpl w:val="838032A4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3A3E08"/>
    <w:multiLevelType w:val="hybridMultilevel"/>
    <w:tmpl w:val="CEFE8C8C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0A6C01"/>
    <w:multiLevelType w:val="multilevel"/>
    <w:tmpl w:val="8150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3CC4992"/>
    <w:multiLevelType w:val="multilevel"/>
    <w:tmpl w:val="57A6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3EF03C9"/>
    <w:multiLevelType w:val="hybridMultilevel"/>
    <w:tmpl w:val="9D2C43BA"/>
    <w:lvl w:ilvl="0" w:tplc="0716110E">
      <w:start w:val="14"/>
      <w:numFmt w:val="bullet"/>
      <w:lvlText w:val="-"/>
      <w:lvlJc w:val="left"/>
      <w:pPr>
        <w:ind w:left="720" w:hanging="360"/>
      </w:pPr>
      <w:rPr>
        <w:rFonts w:ascii="TeachersPet" w:eastAsiaTheme="minorEastAsia" w:hAnsi="TeachersPet" w:cstheme="minorBidi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59F6109"/>
    <w:multiLevelType w:val="hybridMultilevel"/>
    <w:tmpl w:val="7C2C24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68C5584"/>
    <w:multiLevelType w:val="multilevel"/>
    <w:tmpl w:val="BE8C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7545CF7"/>
    <w:multiLevelType w:val="multilevel"/>
    <w:tmpl w:val="4F14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90B16F8"/>
    <w:multiLevelType w:val="hybridMultilevel"/>
    <w:tmpl w:val="B7AA69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A952A23"/>
    <w:multiLevelType w:val="hybridMultilevel"/>
    <w:tmpl w:val="2780A148"/>
    <w:lvl w:ilvl="0" w:tplc="1256DB34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3CCF174D"/>
    <w:multiLevelType w:val="multilevel"/>
    <w:tmpl w:val="0F74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E981AD8"/>
    <w:multiLevelType w:val="multilevel"/>
    <w:tmpl w:val="264E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F2F2589"/>
    <w:multiLevelType w:val="hybridMultilevel"/>
    <w:tmpl w:val="5596EAFC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0D274E3"/>
    <w:multiLevelType w:val="multilevel"/>
    <w:tmpl w:val="EE58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3A00EF9"/>
    <w:multiLevelType w:val="hybridMultilevel"/>
    <w:tmpl w:val="005C09B2"/>
    <w:lvl w:ilvl="0" w:tplc="B28E7C0A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6EB6128"/>
    <w:multiLevelType w:val="multilevel"/>
    <w:tmpl w:val="0BAC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772264D"/>
    <w:multiLevelType w:val="multilevel"/>
    <w:tmpl w:val="0982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8DF69FE"/>
    <w:multiLevelType w:val="multilevel"/>
    <w:tmpl w:val="2B1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A24104A"/>
    <w:multiLevelType w:val="multilevel"/>
    <w:tmpl w:val="1D2E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A8E7CDE"/>
    <w:multiLevelType w:val="hybridMultilevel"/>
    <w:tmpl w:val="5E5435BC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F1161F"/>
    <w:multiLevelType w:val="multilevel"/>
    <w:tmpl w:val="B622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C9A7DDC"/>
    <w:multiLevelType w:val="hybridMultilevel"/>
    <w:tmpl w:val="695681A0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D25727"/>
    <w:multiLevelType w:val="hybridMultilevel"/>
    <w:tmpl w:val="FB50F92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1256DB34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10B62C7"/>
    <w:multiLevelType w:val="multilevel"/>
    <w:tmpl w:val="6058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13115E3"/>
    <w:multiLevelType w:val="hybridMultilevel"/>
    <w:tmpl w:val="5266881C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2042302"/>
    <w:multiLevelType w:val="hybridMultilevel"/>
    <w:tmpl w:val="BE4874C8"/>
    <w:lvl w:ilvl="0" w:tplc="9676C3A8">
      <w:start w:val="11"/>
      <w:numFmt w:val="bullet"/>
      <w:lvlText w:val="-"/>
      <w:lvlJc w:val="left"/>
      <w:pPr>
        <w:ind w:left="720" w:hanging="360"/>
      </w:pPr>
      <w:rPr>
        <w:rFonts w:ascii="TeachersPet" w:eastAsiaTheme="minorEastAsia" w:hAnsi="TeachersPet" w:cstheme="minorBidi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218341E"/>
    <w:multiLevelType w:val="multilevel"/>
    <w:tmpl w:val="2566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6473495"/>
    <w:multiLevelType w:val="hybridMultilevel"/>
    <w:tmpl w:val="B412C96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97095"/>
    <w:multiLevelType w:val="hybridMultilevel"/>
    <w:tmpl w:val="B0E82584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BC1299"/>
    <w:multiLevelType w:val="multilevel"/>
    <w:tmpl w:val="559C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88A5C71"/>
    <w:multiLevelType w:val="hybridMultilevel"/>
    <w:tmpl w:val="E0C480AA"/>
    <w:lvl w:ilvl="0" w:tplc="1256DB34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A1E0975"/>
    <w:multiLevelType w:val="multilevel"/>
    <w:tmpl w:val="125C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BC42ACF"/>
    <w:multiLevelType w:val="multilevel"/>
    <w:tmpl w:val="052A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C741F64"/>
    <w:multiLevelType w:val="multilevel"/>
    <w:tmpl w:val="035A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E467446"/>
    <w:multiLevelType w:val="hybridMultilevel"/>
    <w:tmpl w:val="1C54345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045015E"/>
    <w:multiLevelType w:val="multilevel"/>
    <w:tmpl w:val="3FCE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2581963"/>
    <w:multiLevelType w:val="multilevel"/>
    <w:tmpl w:val="51DA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2D978BC"/>
    <w:multiLevelType w:val="hybridMultilevel"/>
    <w:tmpl w:val="1E7E3CA4"/>
    <w:lvl w:ilvl="0" w:tplc="1256DB3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33D7701"/>
    <w:multiLevelType w:val="multilevel"/>
    <w:tmpl w:val="5D0A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7DD5AFC"/>
    <w:multiLevelType w:val="multilevel"/>
    <w:tmpl w:val="7AE0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803761F"/>
    <w:multiLevelType w:val="multilevel"/>
    <w:tmpl w:val="A484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B2360E9"/>
    <w:multiLevelType w:val="hybridMultilevel"/>
    <w:tmpl w:val="4D400A7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BCC4FC5"/>
    <w:multiLevelType w:val="multilevel"/>
    <w:tmpl w:val="E81E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1830323"/>
    <w:multiLevelType w:val="hybridMultilevel"/>
    <w:tmpl w:val="63A05A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1A774B5"/>
    <w:multiLevelType w:val="hybridMultilevel"/>
    <w:tmpl w:val="F184046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488491E"/>
    <w:multiLevelType w:val="hybridMultilevel"/>
    <w:tmpl w:val="667E8D8E"/>
    <w:lvl w:ilvl="0" w:tplc="1C5C36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65B57F1"/>
    <w:multiLevelType w:val="hybridMultilevel"/>
    <w:tmpl w:val="DC7C317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6C714D4"/>
    <w:multiLevelType w:val="multilevel"/>
    <w:tmpl w:val="56F2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C465765"/>
    <w:multiLevelType w:val="multilevel"/>
    <w:tmpl w:val="F13E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C8121A9"/>
    <w:multiLevelType w:val="hybridMultilevel"/>
    <w:tmpl w:val="86EC96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CD12241"/>
    <w:multiLevelType w:val="hybridMultilevel"/>
    <w:tmpl w:val="58C2767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1256DB34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CF33EAA"/>
    <w:multiLevelType w:val="multilevel"/>
    <w:tmpl w:val="920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  <w:num w:numId="10" w16cid:durableId="1807821265">
    <w:abstractNumId w:val="23"/>
  </w:num>
  <w:num w:numId="11" w16cid:durableId="465045122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599944455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2144276153">
    <w:abstractNumId w:val="15"/>
  </w:num>
  <w:num w:numId="14" w16cid:durableId="897397394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2021349118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1090466593">
    <w:abstractNumId w:val="83"/>
  </w:num>
  <w:num w:numId="17" w16cid:durableId="1616017817">
    <w:abstractNumId w:val="6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533036359">
    <w:abstractNumId w:val="58"/>
  </w:num>
  <w:num w:numId="19" w16cid:durableId="67196320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671832822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1885092886">
    <w:abstractNumId w:val="50"/>
  </w:num>
  <w:num w:numId="22" w16cid:durableId="1696812022">
    <w:abstractNumId w:val="6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784276277">
    <w:abstractNumId w:val="6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 w16cid:durableId="1341657630">
    <w:abstractNumId w:val="19"/>
  </w:num>
  <w:num w:numId="25" w16cid:durableId="1062874319">
    <w:abstractNumId w:val="6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 w16cid:durableId="2013340094">
    <w:abstractNumId w:val="11"/>
  </w:num>
  <w:num w:numId="27" w16cid:durableId="1008482707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 w16cid:durableId="1591961986">
    <w:abstractNumId w:val="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 w16cid:durableId="1527669791">
    <w:abstractNumId w:val="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1796095854">
    <w:abstractNumId w:val="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 w16cid:durableId="1295020119">
    <w:abstractNumId w:val="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1818765872">
    <w:abstractNumId w:val="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 w16cid:durableId="658969247">
    <w:abstractNumId w:val="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 w16cid:durableId="2062557768">
    <w:abstractNumId w:val="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 w16cid:durableId="579632611">
    <w:abstractNumId w:val="12"/>
  </w:num>
  <w:num w:numId="36" w16cid:durableId="1353265186">
    <w:abstractNumId w:val="5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 w16cid:durableId="839202396">
    <w:abstractNumId w:val="38"/>
  </w:num>
  <w:num w:numId="38" w16cid:durableId="247735730">
    <w:abstractNumId w:val="4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 w16cid:durableId="2015759398">
    <w:abstractNumId w:val="55"/>
  </w:num>
  <w:num w:numId="40" w16cid:durableId="977998212">
    <w:abstractNumId w:val="6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 w16cid:durableId="1580745914">
    <w:abstractNumId w:val="6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 w16cid:durableId="39134959">
    <w:abstractNumId w:val="71"/>
  </w:num>
  <w:num w:numId="43" w16cid:durableId="1768696326">
    <w:abstractNumId w:val="8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 w16cid:durableId="372196978">
    <w:abstractNumId w:val="43"/>
  </w:num>
  <w:num w:numId="45" w16cid:durableId="500967508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 w16cid:durableId="920872711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 w16cid:durableId="241718383">
    <w:abstractNumId w:val="34"/>
  </w:num>
  <w:num w:numId="48" w16cid:durableId="381908785">
    <w:abstractNumId w:val="8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9" w16cid:durableId="208877608">
    <w:abstractNumId w:val="8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0" w16cid:durableId="1603876870">
    <w:abstractNumId w:val="8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1" w16cid:durableId="1155561216">
    <w:abstractNumId w:val="8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2" w16cid:durableId="1008868862">
    <w:abstractNumId w:val="96"/>
  </w:num>
  <w:num w:numId="53" w16cid:durableId="1867058749">
    <w:abstractNumId w:val="8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4" w16cid:durableId="1845783022">
    <w:abstractNumId w:val="31"/>
  </w:num>
  <w:num w:numId="55" w16cid:durableId="1382823914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6" w16cid:durableId="1542671232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7" w16cid:durableId="917791192">
    <w:abstractNumId w:val="26"/>
  </w:num>
  <w:num w:numId="58" w16cid:durableId="1436368891">
    <w:abstractNumId w:val="9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9" w16cid:durableId="207768577">
    <w:abstractNumId w:val="95"/>
  </w:num>
  <w:num w:numId="60" w16cid:durableId="531384075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1" w16cid:durableId="683557517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2" w16cid:durableId="186262597">
    <w:abstractNumId w:val="61"/>
  </w:num>
  <w:num w:numId="63" w16cid:durableId="2143691878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4" w16cid:durableId="1119840731">
    <w:abstractNumId w:val="54"/>
  </w:num>
  <w:num w:numId="65" w16cid:durableId="730468213">
    <w:abstractNumId w:val="6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6" w16cid:durableId="1915969876">
    <w:abstractNumId w:val="25"/>
  </w:num>
  <w:num w:numId="67" w16cid:durableId="1389256117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8" w16cid:durableId="1365865626">
    <w:abstractNumId w:val="86"/>
  </w:num>
  <w:num w:numId="69" w16cid:durableId="1586108909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0" w16cid:durableId="1115757414">
    <w:abstractNumId w:val="79"/>
  </w:num>
  <w:num w:numId="71" w16cid:durableId="1065253402">
    <w:abstractNumId w:val="8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2" w16cid:durableId="687830796">
    <w:abstractNumId w:val="99"/>
  </w:num>
  <w:num w:numId="73" w16cid:durableId="338195887">
    <w:abstractNumId w:val="7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4" w16cid:durableId="1948349928">
    <w:abstractNumId w:val="87"/>
  </w:num>
  <w:num w:numId="75" w16cid:durableId="830484404">
    <w:abstractNumId w:val="57"/>
  </w:num>
  <w:num w:numId="76" w16cid:durableId="1582593567">
    <w:abstractNumId w:val="62"/>
  </w:num>
  <w:num w:numId="77" w16cid:durableId="1509130186">
    <w:abstractNumId w:val="78"/>
  </w:num>
  <w:num w:numId="78" w16cid:durableId="1086921815">
    <w:abstractNumId w:val="21"/>
  </w:num>
  <w:num w:numId="79" w16cid:durableId="1999452253">
    <w:abstractNumId w:val="98"/>
  </w:num>
  <w:num w:numId="80" w16cid:durableId="186062883">
    <w:abstractNumId w:val="47"/>
  </w:num>
  <w:num w:numId="81" w16cid:durableId="313143118">
    <w:abstractNumId w:val="53"/>
  </w:num>
  <w:num w:numId="82" w16cid:durableId="1116942615">
    <w:abstractNumId w:val="70"/>
  </w:num>
  <w:num w:numId="83" w16cid:durableId="860824440">
    <w:abstractNumId w:val="14"/>
  </w:num>
  <w:num w:numId="84" w16cid:durableId="789935616">
    <w:abstractNumId w:val="42"/>
  </w:num>
  <w:num w:numId="85" w16cid:durableId="1051885245">
    <w:abstractNumId w:val="91"/>
  </w:num>
  <w:num w:numId="86" w16cid:durableId="2146316955">
    <w:abstractNumId w:val="45"/>
  </w:num>
  <w:num w:numId="87" w16cid:durableId="1591036218">
    <w:abstractNumId w:val="18"/>
  </w:num>
  <w:num w:numId="88" w16cid:durableId="1030496681">
    <w:abstractNumId w:val="82"/>
  </w:num>
  <w:num w:numId="89" w16cid:durableId="364797141">
    <w:abstractNumId w:val="40"/>
  </w:num>
  <w:num w:numId="90" w16cid:durableId="948925373">
    <w:abstractNumId w:val="94"/>
  </w:num>
  <w:num w:numId="91" w16cid:durableId="1444175">
    <w:abstractNumId w:val="73"/>
  </w:num>
  <w:num w:numId="92" w16cid:durableId="131798053">
    <w:abstractNumId w:val="22"/>
  </w:num>
  <w:num w:numId="93" w16cid:durableId="1937402356">
    <w:abstractNumId w:val="97"/>
  </w:num>
  <w:num w:numId="94" w16cid:durableId="496917148">
    <w:abstractNumId w:val="85"/>
  </w:num>
  <w:num w:numId="95" w16cid:durableId="727190335">
    <w:abstractNumId w:val="36"/>
  </w:num>
  <w:num w:numId="96" w16cid:durableId="853225753">
    <w:abstractNumId w:val="76"/>
  </w:num>
  <w:num w:numId="97" w16cid:durableId="217060924">
    <w:abstractNumId w:val="56"/>
  </w:num>
  <w:num w:numId="98" w16cid:durableId="725029637">
    <w:abstractNumId w:val="44"/>
  </w:num>
  <w:num w:numId="99" w16cid:durableId="97214276">
    <w:abstractNumId w:val="93"/>
  </w:num>
  <w:num w:numId="100" w16cid:durableId="1072628799">
    <w:abstractNumId w:val="52"/>
  </w:num>
  <w:num w:numId="101" w16cid:durableId="1883323643">
    <w:abstractNumId w:val="37"/>
  </w:num>
  <w:num w:numId="102" w16cid:durableId="1172405263">
    <w:abstractNumId w:val="16"/>
  </w:num>
  <w:num w:numId="103" w16cid:durableId="1734885331">
    <w:abstractNumId w:val="60"/>
  </w:num>
  <w:num w:numId="104" w16cid:durableId="1747679002">
    <w:abstractNumId w:val="89"/>
  </w:num>
  <w:num w:numId="105" w16cid:durableId="1400907076">
    <w:abstractNumId w:val="33"/>
  </w:num>
  <w:num w:numId="106" w16cid:durableId="1898584836">
    <w:abstractNumId w:val="48"/>
  </w:num>
  <w:num w:numId="107" w16cid:durableId="1910381734">
    <w:abstractNumId w:val="17"/>
  </w:num>
  <w:num w:numId="108" w16cid:durableId="1630553486">
    <w:abstractNumId w:val="28"/>
  </w:num>
  <w:num w:numId="109" w16cid:durableId="2139445255">
    <w:abstractNumId w:val="75"/>
  </w:num>
  <w:num w:numId="110" w16cid:durableId="1927836306">
    <w:abstractNumId w:val="9"/>
  </w:num>
  <w:num w:numId="111" w16cid:durableId="2099717934">
    <w:abstractNumId w:val="72"/>
  </w:num>
  <w:num w:numId="112" w16cid:durableId="1374844717">
    <w:abstractNumId w:val="67"/>
  </w:num>
  <w:num w:numId="113" w16cid:durableId="1455440897">
    <w:abstractNumId w:val="27"/>
  </w:num>
  <w:num w:numId="114" w16cid:durableId="2071881887">
    <w:abstractNumId w:val="92"/>
  </w:num>
  <w:num w:numId="115" w16cid:durableId="838614595">
    <w:abstractNumId w:val="41"/>
  </w:num>
  <w:num w:numId="116" w16cid:durableId="406345124">
    <w:abstractNumId w:val="49"/>
  </w:num>
  <w:num w:numId="117" w16cid:durableId="396823117">
    <w:abstractNumId w:val="6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2DE"/>
    <w:rsid w:val="0006063C"/>
    <w:rsid w:val="000D396E"/>
    <w:rsid w:val="0015074B"/>
    <w:rsid w:val="0024544F"/>
    <w:rsid w:val="00281909"/>
    <w:rsid w:val="0029639D"/>
    <w:rsid w:val="002E3004"/>
    <w:rsid w:val="00326F90"/>
    <w:rsid w:val="00452429"/>
    <w:rsid w:val="007C5AA5"/>
    <w:rsid w:val="008439EA"/>
    <w:rsid w:val="009721C1"/>
    <w:rsid w:val="00A144B6"/>
    <w:rsid w:val="00A23024"/>
    <w:rsid w:val="00AA1D8D"/>
    <w:rsid w:val="00B0526C"/>
    <w:rsid w:val="00B1549F"/>
    <w:rsid w:val="00B47730"/>
    <w:rsid w:val="00BB1207"/>
    <w:rsid w:val="00CB0664"/>
    <w:rsid w:val="00D32392"/>
    <w:rsid w:val="00D67B2E"/>
    <w:rsid w:val="00DC3DA7"/>
    <w:rsid w:val="00DD7199"/>
    <w:rsid w:val="00DF750C"/>
    <w:rsid w:val="00EB604A"/>
    <w:rsid w:val="00F916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DF75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F750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F7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9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6</cp:revision>
  <dcterms:created xsi:type="dcterms:W3CDTF">2025-07-21T11:27:00Z</dcterms:created>
  <dcterms:modified xsi:type="dcterms:W3CDTF">2025-08-07T08:29:00Z</dcterms:modified>
  <cp:category/>
</cp:coreProperties>
</file>