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E8CA4" w14:textId="31F9098C" w:rsidR="000C6962" w:rsidRPr="000C6962" w:rsidRDefault="00452429" w:rsidP="000C6962">
      <w:pPr>
        <w:pStyle w:val="Title"/>
        <w:rPr>
          <w:rFonts w:ascii="TeachersPet" w:hAnsi="TeachersPet"/>
          <w:color w:val="000000" w:themeColor="text1"/>
          <w:sz w:val="96"/>
          <w:szCs w:val="96"/>
        </w:rPr>
      </w:pPr>
      <w:r w:rsidRPr="000C6962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31B8F821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470B73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="000C6962" w:rsidRPr="000C6962">
        <w:rPr>
          <w:rFonts w:ascii="TeachersPet" w:hAnsi="TeachersPet"/>
          <w:color w:val="000000" w:themeColor="text1"/>
          <w:sz w:val="72"/>
          <w:szCs w:val="72"/>
        </w:rPr>
        <w:t>Employment Application Form</w:t>
      </w:r>
      <w:r w:rsidR="007A5A25">
        <w:rPr>
          <w:rFonts w:ascii="TeachersPet" w:hAnsi="TeachersPet"/>
          <w:color w:val="000000" w:themeColor="text1"/>
          <w:sz w:val="72"/>
          <w:szCs w:val="72"/>
        </w:rPr>
        <w:t xml:space="preserve"> [Example]</w:t>
      </w:r>
    </w:p>
    <w:p w14:paraId="4EE37782" w14:textId="1513B129" w:rsidR="000C6962" w:rsidRDefault="00D6592F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33ECD" wp14:editId="51987A67">
                <wp:simplePos x="0" y="0"/>
                <wp:positionH relativeFrom="column">
                  <wp:posOffset>-7620</wp:posOffset>
                </wp:positionH>
                <wp:positionV relativeFrom="paragraph">
                  <wp:posOffset>216594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BBDD26" w14:textId="77777777" w:rsidR="000C6962" w:rsidRPr="00452429" w:rsidRDefault="000C6962" w:rsidP="000C6962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3E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pt;margin-top:17.05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" fillcolor="white [3201]" stroked="f" strokeweight=".5pt">
                <v:textbox>
                  <w:txbxContent>
                    <w:p w14:paraId="56BBDD26" w14:textId="77777777" w:rsidR="000C6962" w:rsidRPr="00452429" w:rsidRDefault="000C6962" w:rsidP="000C6962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="000C6962" w:rsidRPr="000C6962">
        <w:rPr>
          <w:rFonts w:ascii="TeachersPet" w:hAnsi="TeachersPet"/>
          <w:color w:val="000000" w:themeColor="text1"/>
          <w:sz w:val="32"/>
          <w:szCs w:val="32"/>
        </w:rPr>
        <w:t xml:space="preserve">Thank you for your interest in working at our </w:t>
      </w:r>
      <w:r w:rsidR="000C6962">
        <w:rPr>
          <w:rFonts w:ascii="TeachersPet" w:hAnsi="TeachersPet"/>
          <w:color w:val="000000" w:themeColor="text1"/>
          <w:sz w:val="32"/>
          <w:szCs w:val="32"/>
        </w:rPr>
        <w:t>centre</w:t>
      </w:r>
      <w:r w:rsidR="000C6962" w:rsidRPr="000C6962">
        <w:rPr>
          <w:rFonts w:ascii="TeachersPet" w:hAnsi="TeachersPet"/>
          <w:color w:val="000000" w:themeColor="text1"/>
          <w:sz w:val="32"/>
          <w:szCs w:val="32"/>
        </w:rPr>
        <w:t xml:space="preserve">. </w:t>
      </w:r>
    </w:p>
    <w:p w14:paraId="31D6357D" w14:textId="2CE98157" w:rsid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Please complete the following form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 and submit it with your CV.</w:t>
      </w:r>
    </w:p>
    <w:p w14:paraId="13EA35CE" w14:textId="034D1A20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01CEC1F3" w14:textId="48D36A23" w:rsidR="000C6962" w:rsidRPr="000C6962" w:rsidRDefault="000C6962" w:rsidP="000C6962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0C6962">
        <w:rPr>
          <w:rFonts w:ascii="TeachersPet" w:hAnsi="TeachersPet"/>
          <w:color w:val="000000" w:themeColor="text1"/>
          <w:sz w:val="52"/>
          <w:szCs w:val="52"/>
        </w:rPr>
        <w:t>1. Position Information</w:t>
      </w:r>
    </w:p>
    <w:p w14:paraId="529DECC1" w14:textId="25B167D6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Position Applied For: 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Preferred Start Date: _________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</w:t>
      </w:r>
    </w:p>
    <w:p w14:paraId="0F909AD5" w14:textId="77777777" w:rsidR="000C6962" w:rsidRPr="000C6962" w:rsidRDefault="000C6962" w:rsidP="000C6962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0C6962">
        <w:rPr>
          <w:rFonts w:ascii="TeachersPet" w:hAnsi="TeachersPet"/>
          <w:color w:val="000000" w:themeColor="text1"/>
          <w:sz w:val="52"/>
          <w:szCs w:val="52"/>
        </w:rPr>
        <w:t>2. Personal Information</w:t>
      </w:r>
    </w:p>
    <w:p w14:paraId="39909461" w14:textId="191676CD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Full Name: ______________________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__________________________________________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____________________</w:t>
      </w:r>
    </w:p>
    <w:p w14:paraId="7A990D26" w14:textId="1B3690D3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Date of Birth: ____________________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__________________________________________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</w:t>
      </w:r>
    </w:p>
    <w:p w14:paraId="2AAEE169" w14:textId="339E53F4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Phone Number: ______________________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Email Address: __________________________________________</w:t>
      </w:r>
    </w:p>
    <w:p w14:paraId="120A38D6" w14:textId="35418A6A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Address: __________________________________________________________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</w:t>
      </w:r>
    </w:p>
    <w:p w14:paraId="2D332C5B" w14:textId="2E67E46B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City: _________________</w:t>
      </w:r>
      <w:r w:rsidR="00F25A55" w:rsidRPr="000C6962">
        <w:rPr>
          <w:rFonts w:ascii="TeachersPet" w:hAnsi="TeachersPet"/>
          <w:color w:val="000000" w:themeColor="text1"/>
          <w:sz w:val="32"/>
          <w:szCs w:val="32"/>
        </w:rPr>
        <w:t>__________________________________________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  Postcode: _______________</w:t>
      </w:r>
    </w:p>
    <w:p w14:paraId="1F3964E5" w14:textId="77777777" w:rsidR="000C6962" w:rsidRPr="000C6962" w:rsidRDefault="000C6962" w:rsidP="000C6962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0C6962">
        <w:rPr>
          <w:rFonts w:ascii="TeachersPet" w:hAnsi="TeachersPet"/>
          <w:color w:val="000000" w:themeColor="text1"/>
          <w:sz w:val="52"/>
          <w:szCs w:val="52"/>
        </w:rPr>
        <w:t>3. Education and Qualifications</w:t>
      </w:r>
    </w:p>
    <w:p w14:paraId="7A9CE402" w14:textId="77777777" w:rsidR="00F25A55" w:rsidRDefault="000C6962" w:rsidP="00F25A55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List all relevant qualifications (e.g. ECE certificates, diplomas, degrees):</w:t>
      </w:r>
    </w:p>
    <w:p w14:paraId="4961CD5B" w14:textId="2F804178" w:rsidR="007A5A25" w:rsidRPr="00D6592F" w:rsidRDefault="00F25A55" w:rsidP="00F25A55">
      <w:pPr>
        <w:rPr>
          <w:rFonts w:ascii="TeachersPet" w:hAnsi="TeachersPet"/>
          <w:color w:val="000000" w:themeColor="text1"/>
          <w:sz w:val="32"/>
          <w:szCs w:val="32"/>
        </w:rPr>
      </w:pPr>
      <w:r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E3ED06" w14:textId="39F00E4F" w:rsidR="000C6962" w:rsidRPr="00F25A55" w:rsidRDefault="000C6962" w:rsidP="00F25A55">
      <w:pPr>
        <w:rPr>
          <w:rFonts w:ascii="TeachersPet" w:hAnsi="TeachersPet"/>
          <w:b/>
          <w:bCs/>
          <w:color w:val="000000" w:themeColor="text1"/>
          <w:sz w:val="32"/>
          <w:szCs w:val="32"/>
        </w:rPr>
      </w:pPr>
      <w:r w:rsidRPr="00F25A55">
        <w:rPr>
          <w:rFonts w:ascii="TeachersPet" w:hAnsi="TeachersPet"/>
          <w:b/>
          <w:bCs/>
          <w:color w:val="000000" w:themeColor="text1"/>
          <w:sz w:val="52"/>
          <w:szCs w:val="52"/>
        </w:rPr>
        <w:lastRenderedPageBreak/>
        <w:t>4. Work Experience</w:t>
      </w:r>
    </w:p>
    <w:p w14:paraId="0A08E1CA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List your most recent work experience relevant to early childhood education:</w:t>
      </w:r>
    </w:p>
    <w:p w14:paraId="11CAB75C" w14:textId="3D80B132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Employer: _____________________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  Position: 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______________</w:t>
      </w:r>
    </w:p>
    <w:p w14:paraId="28E90802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Dates of Employment: ______________________ to ______________________</w:t>
      </w:r>
    </w:p>
    <w:p w14:paraId="02B3144C" w14:textId="77777777" w:rsidR="00F25A55" w:rsidRDefault="000C6962" w:rsidP="00F25A55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Responsibilities: 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F1EB1" w14:textId="396F6CF0" w:rsidR="000C6962" w:rsidRPr="00F25A55" w:rsidRDefault="000C6962" w:rsidP="00F25A55">
      <w:pPr>
        <w:rPr>
          <w:rFonts w:ascii="TeachersPet" w:hAnsi="TeachersPet"/>
          <w:b/>
          <w:bCs/>
          <w:color w:val="000000" w:themeColor="text1"/>
          <w:sz w:val="52"/>
          <w:szCs w:val="52"/>
        </w:rPr>
      </w:pPr>
      <w:r w:rsidRPr="00F25A55">
        <w:rPr>
          <w:rFonts w:ascii="TeachersPet" w:hAnsi="TeachersPet"/>
          <w:b/>
          <w:bCs/>
          <w:color w:val="000000" w:themeColor="text1"/>
          <w:sz w:val="52"/>
          <w:szCs w:val="52"/>
        </w:rPr>
        <w:t>5. Referees</w:t>
      </w:r>
    </w:p>
    <w:p w14:paraId="53191BCE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Please provide at least two professional referees:</w:t>
      </w:r>
    </w:p>
    <w:p w14:paraId="054C8DD3" w14:textId="5503C5B9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Referee 1 Name: ______________________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 Relationship: 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</w:t>
      </w:r>
    </w:p>
    <w:p w14:paraId="64E97EEA" w14:textId="06B41BBD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Phone: 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  Email: 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______________</w:t>
      </w:r>
    </w:p>
    <w:p w14:paraId="6CB6B7BD" w14:textId="095E0B9A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Referee 2 Name: 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  Relationship: 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</w:t>
      </w:r>
    </w:p>
    <w:p w14:paraId="38B3BA9B" w14:textId="475BDE55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Phone: 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  Email: 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________________</w:t>
      </w:r>
    </w:p>
    <w:p w14:paraId="620AAA31" w14:textId="77777777" w:rsidR="000C6962" w:rsidRPr="000C6962" w:rsidRDefault="000C6962" w:rsidP="000C6962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0C6962">
        <w:rPr>
          <w:rFonts w:ascii="TeachersPet" w:hAnsi="TeachersPet"/>
          <w:color w:val="000000" w:themeColor="text1"/>
          <w:sz w:val="52"/>
          <w:szCs w:val="52"/>
        </w:rPr>
        <w:t>6. Additional Information</w:t>
      </w:r>
    </w:p>
    <w:p w14:paraId="4E300A7E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Do you have a current First Aid Certificate?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7D9B154A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Are you legally entitled to work in this country?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418CABA6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Have you ever been convicted of a criminal offence?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0C6962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4CA1CB35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If yes, please provide details: ____________________________________________</w:t>
      </w:r>
    </w:p>
    <w:p w14:paraId="75FD8A2A" w14:textId="77777777" w:rsidR="000C6962" w:rsidRPr="000C6962" w:rsidRDefault="000C6962" w:rsidP="000C6962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0C6962">
        <w:rPr>
          <w:rFonts w:ascii="TeachersPet" w:hAnsi="TeachersPet"/>
          <w:color w:val="000000" w:themeColor="text1"/>
          <w:sz w:val="52"/>
          <w:szCs w:val="52"/>
        </w:rPr>
        <w:lastRenderedPageBreak/>
        <w:t>7. Declaration</w:t>
      </w:r>
    </w:p>
    <w:p w14:paraId="1AAA6C44" w14:textId="77777777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I declare that the information provided in this application is true and complete to the best of my knowledge.</w:t>
      </w:r>
    </w:p>
    <w:p w14:paraId="17081BB0" w14:textId="279BCECC" w:rsidR="000C6962" w:rsidRPr="000C6962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  <w:r w:rsidRPr="000C6962">
        <w:rPr>
          <w:rFonts w:ascii="TeachersPet" w:hAnsi="TeachersPet"/>
          <w:color w:val="000000" w:themeColor="text1"/>
          <w:sz w:val="32"/>
          <w:szCs w:val="32"/>
        </w:rPr>
        <w:t>Signature: _________________________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  Date: ________</w:t>
      </w:r>
      <w:r w:rsidR="00F25A55">
        <w:rPr>
          <w:rFonts w:ascii="TeachersPet" w:hAnsi="TeachersPet"/>
          <w:color w:val="000000" w:themeColor="text1"/>
          <w:sz w:val="32"/>
          <w:szCs w:val="32"/>
        </w:rPr>
        <w:t>___________________</w:t>
      </w:r>
      <w:r w:rsidRPr="000C6962">
        <w:rPr>
          <w:rFonts w:ascii="TeachersPet" w:hAnsi="TeachersPet"/>
          <w:color w:val="000000" w:themeColor="text1"/>
          <w:sz w:val="32"/>
          <w:szCs w:val="32"/>
        </w:rPr>
        <w:t>_______</w:t>
      </w:r>
    </w:p>
    <w:sectPr w:rsidR="000C6962" w:rsidRPr="000C6962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C8834" w14:textId="77777777" w:rsidR="00F81F7A" w:rsidRDefault="00F81F7A" w:rsidP="00EB604A">
      <w:pPr>
        <w:spacing w:after="0" w:line="240" w:lineRule="auto"/>
      </w:pPr>
      <w:r>
        <w:separator/>
      </w:r>
    </w:p>
  </w:endnote>
  <w:endnote w:type="continuationSeparator" w:id="0">
    <w:p w14:paraId="1EDBB640" w14:textId="77777777" w:rsidR="00F81F7A" w:rsidRDefault="00F81F7A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DD714" w14:textId="77777777" w:rsidR="007A5A25" w:rsidRDefault="007A5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D81F" w14:textId="77777777" w:rsidR="007A5A25" w:rsidRPr="00DD1E16" w:rsidRDefault="007A5A25" w:rsidP="007A5A25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621B0434" w:rsidR="00EB604A" w:rsidRPr="007A5A25" w:rsidRDefault="007A5A25" w:rsidP="007A5A25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8B538" w14:textId="77777777" w:rsidR="007A5A25" w:rsidRDefault="007A5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87E06" w14:textId="77777777" w:rsidR="00F81F7A" w:rsidRDefault="00F81F7A" w:rsidP="00EB604A">
      <w:pPr>
        <w:spacing w:after="0" w:line="240" w:lineRule="auto"/>
      </w:pPr>
      <w:r>
        <w:separator/>
      </w:r>
    </w:p>
  </w:footnote>
  <w:footnote w:type="continuationSeparator" w:id="0">
    <w:p w14:paraId="324C5122" w14:textId="77777777" w:rsidR="00F81F7A" w:rsidRDefault="00F81F7A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35B13" w14:textId="77777777" w:rsidR="007A5A25" w:rsidRDefault="007A5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64EC0" w14:textId="77777777" w:rsidR="007A5A25" w:rsidRDefault="007A5A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CEC29" w14:textId="77777777" w:rsidR="007A5A25" w:rsidRDefault="007A5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962"/>
    <w:rsid w:val="000D396E"/>
    <w:rsid w:val="0012271C"/>
    <w:rsid w:val="0015074B"/>
    <w:rsid w:val="0029639D"/>
    <w:rsid w:val="00326F90"/>
    <w:rsid w:val="00452429"/>
    <w:rsid w:val="00567959"/>
    <w:rsid w:val="006327C1"/>
    <w:rsid w:val="007A5A25"/>
    <w:rsid w:val="007C5AA5"/>
    <w:rsid w:val="007F4646"/>
    <w:rsid w:val="008439EA"/>
    <w:rsid w:val="00AA1D8D"/>
    <w:rsid w:val="00B47730"/>
    <w:rsid w:val="00B93A38"/>
    <w:rsid w:val="00BB1207"/>
    <w:rsid w:val="00CB0664"/>
    <w:rsid w:val="00D32392"/>
    <w:rsid w:val="00D560FB"/>
    <w:rsid w:val="00D6592F"/>
    <w:rsid w:val="00D67B2E"/>
    <w:rsid w:val="00DC3DA7"/>
    <w:rsid w:val="00DD7199"/>
    <w:rsid w:val="00E530F5"/>
    <w:rsid w:val="00EB604A"/>
    <w:rsid w:val="00F25A55"/>
    <w:rsid w:val="00F81F7A"/>
    <w:rsid w:val="00FB08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2025-05-05T10:24:00Z</dcterms:created>
  <dcterms:modified xsi:type="dcterms:W3CDTF">2025-08-07T06:28:00Z</dcterms:modified>
  <cp:category/>
</cp:coreProperties>
</file>