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A7664" w14:textId="5CECEE4A" w:rsidR="008E68FD" w:rsidRPr="00EC2724" w:rsidRDefault="008E68FD" w:rsidP="008E68F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eachersPet" w:eastAsia="Google Sans Text" w:hAnsi="TeachersPet" w:cs="Google Sans Text"/>
          <w:b/>
          <w:color w:val="1B1C1D"/>
          <w:sz w:val="52"/>
          <w:szCs w:val="52"/>
        </w:rPr>
      </w:pPr>
      <w:r w:rsidRPr="00EC2724">
        <w:rPr>
          <w:rFonts w:ascii="TeachersPet" w:hAnsi="TeachersPet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E8B6B82">
                <wp:simplePos x="0" y="0"/>
                <wp:positionH relativeFrom="column">
                  <wp:posOffset>-71120</wp:posOffset>
                </wp:positionH>
                <wp:positionV relativeFrom="paragraph">
                  <wp:posOffset>13065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A1F0E2" id="Rounded Rectangle 1" o:spid="_x0000_s1026" style="position:absolute;margin-left:-5.6pt;margin-top:1.0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BlbtZH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="00EC2724" w:rsidRPr="00EC2724">
        <w:rPr>
          <w:rFonts w:ascii="TeachersPet" w:eastAsia="Google Sans Text" w:hAnsi="TeachersPet" w:cs="Google Sans Text"/>
          <w:b/>
          <w:color w:val="1B1C1D"/>
          <w:sz w:val="52"/>
          <w:szCs w:val="52"/>
        </w:rPr>
        <w:t>ELDA ASSESSMENT [TEMPLATE]</w:t>
      </w:r>
    </w:p>
    <w:p w14:paraId="3B18510D" w14:textId="550C9D7B" w:rsidR="00452429" w:rsidRPr="00EC2724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</w:p>
    <w:p w14:paraId="5F44FC1F" w14:textId="50972320" w:rsid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  <w:r w:rsidRPr="00EC2724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F6F60" wp14:editId="0D64BFD9">
                <wp:simplePos x="0" y="0"/>
                <wp:positionH relativeFrom="column">
                  <wp:posOffset>-74295</wp:posOffset>
                </wp:positionH>
                <wp:positionV relativeFrom="paragraph">
                  <wp:posOffset>416560</wp:posOffset>
                </wp:positionV>
                <wp:extent cx="1371600" cy="169545"/>
                <wp:effectExtent l="0" t="0" r="0" b="635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D0BCD" w14:textId="77777777" w:rsidR="008E68FD" w:rsidRPr="00452429" w:rsidRDefault="008E68FD" w:rsidP="008E68FD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F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85pt;margin-top:32.8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" fillcolor="white [3201]" stroked="f" strokeweight=".5pt">
                <v:textbox>
                  <w:txbxContent>
                    <w:p w14:paraId="6D5D0BCD" w14:textId="77777777" w:rsidR="008E68FD" w:rsidRPr="00452429" w:rsidRDefault="008E68FD" w:rsidP="008E68FD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D78CFD7" w14:textId="137D7FA9" w:rsidR="008E68FD" w:rsidRPr="00EC2724" w:rsidRDefault="008E68FD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</w:p>
    <w:p w14:paraId="0096B52B" w14:textId="16604383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Child's Name: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_______________________________________________________________________</w:t>
      </w:r>
    </w:p>
    <w:p w14:paraId="0E77F340" w14:textId="4EDE5968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Date of Birth: 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__________________________________</w:t>
      </w: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Age: 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________________________________</w:t>
      </w:r>
    </w:p>
    <w:p w14:paraId="2ABB8746" w14:textId="29860AFD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Date of Assessment: 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________________________________________________________________</w:t>
      </w:r>
    </w:p>
    <w:p w14:paraId="77416048" w14:textId="1045F42C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Assessor's Name: 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___________________________________________________________________</w:t>
      </w:r>
    </w:p>
    <w:p w14:paraId="2217962B" w14:textId="77777777" w:rsidR="00EC2724" w:rsidRPr="00EC2724" w:rsidRDefault="00EC2724" w:rsidP="00EC2724">
      <w:p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  <w:between w:val="nil"/>
        </w:pBdr>
        <w:spacing w:after="240" w:line="275" w:lineRule="auto"/>
        <w:jc w:val="center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Early Learning Development Areas (ELDAs)</w:t>
      </w:r>
    </w:p>
    <w:p w14:paraId="0325C5F9" w14:textId="69A938E9" w:rsidR="00EC2724" w:rsidRPr="00EC2724" w:rsidRDefault="00EC2724" w:rsidP="00EC2724">
      <w:pPr>
        <w:pStyle w:val="ListParagraph"/>
        <w:numPr>
          <w:ilvl w:val="0"/>
          <w:numId w:val="14"/>
        </w:num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  <w:between w:val="nil"/>
        </w:pBdr>
        <w:spacing w:before="120" w:after="24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Emerging: The child is beginning to develop this skill.</w:t>
      </w:r>
    </w:p>
    <w:p w14:paraId="5B289DC6" w14:textId="3FEBC587" w:rsidR="00EC2724" w:rsidRPr="00EC2724" w:rsidRDefault="00EC2724" w:rsidP="00EC2724">
      <w:pPr>
        <w:pStyle w:val="ListParagraph"/>
        <w:numPr>
          <w:ilvl w:val="0"/>
          <w:numId w:val="14"/>
        </w:num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  <w:between w:val="nil"/>
        </w:pBdr>
        <w:spacing w:after="24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Developing: The child is developing this skill but may still need support.</w:t>
      </w:r>
    </w:p>
    <w:p w14:paraId="4039973D" w14:textId="1AE79EB5" w:rsidR="00EC2724" w:rsidRPr="00EC2724" w:rsidRDefault="00EC2724" w:rsidP="00EC2724">
      <w:pPr>
        <w:pStyle w:val="ListParagraph"/>
        <w:numPr>
          <w:ilvl w:val="0"/>
          <w:numId w:val="14"/>
        </w:numPr>
        <w:pBdr>
          <w:top w:val="dashSmallGap" w:sz="4" w:space="1" w:color="auto"/>
          <w:left w:val="dashSmallGap" w:sz="4" w:space="1" w:color="auto"/>
          <w:bottom w:val="dashSmallGap" w:sz="4" w:space="1" w:color="auto"/>
          <w:right w:val="dashSmallGap" w:sz="4" w:space="1" w:color="auto"/>
          <w:between w:val="nil"/>
        </w:pBdr>
        <w:spacing w:after="24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Achieved: The child consistently demonstrates this skill.</w:t>
      </w:r>
    </w:p>
    <w:p w14:paraId="62B43182" w14:textId="77777777" w:rsidR="00EC2724" w:rsidRPr="00EC2724" w:rsidRDefault="00EC2724" w:rsidP="00EC2724">
      <w:pPr>
        <w:widowControl w:val="0"/>
        <w:numPr>
          <w:ilvl w:val="0"/>
          <w:numId w:val="14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ELDA 1: Well-being</w:t>
      </w:r>
    </w:p>
    <w:p w14:paraId="35DC35B3" w14:textId="77777777" w:rsidR="00EC2724" w:rsidRPr="00EC2724" w:rsidRDefault="00EC2724" w:rsidP="00EC2724">
      <w:pPr>
        <w:widowControl w:val="0"/>
        <w:numPr>
          <w:ilvl w:val="1"/>
          <w:numId w:val="18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Physical Health:</w:t>
      </w:r>
    </w:p>
    <w:p w14:paraId="5C04D5F6" w14:textId="77777777" w:rsidR="00EC2724" w:rsidRPr="00EC2724" w:rsidRDefault="00EC2724" w:rsidP="00EC2724">
      <w:pPr>
        <w:widowControl w:val="0"/>
        <w:numPr>
          <w:ilvl w:val="2"/>
          <w:numId w:val="19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Displays adequate energy levels: (Yes/No)</w:t>
      </w:r>
    </w:p>
    <w:p w14:paraId="40913893" w14:textId="77777777" w:rsidR="00EC2724" w:rsidRPr="00EC2724" w:rsidRDefault="00EC2724" w:rsidP="00EC2724">
      <w:pPr>
        <w:widowControl w:val="0"/>
        <w:numPr>
          <w:ilvl w:val="2"/>
          <w:numId w:val="19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Demonstrates gross motor skills (e.g., running, jumping): (Emerging/Developing/Achieved)</w:t>
      </w:r>
    </w:p>
    <w:p w14:paraId="1E34430F" w14:textId="77777777" w:rsidR="00EC2724" w:rsidRPr="00EC2724" w:rsidRDefault="00EC2724" w:rsidP="00EC2724">
      <w:pPr>
        <w:widowControl w:val="0"/>
        <w:numPr>
          <w:ilvl w:val="2"/>
          <w:numId w:val="19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Demonstrates fine motor skills (e.g., drawing, using utensils): (Emerging/Developing/Achieved)</w:t>
      </w:r>
    </w:p>
    <w:p w14:paraId="55FD6041" w14:textId="77777777" w:rsidR="00EC2724" w:rsidRPr="00EC2724" w:rsidRDefault="00EC2724" w:rsidP="00EC2724">
      <w:pPr>
        <w:widowControl w:val="0"/>
        <w:numPr>
          <w:ilvl w:val="1"/>
          <w:numId w:val="18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Emotional Well-being:</w:t>
      </w:r>
    </w:p>
    <w:p w14:paraId="7462743A" w14:textId="77777777" w:rsidR="00EC2724" w:rsidRPr="00EC2724" w:rsidRDefault="00EC2724" w:rsidP="00EC2724">
      <w:pPr>
        <w:widowControl w:val="0"/>
        <w:numPr>
          <w:ilvl w:val="2"/>
          <w:numId w:val="20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Expresses a range of emotions appropriately: (Emerging/Developing/Achieved)</w:t>
      </w:r>
    </w:p>
    <w:p w14:paraId="0011D461" w14:textId="77777777" w:rsidR="00EC2724" w:rsidRPr="00EC2724" w:rsidRDefault="00EC2724" w:rsidP="00EC2724">
      <w:pPr>
        <w:widowControl w:val="0"/>
        <w:numPr>
          <w:ilvl w:val="2"/>
          <w:numId w:val="20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Demonstrates self-regulation: (Emerging/Developing/Achieved)</w:t>
      </w:r>
    </w:p>
    <w:p w14:paraId="470D31BA" w14:textId="77777777" w:rsidR="00EC2724" w:rsidRPr="00EC2724" w:rsidRDefault="00EC2724" w:rsidP="00EC2724">
      <w:pPr>
        <w:widowControl w:val="0"/>
        <w:numPr>
          <w:ilvl w:val="2"/>
          <w:numId w:val="20"/>
        </w:numP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Shows confidence in familiar situations: (Emerging/Developing/Achieved)</w:t>
      </w:r>
    </w:p>
    <w:p w14:paraId="6BCBF83D" w14:textId="77777777" w:rsidR="00EC2724" w:rsidRPr="00EC2724" w:rsidRDefault="00EC2724" w:rsidP="00EC27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1275"/>
        <w:rPr>
          <w:rFonts w:ascii="TeachersPet" w:hAnsi="TeachersPet"/>
          <w:sz w:val="32"/>
          <w:szCs w:val="32"/>
        </w:rPr>
      </w:pPr>
    </w:p>
    <w:p w14:paraId="60399804" w14:textId="77777777" w:rsidR="00EC2724" w:rsidRPr="00EC2724" w:rsidRDefault="00EC2724" w:rsidP="00EC272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ELDA 2: Identity and Belonging</w:t>
      </w:r>
    </w:p>
    <w:p w14:paraId="1C89CB10" w14:textId="77777777" w:rsidR="00EC2724" w:rsidRPr="00EC2724" w:rsidRDefault="00EC2724" w:rsidP="00EC2724">
      <w:pPr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Self-Awareness:</w:t>
      </w:r>
    </w:p>
    <w:p w14:paraId="6D3FF715" w14:textId="77777777" w:rsidR="00EC2724" w:rsidRPr="00EC2724" w:rsidRDefault="00EC2724" w:rsidP="00EC2724">
      <w:pPr>
        <w:widowControl w:val="0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Recognizes own name and age: (Yes/No)</w:t>
      </w:r>
    </w:p>
    <w:p w14:paraId="49F6CB67" w14:textId="77777777" w:rsidR="00EC2724" w:rsidRPr="00EC2724" w:rsidRDefault="00EC2724" w:rsidP="00EC2724">
      <w:pPr>
        <w:widowControl w:val="0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Expresses own preferences: (Emerging/Developing/Achieved)</w:t>
      </w:r>
    </w:p>
    <w:p w14:paraId="1BE6021E" w14:textId="77777777" w:rsidR="00EC2724" w:rsidRPr="00EC2724" w:rsidRDefault="00EC2724" w:rsidP="00EC2724">
      <w:pPr>
        <w:widowControl w:val="0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Shows awareness of gender and cultural identity: (Emerging/Developing/Achieved)</w:t>
      </w:r>
    </w:p>
    <w:p w14:paraId="61EBE840" w14:textId="77777777" w:rsidR="00EC2724" w:rsidRPr="00EC2724" w:rsidRDefault="00EC2724" w:rsidP="00EC2724">
      <w:pPr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Social Awareness:</w:t>
      </w:r>
    </w:p>
    <w:p w14:paraId="3239D7A9" w14:textId="77777777" w:rsidR="00EC2724" w:rsidRPr="00EC2724" w:rsidRDefault="00EC2724" w:rsidP="00EC2724">
      <w:pPr>
        <w:widowControl w:val="0"/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Interacts positively with peers: (Emerging/Developing/Achieved)</w:t>
      </w:r>
    </w:p>
    <w:p w14:paraId="70134442" w14:textId="77777777" w:rsidR="00EC2724" w:rsidRPr="00EC2724" w:rsidRDefault="00EC2724" w:rsidP="00EC2724">
      <w:pPr>
        <w:widowControl w:val="0"/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Participates in group activities: (Emerging/Developing/Achieved)</w:t>
      </w:r>
    </w:p>
    <w:p w14:paraId="5C5C877F" w14:textId="77EF2452" w:rsidR="00EC2724" w:rsidRPr="00EC2724" w:rsidRDefault="00EC2724" w:rsidP="00EC2724">
      <w:pPr>
        <w:widowControl w:val="0"/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Respects diversity: (Emerging/Developing/Achieved)</w:t>
      </w:r>
    </w:p>
    <w:p w14:paraId="4D7CA3DA" w14:textId="77777777" w:rsidR="00EC2724" w:rsidRPr="00EC2724" w:rsidRDefault="00EC2724" w:rsidP="00EC272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lastRenderedPageBreak/>
        <w:t>ELDA 3: Communication</w:t>
      </w:r>
    </w:p>
    <w:p w14:paraId="41A6C9E5" w14:textId="77777777" w:rsidR="00EC2724" w:rsidRPr="00EC2724" w:rsidRDefault="00EC2724" w:rsidP="00EC2724">
      <w:pPr>
        <w:widowControl w:val="0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Language Comprehension:</w:t>
      </w:r>
    </w:p>
    <w:p w14:paraId="369C3F04" w14:textId="77777777" w:rsidR="00EC2724" w:rsidRPr="00EC2724" w:rsidRDefault="00EC2724" w:rsidP="00EC2724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Understands simple instructions: (Yes/No)</w:t>
      </w:r>
    </w:p>
    <w:p w14:paraId="232A5AB7" w14:textId="77777777" w:rsidR="00EC2724" w:rsidRPr="00EC2724" w:rsidRDefault="00EC2724" w:rsidP="00EC2724">
      <w:pPr>
        <w:widowControl w:val="0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Follows multi-step directions: (Emerging/Developing/Achieved)</w:t>
      </w:r>
    </w:p>
    <w:p w14:paraId="2AE6E54A" w14:textId="77777777" w:rsidR="00EC2724" w:rsidRPr="00EC2724" w:rsidRDefault="00EC2724" w:rsidP="00EC2724">
      <w:pPr>
        <w:widowControl w:val="0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Language Expression:</w:t>
      </w:r>
    </w:p>
    <w:p w14:paraId="76F7144F" w14:textId="77777777" w:rsidR="00EC2724" w:rsidRPr="00EC2724" w:rsidRDefault="00EC2724" w:rsidP="00EC2724">
      <w:pPr>
        <w:widowControl w:val="0"/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Uses vocabulary appropriately: (Emerging/Developing/Achieved)</w:t>
      </w:r>
    </w:p>
    <w:p w14:paraId="7FD2FF06" w14:textId="77777777" w:rsidR="00EC2724" w:rsidRPr="00EC2724" w:rsidRDefault="00EC2724" w:rsidP="00EC2724">
      <w:pPr>
        <w:widowControl w:val="0"/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Speaks in complete sentences: (Emerging/Developing/Achieved)</w:t>
      </w:r>
    </w:p>
    <w:p w14:paraId="5C8E91C6" w14:textId="77777777" w:rsidR="00EC2724" w:rsidRPr="00EC2724" w:rsidRDefault="00EC2724" w:rsidP="00EC2724">
      <w:pPr>
        <w:widowControl w:val="0"/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Communicates needs and ideas effectively: (Emerging/Developing/Achieved)</w:t>
      </w:r>
    </w:p>
    <w:p w14:paraId="229E69F1" w14:textId="77777777" w:rsidR="00EC2724" w:rsidRPr="00EC2724" w:rsidRDefault="00EC2724" w:rsidP="00EC27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1275"/>
        <w:rPr>
          <w:rFonts w:ascii="TeachersPet" w:hAnsi="TeachersPet"/>
          <w:sz w:val="32"/>
          <w:szCs w:val="32"/>
        </w:rPr>
      </w:pPr>
    </w:p>
    <w:p w14:paraId="647B37DD" w14:textId="77777777" w:rsidR="00EC2724" w:rsidRPr="00EC2724" w:rsidRDefault="00EC2724" w:rsidP="00EC272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ELDA 4: Exploring Mathematics</w:t>
      </w:r>
    </w:p>
    <w:p w14:paraId="661AF871" w14:textId="77777777" w:rsidR="00EC2724" w:rsidRPr="00EC2724" w:rsidRDefault="00EC2724" w:rsidP="00EC2724">
      <w:pPr>
        <w:widowControl w:val="0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Number Sense:</w:t>
      </w:r>
    </w:p>
    <w:p w14:paraId="33B9FB1E" w14:textId="77777777" w:rsidR="00EC2724" w:rsidRPr="00EC2724" w:rsidRDefault="00EC2724" w:rsidP="00EC2724">
      <w:pPr>
        <w:widowControl w:val="0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Counts reliably up to 10: (Yes/No)</w:t>
      </w:r>
    </w:p>
    <w:p w14:paraId="00E36F3D" w14:textId="77777777" w:rsidR="00EC2724" w:rsidRPr="00EC2724" w:rsidRDefault="00EC2724" w:rsidP="00EC2724">
      <w:pPr>
        <w:widowControl w:val="0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Recognizes numbers 1-10: (Emerging/Developing/Achieved)</w:t>
      </w:r>
    </w:p>
    <w:p w14:paraId="302F399F" w14:textId="77777777" w:rsidR="00EC2724" w:rsidRPr="00EC2724" w:rsidRDefault="00EC2724" w:rsidP="00EC2724">
      <w:pPr>
        <w:widowControl w:val="0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Understands the concept of more/less: (Emerging/Developing/Achieved)</w:t>
      </w:r>
    </w:p>
    <w:p w14:paraId="1EC26706" w14:textId="77777777" w:rsidR="00EC2724" w:rsidRPr="00EC2724" w:rsidRDefault="00EC2724" w:rsidP="00EC2724">
      <w:pPr>
        <w:widowControl w:val="0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Shape and Space:</w:t>
      </w:r>
    </w:p>
    <w:p w14:paraId="22F7237E" w14:textId="77777777" w:rsidR="00EC2724" w:rsidRPr="00EC2724" w:rsidRDefault="00EC2724" w:rsidP="00EC2724">
      <w:pPr>
        <w:widowControl w:val="0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Identifies basic shapes: (Emerging/Developing/Achieved)</w:t>
      </w:r>
    </w:p>
    <w:p w14:paraId="7E194D7B" w14:textId="77777777" w:rsidR="00EC2724" w:rsidRPr="00EC2724" w:rsidRDefault="00EC2724" w:rsidP="00EC2724">
      <w:pPr>
        <w:widowControl w:val="0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Understands spatial concepts (e.g., in, on, under): (Emerging/Developing/Achieved)</w:t>
      </w:r>
    </w:p>
    <w:p w14:paraId="545C1BF2" w14:textId="77777777" w:rsidR="00EC2724" w:rsidRPr="00EC2724" w:rsidRDefault="00EC2724" w:rsidP="00EC27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ind w:left="1275"/>
        <w:rPr>
          <w:rFonts w:ascii="TeachersPet" w:hAnsi="TeachersPet"/>
          <w:sz w:val="32"/>
          <w:szCs w:val="32"/>
        </w:rPr>
      </w:pPr>
    </w:p>
    <w:p w14:paraId="2BBE72CA" w14:textId="77777777" w:rsidR="00EC2724" w:rsidRPr="00EC2724" w:rsidRDefault="00EC2724" w:rsidP="00EC272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ELDA 5: Creativity</w:t>
      </w:r>
    </w:p>
    <w:p w14:paraId="44467E48" w14:textId="77777777" w:rsidR="00EC2724" w:rsidRPr="00EC2724" w:rsidRDefault="00EC2724" w:rsidP="00EC2724">
      <w:pPr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Creative Expression:</w:t>
      </w:r>
    </w:p>
    <w:p w14:paraId="5F677442" w14:textId="77777777" w:rsidR="00EC2724" w:rsidRPr="00EC2724" w:rsidRDefault="00EC2724" w:rsidP="00EC2724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Engages in imaginative play: (Emerging/Developing/Achieved)</w:t>
      </w:r>
    </w:p>
    <w:p w14:paraId="1EE3FB98" w14:textId="77777777" w:rsidR="00EC2724" w:rsidRPr="00EC2724" w:rsidRDefault="00EC2724" w:rsidP="00EC2724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Uses a variety of art materials: (Emerging/Developing/Achieved)</w:t>
      </w:r>
    </w:p>
    <w:p w14:paraId="2B37B41C" w14:textId="1A84B20B" w:rsidR="00EC2724" w:rsidRPr="00EC2724" w:rsidRDefault="00EC2724" w:rsidP="00EC2724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Expresses ideas creatively through movement, music, and art: (Emerging/Developing/Achieved</w:t>
      </w:r>
    </w:p>
    <w:p w14:paraId="26DB9FC0" w14:textId="77777777" w:rsidR="00EC2724" w:rsidRPr="00EC2724" w:rsidRDefault="00EC2724" w:rsidP="00EC27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275"/>
        <w:rPr>
          <w:rFonts w:ascii="TeachersPet" w:hAnsi="TeachersPet"/>
          <w:sz w:val="32"/>
          <w:szCs w:val="32"/>
        </w:rPr>
      </w:pPr>
    </w:p>
    <w:p w14:paraId="1305715D" w14:textId="77777777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Additional Notes:</w:t>
      </w:r>
    </w:p>
    <w:p w14:paraId="52DAB26F" w14:textId="77777777" w:rsidR="00EC2724" w:rsidRPr="00EC2724" w:rsidRDefault="00EC2724" w:rsidP="00EC272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Record any specific observations or concerns.</w:t>
      </w:r>
    </w:p>
    <w:p w14:paraId="2AFC2843" w14:textId="77777777" w:rsidR="00EC2724" w:rsidRPr="00EC2724" w:rsidRDefault="00EC2724" w:rsidP="00EC272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Document the child's strengths and areas where they may need additional support.</w:t>
      </w:r>
    </w:p>
    <w:p w14:paraId="26A1674F" w14:textId="77777777" w:rsidR="00EC2724" w:rsidRPr="00EC2724" w:rsidRDefault="00EC2724" w:rsidP="00EC272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Consider any cultural factors or individual differences that may affect the child's development.</w:t>
      </w:r>
    </w:p>
    <w:p w14:paraId="19051ACB" w14:textId="77777777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Recommendations:</w:t>
      </w:r>
    </w:p>
    <w:p w14:paraId="73E19018" w14:textId="77777777" w:rsidR="00EC2724" w:rsidRPr="00EC2724" w:rsidRDefault="00EC2724" w:rsidP="00EC272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Suggestions for activities to support the child's development.</w:t>
      </w:r>
    </w:p>
    <w:p w14:paraId="2F61EB52" w14:textId="77777777" w:rsidR="00EC2724" w:rsidRPr="00EC2724" w:rsidRDefault="00EC2724" w:rsidP="00EC272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Referrals to specialists if necessary.</w:t>
      </w:r>
    </w:p>
    <w:p w14:paraId="5A8D7357" w14:textId="77777777" w:rsidR="00EC2724" w:rsidRPr="00EC2724" w:rsidRDefault="00EC2724" w:rsidP="00EC2724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EC2724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Overall Development:</w:t>
      </w:r>
    </w:p>
    <w:p w14:paraId="7F8EC68A" w14:textId="77777777" w:rsidR="00EC2724" w:rsidRPr="00EC2724" w:rsidRDefault="00EC2724" w:rsidP="00EC2724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Summarize the child's overall developmental progress.</w:t>
      </w:r>
    </w:p>
    <w:p w14:paraId="23639897" w14:textId="77777777" w:rsidR="00EC2724" w:rsidRPr="00EC2724" w:rsidRDefault="00EC2724" w:rsidP="00EC2724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EC2724">
        <w:rPr>
          <w:rFonts w:ascii="TeachersPet" w:eastAsia="Google Sans Text" w:hAnsi="TeachersPet" w:cs="Google Sans Text"/>
          <w:color w:val="1B1C1D"/>
          <w:sz w:val="32"/>
          <w:szCs w:val="32"/>
        </w:rPr>
        <w:t>Indicate if the child is developing at an expected rate for their age.</w:t>
      </w:r>
    </w:p>
    <w:p w14:paraId="3F60965E" w14:textId="65DFA0C5" w:rsidR="00EB604A" w:rsidRPr="00EC2724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EC2724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6673E" w14:textId="77777777" w:rsidR="00BB49BA" w:rsidRDefault="00BB49BA" w:rsidP="00EB604A">
      <w:pPr>
        <w:spacing w:after="0" w:line="240" w:lineRule="auto"/>
      </w:pPr>
      <w:r>
        <w:separator/>
      </w:r>
    </w:p>
  </w:endnote>
  <w:endnote w:type="continuationSeparator" w:id="0">
    <w:p w14:paraId="10190C84" w14:textId="77777777" w:rsidR="00BB49BA" w:rsidRDefault="00BB49BA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oogle Sans Text">
    <w:altName w:val="Calibri"/>
    <w:panose1 w:val="020B0604020202020204"/>
    <w:charset w:val="00"/>
    <w:family w:val="auto"/>
    <w:pitch w:val="default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63B9D" w14:textId="77777777" w:rsidR="004B0A77" w:rsidRPr="00DD1E16" w:rsidRDefault="004B0A77" w:rsidP="004B0A77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EB90B5D" w:rsidR="00EB604A" w:rsidRPr="004B0A77" w:rsidRDefault="004B0A77" w:rsidP="004B0A77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B2BF3" w14:textId="77777777" w:rsidR="00BB49BA" w:rsidRDefault="00BB49BA" w:rsidP="00EB604A">
      <w:pPr>
        <w:spacing w:after="0" w:line="240" w:lineRule="auto"/>
      </w:pPr>
      <w:r>
        <w:separator/>
      </w:r>
    </w:p>
  </w:footnote>
  <w:footnote w:type="continuationSeparator" w:id="0">
    <w:p w14:paraId="4EFCBD1C" w14:textId="77777777" w:rsidR="00BB49BA" w:rsidRDefault="00BB49BA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2677F6"/>
    <w:multiLevelType w:val="multilevel"/>
    <w:tmpl w:val="EF4A87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03CA7DF9"/>
    <w:multiLevelType w:val="multilevel"/>
    <w:tmpl w:val="30FA72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069D5328"/>
    <w:multiLevelType w:val="multilevel"/>
    <w:tmpl w:val="E452AA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0BEF7982"/>
    <w:multiLevelType w:val="multilevel"/>
    <w:tmpl w:val="9AB832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0FF14498"/>
    <w:multiLevelType w:val="multilevel"/>
    <w:tmpl w:val="6EAE9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136076E9"/>
    <w:multiLevelType w:val="multilevel"/>
    <w:tmpl w:val="208E4D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19E52DAD"/>
    <w:multiLevelType w:val="multilevel"/>
    <w:tmpl w:val="F892C3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20D24055"/>
    <w:multiLevelType w:val="multilevel"/>
    <w:tmpl w:val="7A9C2D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2248631F"/>
    <w:multiLevelType w:val="multilevel"/>
    <w:tmpl w:val="B5BEA6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254E5D5B"/>
    <w:multiLevelType w:val="multilevel"/>
    <w:tmpl w:val="77E4C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2AAB2735"/>
    <w:multiLevelType w:val="multilevel"/>
    <w:tmpl w:val="B00099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2C09003B"/>
    <w:multiLevelType w:val="multilevel"/>
    <w:tmpl w:val="1FCAE9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2E6755B9"/>
    <w:multiLevelType w:val="multilevel"/>
    <w:tmpl w:val="C4B862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13B5F05"/>
    <w:multiLevelType w:val="multilevel"/>
    <w:tmpl w:val="40CAE4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32787442"/>
    <w:multiLevelType w:val="multilevel"/>
    <w:tmpl w:val="D72A24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3BDF0E19"/>
    <w:multiLevelType w:val="multilevel"/>
    <w:tmpl w:val="F580C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3EFD2074"/>
    <w:multiLevelType w:val="multilevel"/>
    <w:tmpl w:val="6A8A8A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47E31723"/>
    <w:multiLevelType w:val="multilevel"/>
    <w:tmpl w:val="A9E8A2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56D14AAD"/>
    <w:multiLevelType w:val="multilevel"/>
    <w:tmpl w:val="198453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6C956715"/>
    <w:multiLevelType w:val="multilevel"/>
    <w:tmpl w:val="CE0053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 w15:restartNumberingAfterBreak="0">
    <w:nsid w:val="72642800"/>
    <w:multiLevelType w:val="multilevel"/>
    <w:tmpl w:val="92D462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797969CE"/>
    <w:multiLevelType w:val="multilevel"/>
    <w:tmpl w:val="99F0FF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621381500">
    <w:abstractNumId w:val="24"/>
  </w:num>
  <w:num w:numId="11" w16cid:durableId="1244490464">
    <w:abstractNumId w:val="25"/>
  </w:num>
  <w:num w:numId="12" w16cid:durableId="1541701400">
    <w:abstractNumId w:val="14"/>
  </w:num>
  <w:num w:numId="13" w16cid:durableId="383716362">
    <w:abstractNumId w:val="18"/>
  </w:num>
  <w:num w:numId="14" w16cid:durableId="1474985817">
    <w:abstractNumId w:val="13"/>
  </w:num>
  <w:num w:numId="15" w16cid:durableId="1255669774">
    <w:abstractNumId w:val="27"/>
  </w:num>
  <w:num w:numId="16" w16cid:durableId="1610350769">
    <w:abstractNumId w:val="17"/>
  </w:num>
  <w:num w:numId="17" w16cid:durableId="1981493528">
    <w:abstractNumId w:val="15"/>
  </w:num>
  <w:num w:numId="18" w16cid:durableId="661936206">
    <w:abstractNumId w:val="29"/>
  </w:num>
  <w:num w:numId="19" w16cid:durableId="111172697">
    <w:abstractNumId w:val="21"/>
  </w:num>
  <w:num w:numId="20" w16cid:durableId="826170605">
    <w:abstractNumId w:val="28"/>
  </w:num>
  <w:num w:numId="21" w16cid:durableId="1934821255">
    <w:abstractNumId w:val="11"/>
  </w:num>
  <w:num w:numId="22" w16cid:durableId="450248396">
    <w:abstractNumId w:val="16"/>
  </w:num>
  <w:num w:numId="23" w16cid:durableId="409422983">
    <w:abstractNumId w:val="10"/>
  </w:num>
  <w:num w:numId="24" w16cid:durableId="1345204837">
    <w:abstractNumId w:val="30"/>
  </w:num>
  <w:num w:numId="25" w16cid:durableId="311372537">
    <w:abstractNumId w:val="26"/>
  </w:num>
  <w:num w:numId="26" w16cid:durableId="557203105">
    <w:abstractNumId w:val="23"/>
  </w:num>
  <w:num w:numId="27" w16cid:durableId="916401247">
    <w:abstractNumId w:val="9"/>
  </w:num>
  <w:num w:numId="28" w16cid:durableId="1241335233">
    <w:abstractNumId w:val="22"/>
  </w:num>
  <w:num w:numId="29" w16cid:durableId="523636956">
    <w:abstractNumId w:val="20"/>
  </w:num>
  <w:num w:numId="30" w16cid:durableId="1192261043">
    <w:abstractNumId w:val="12"/>
  </w:num>
  <w:num w:numId="31" w16cid:durableId="1318535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E81"/>
    <w:rsid w:val="000D396E"/>
    <w:rsid w:val="0015074B"/>
    <w:rsid w:val="00263FB8"/>
    <w:rsid w:val="0029639D"/>
    <w:rsid w:val="002F42B8"/>
    <w:rsid w:val="00326F90"/>
    <w:rsid w:val="00452429"/>
    <w:rsid w:val="004B0A77"/>
    <w:rsid w:val="00691F7D"/>
    <w:rsid w:val="006E79BD"/>
    <w:rsid w:val="007C5AA5"/>
    <w:rsid w:val="007F1C70"/>
    <w:rsid w:val="007F70BB"/>
    <w:rsid w:val="008439EA"/>
    <w:rsid w:val="008E68FD"/>
    <w:rsid w:val="009727CA"/>
    <w:rsid w:val="009936BA"/>
    <w:rsid w:val="00AA1D8D"/>
    <w:rsid w:val="00B47730"/>
    <w:rsid w:val="00BB1207"/>
    <w:rsid w:val="00BB49BA"/>
    <w:rsid w:val="00CB0664"/>
    <w:rsid w:val="00D32392"/>
    <w:rsid w:val="00D67B2E"/>
    <w:rsid w:val="00DC3DA7"/>
    <w:rsid w:val="00DD7199"/>
    <w:rsid w:val="00E52196"/>
    <w:rsid w:val="00EB604A"/>
    <w:rsid w:val="00EC27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5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2025-07-02T14:01:00Z</dcterms:created>
  <dcterms:modified xsi:type="dcterms:W3CDTF">2025-07-23T09:03:00Z</dcterms:modified>
  <cp:category/>
</cp:coreProperties>
</file>