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18510D" w14:textId="66E3E4F9" w:rsidR="00452429" w:rsidRPr="00E3670C" w:rsidRDefault="00452429" w:rsidP="00452429">
      <w:pPr>
        <w:pStyle w:val="Title"/>
        <w:rPr>
          <w:rFonts w:ascii="TeachersPet" w:hAnsi="TeachersPet"/>
          <w:color w:val="000000" w:themeColor="text1"/>
          <w:sz w:val="32"/>
          <w:szCs w:val="32"/>
        </w:rPr>
      </w:pPr>
      <w:r w:rsidRPr="00E3670C">
        <w:rPr>
          <w:rFonts w:ascii="TeachersPet" w:hAnsi="TeachersPet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D7DDDEB" wp14:editId="1090FC63">
                <wp:simplePos x="0" y="0"/>
                <wp:positionH relativeFrom="column">
                  <wp:posOffset>-71120</wp:posOffset>
                </wp:positionH>
                <wp:positionV relativeFrom="paragraph">
                  <wp:posOffset>-173620</wp:posOffset>
                </wp:positionV>
                <wp:extent cx="1488559" cy="1477926"/>
                <wp:effectExtent l="12700" t="12700" r="10160" b="8255"/>
                <wp:wrapSquare wrapText="bothSides"/>
                <wp:docPr id="1295468574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8559" cy="1477926"/>
                        </a:xfrm>
                        <a:prstGeom prst="roundRect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9ADCB44" id="Rounded Rectangle 1" o:spid="_x0000_s1026" style="position:absolute;margin-left:-5.6pt;margin-top:-13.65pt;width:117.2pt;height:116.3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" fillcolor="white [3201]" strokecolor="black [3200]" strokeweight="2pt">
                <v:stroke dashstyle="1 1"/>
                <w10:wrap type="square"/>
              </v:roundrect>
            </w:pict>
          </mc:Fallback>
        </mc:AlternateContent>
      </w:r>
    </w:p>
    <w:p w14:paraId="62DD4701" w14:textId="55907DD2" w:rsidR="00E3670C" w:rsidRPr="00E3670C" w:rsidRDefault="00E3670C" w:rsidP="00E3670C">
      <w:pPr>
        <w:pStyle w:val="Title"/>
        <w:rPr>
          <w:rFonts w:ascii="TeachersPet" w:hAnsi="TeachersPet"/>
          <w:color w:val="000000" w:themeColor="text1"/>
          <w:sz w:val="72"/>
          <w:szCs w:val="72"/>
        </w:rPr>
      </w:pPr>
      <w:r w:rsidRPr="00E3670C">
        <w:rPr>
          <w:rFonts w:ascii="TeachersPet" w:hAnsi="TeachersPet"/>
          <w:color w:val="000000" w:themeColor="text1"/>
          <w:sz w:val="72"/>
          <w:szCs w:val="72"/>
        </w:rPr>
        <w:t>Child Behaviour/Discipline Log</w:t>
      </w:r>
    </w:p>
    <w:p w14:paraId="5DF9E3C7" w14:textId="4FD3FF92" w:rsidR="00E3670C" w:rsidRPr="00E3670C" w:rsidRDefault="00E3670C" w:rsidP="00E3670C">
      <w:pPr>
        <w:rPr>
          <w:rFonts w:ascii="TeachersPet" w:hAnsi="TeachersPet"/>
          <w:color w:val="000000" w:themeColor="text1"/>
          <w:sz w:val="32"/>
          <w:szCs w:val="32"/>
        </w:rPr>
      </w:pPr>
      <w:r w:rsidRPr="00E3670C">
        <w:rPr>
          <w:rFonts w:ascii="TeachersPet" w:hAnsi="TeachersPet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22C156" wp14:editId="4B4F85BC">
                <wp:simplePos x="0" y="0"/>
                <wp:positionH relativeFrom="column">
                  <wp:posOffset>-15929</wp:posOffset>
                </wp:positionH>
                <wp:positionV relativeFrom="paragraph">
                  <wp:posOffset>473277</wp:posOffset>
                </wp:positionV>
                <wp:extent cx="1371600" cy="170121"/>
                <wp:effectExtent l="0" t="0" r="0" b="0"/>
                <wp:wrapNone/>
                <wp:docPr id="109711791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17012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E317FCD" w14:textId="77777777" w:rsidR="00E3670C" w:rsidRPr="00452429" w:rsidRDefault="00E3670C" w:rsidP="00E3670C">
                            <w:pPr>
                              <w:jc w:val="center"/>
                              <w:rPr>
                                <w:rFonts w:ascii="TeachersPet" w:hAnsi="TeachersPet"/>
                                <w:b/>
                                <w:bCs/>
                                <w:sz w:val="15"/>
                                <w:szCs w:val="15"/>
                              </w:rPr>
                            </w:pPr>
                            <w:r w:rsidRPr="00452429">
                              <w:rPr>
                                <w:rFonts w:ascii="TeachersPet" w:hAnsi="TeachersPet"/>
                                <w:b/>
                                <w:bCs/>
                                <w:sz w:val="15"/>
                                <w:szCs w:val="15"/>
                              </w:rPr>
                              <w:t>INSERT SCHOOL LOGO/STAMP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22C15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.25pt;margin-top:37.25pt;width:108pt;height:1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" fillcolor="white [3201]" stroked="f" strokeweight=".5pt">
                <v:textbox>
                  <w:txbxContent>
                    <w:p w14:paraId="0E317FCD" w14:textId="77777777" w:rsidR="00E3670C" w:rsidRPr="00452429" w:rsidRDefault="00E3670C" w:rsidP="00E3670C">
                      <w:pPr>
                        <w:jc w:val="center"/>
                        <w:rPr>
                          <w:rFonts w:ascii="TeachersPet" w:hAnsi="TeachersPet"/>
                          <w:b/>
                          <w:bCs/>
                          <w:sz w:val="15"/>
                          <w:szCs w:val="15"/>
                        </w:rPr>
                      </w:pPr>
                      <w:r w:rsidRPr="00452429">
                        <w:rPr>
                          <w:rFonts w:ascii="TeachersPet" w:hAnsi="TeachersPet"/>
                          <w:b/>
                          <w:bCs/>
                          <w:sz w:val="15"/>
                          <w:szCs w:val="15"/>
                        </w:rPr>
                        <w:t>INSERT SCHOOL LOGO/STAMP HERE</w:t>
                      </w:r>
                    </w:p>
                  </w:txbxContent>
                </v:textbox>
              </v:shape>
            </w:pict>
          </mc:Fallback>
        </mc:AlternateContent>
      </w:r>
      <w:r w:rsidRPr="00E3670C">
        <w:rPr>
          <w:rFonts w:ascii="TeachersPet" w:hAnsi="TeachersPet"/>
          <w:color w:val="000000" w:themeColor="text1"/>
          <w:sz w:val="32"/>
          <w:szCs w:val="32"/>
        </w:rPr>
        <w:t>This log is used to track incidents of behavior that require attention and any disciplinary actions taken.</w:t>
      </w:r>
    </w:p>
    <w:p w14:paraId="56A43124" w14:textId="77777777" w:rsidR="00E3670C" w:rsidRPr="00E3670C" w:rsidRDefault="00E3670C" w:rsidP="00E3670C">
      <w:pPr>
        <w:pStyle w:val="Heading1"/>
        <w:rPr>
          <w:rFonts w:ascii="TeachersPet" w:hAnsi="TeachersPet"/>
          <w:color w:val="000000" w:themeColor="text1"/>
          <w:sz w:val="52"/>
          <w:szCs w:val="52"/>
        </w:rPr>
      </w:pPr>
      <w:r w:rsidRPr="00E3670C">
        <w:rPr>
          <w:rFonts w:ascii="TeachersPet" w:hAnsi="TeachersPet"/>
          <w:color w:val="000000" w:themeColor="text1"/>
          <w:sz w:val="52"/>
          <w:szCs w:val="52"/>
        </w:rPr>
        <w:t>1. Child Information</w:t>
      </w:r>
    </w:p>
    <w:p w14:paraId="73FE28D6" w14:textId="17ED6368" w:rsidR="00E3670C" w:rsidRPr="00E3670C" w:rsidRDefault="00E3670C" w:rsidP="00E3670C">
      <w:pPr>
        <w:rPr>
          <w:rFonts w:ascii="TeachersPet" w:hAnsi="TeachersPet"/>
          <w:color w:val="000000" w:themeColor="text1"/>
          <w:sz w:val="32"/>
          <w:szCs w:val="32"/>
        </w:rPr>
      </w:pPr>
      <w:r w:rsidRPr="00E3670C">
        <w:rPr>
          <w:rFonts w:ascii="TeachersPet" w:hAnsi="TeachersPet"/>
          <w:color w:val="000000" w:themeColor="text1"/>
          <w:sz w:val="32"/>
          <w:szCs w:val="32"/>
        </w:rPr>
        <w:t>Child’s Full Name: ___________________________________________________________________________</w:t>
      </w:r>
    </w:p>
    <w:p w14:paraId="7871961F" w14:textId="44A109D0" w:rsidR="00E3670C" w:rsidRPr="00E3670C" w:rsidRDefault="00E3670C" w:rsidP="00E3670C">
      <w:pPr>
        <w:rPr>
          <w:rFonts w:ascii="TeachersPet" w:hAnsi="TeachersPet"/>
          <w:color w:val="000000" w:themeColor="text1"/>
          <w:sz w:val="32"/>
          <w:szCs w:val="32"/>
        </w:rPr>
      </w:pPr>
      <w:r w:rsidRPr="00E3670C">
        <w:rPr>
          <w:rFonts w:ascii="TeachersPet" w:hAnsi="TeachersPet"/>
          <w:color w:val="000000" w:themeColor="text1"/>
          <w:sz w:val="32"/>
          <w:szCs w:val="32"/>
        </w:rPr>
        <w:t>Date of Birth: ______________________  Class/Room: ____________________________________________</w:t>
      </w:r>
    </w:p>
    <w:p w14:paraId="3899112F" w14:textId="77777777" w:rsidR="00E3670C" w:rsidRPr="00E3670C" w:rsidRDefault="00E3670C" w:rsidP="00E3670C">
      <w:pPr>
        <w:pStyle w:val="Heading1"/>
        <w:rPr>
          <w:rFonts w:ascii="TeachersPet" w:hAnsi="TeachersPet"/>
          <w:color w:val="000000" w:themeColor="text1"/>
          <w:sz w:val="52"/>
          <w:szCs w:val="52"/>
        </w:rPr>
      </w:pPr>
      <w:r w:rsidRPr="00E3670C">
        <w:rPr>
          <w:rFonts w:ascii="TeachersPet" w:hAnsi="TeachersPet"/>
          <w:color w:val="000000" w:themeColor="text1"/>
          <w:sz w:val="52"/>
          <w:szCs w:val="52"/>
        </w:rPr>
        <w:t>2. Incident Details</w:t>
      </w:r>
    </w:p>
    <w:p w14:paraId="6334FD88" w14:textId="77777777" w:rsidR="00E3670C" w:rsidRPr="00E3670C" w:rsidRDefault="00E3670C" w:rsidP="00E3670C">
      <w:pPr>
        <w:rPr>
          <w:rFonts w:ascii="TeachersPet" w:hAnsi="TeachersPet"/>
          <w:color w:val="000000" w:themeColor="text1"/>
          <w:sz w:val="32"/>
          <w:szCs w:val="32"/>
        </w:rPr>
      </w:pPr>
      <w:r w:rsidRPr="00E3670C">
        <w:rPr>
          <w:rFonts w:ascii="TeachersPet" w:hAnsi="TeachersPet"/>
          <w:color w:val="000000" w:themeColor="text1"/>
          <w:sz w:val="32"/>
          <w:szCs w:val="32"/>
        </w:rPr>
        <w:t>Date of Incident: ______________________  Time: ______________________</w:t>
      </w:r>
    </w:p>
    <w:p w14:paraId="02EF32DC" w14:textId="494BAD25" w:rsidR="00E3670C" w:rsidRPr="00E3670C" w:rsidRDefault="00E3670C" w:rsidP="00E3670C">
      <w:pPr>
        <w:rPr>
          <w:rFonts w:ascii="TeachersPet" w:hAnsi="TeachersPet"/>
          <w:color w:val="000000" w:themeColor="text1"/>
          <w:sz w:val="32"/>
          <w:szCs w:val="32"/>
        </w:rPr>
      </w:pPr>
      <w:r w:rsidRPr="00E3670C">
        <w:rPr>
          <w:rFonts w:ascii="TeachersPet" w:hAnsi="TeachersPet"/>
          <w:color w:val="000000" w:themeColor="text1"/>
          <w:sz w:val="32"/>
          <w:szCs w:val="32"/>
        </w:rPr>
        <w:t>Location of Incident: ___________________________________________________________________________</w:t>
      </w:r>
    </w:p>
    <w:p w14:paraId="2D7EDD57" w14:textId="5C061EA1" w:rsidR="00E3670C" w:rsidRPr="00E3670C" w:rsidRDefault="00E3670C" w:rsidP="00E3670C">
      <w:pPr>
        <w:rPr>
          <w:rFonts w:ascii="TeachersPet" w:hAnsi="TeachersPet"/>
          <w:color w:val="000000" w:themeColor="text1"/>
          <w:sz w:val="32"/>
          <w:szCs w:val="32"/>
        </w:rPr>
      </w:pPr>
      <w:r w:rsidRPr="00E3670C">
        <w:rPr>
          <w:rFonts w:ascii="TeachersPet" w:hAnsi="TeachersPet"/>
          <w:color w:val="000000" w:themeColor="text1"/>
          <w:sz w:val="32"/>
          <w:szCs w:val="32"/>
        </w:rPr>
        <w:t>Staff Member Reporting: _______________________________________</w:t>
      </w:r>
      <w:r>
        <w:rPr>
          <w:rFonts w:ascii="TeachersPet" w:hAnsi="TeachersPet"/>
          <w:color w:val="000000" w:themeColor="text1"/>
          <w:sz w:val="32"/>
          <w:szCs w:val="32"/>
        </w:rPr>
        <w:t>_</w:t>
      </w:r>
      <w:r w:rsidRPr="00E3670C">
        <w:rPr>
          <w:rFonts w:ascii="TeachersPet" w:hAnsi="TeachersPet"/>
          <w:color w:val="000000" w:themeColor="text1"/>
          <w:sz w:val="32"/>
          <w:szCs w:val="32"/>
        </w:rPr>
        <w:t>_______________________________</w:t>
      </w:r>
    </w:p>
    <w:p w14:paraId="76FE2E04" w14:textId="77777777" w:rsidR="00E3670C" w:rsidRPr="00E3670C" w:rsidRDefault="00E3670C" w:rsidP="00E3670C">
      <w:pPr>
        <w:pStyle w:val="Heading1"/>
        <w:rPr>
          <w:rFonts w:ascii="TeachersPet" w:hAnsi="TeachersPet"/>
          <w:color w:val="000000" w:themeColor="text1"/>
          <w:sz w:val="52"/>
          <w:szCs w:val="52"/>
        </w:rPr>
      </w:pPr>
      <w:r w:rsidRPr="00E3670C">
        <w:rPr>
          <w:rFonts w:ascii="TeachersPet" w:hAnsi="TeachersPet"/>
          <w:color w:val="000000" w:themeColor="text1"/>
          <w:sz w:val="52"/>
          <w:szCs w:val="52"/>
        </w:rPr>
        <w:t>3. Description of Incident</w:t>
      </w:r>
    </w:p>
    <w:p w14:paraId="10385760" w14:textId="23F5F3AE" w:rsidR="00E3670C" w:rsidRPr="00E3670C" w:rsidRDefault="00E3670C" w:rsidP="00E3670C">
      <w:pPr>
        <w:rPr>
          <w:rFonts w:ascii="TeachersPet" w:hAnsi="TeachersPet"/>
          <w:color w:val="000000" w:themeColor="text1"/>
          <w:sz w:val="32"/>
          <w:szCs w:val="32"/>
        </w:rPr>
      </w:pPr>
      <w:r w:rsidRPr="00E3670C">
        <w:rPr>
          <w:rFonts w:ascii="TeachersPet" w:hAnsi="TeachersPet"/>
          <w:color w:val="000000" w:themeColor="text1"/>
          <w:sz w:val="32"/>
          <w:szCs w:val="32"/>
        </w:rPr>
        <w:t>Provide a clear and factual description of the behavior observed: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eachersPet" w:hAnsi="TeachersPet"/>
          <w:color w:val="000000" w:themeColor="text1"/>
          <w:sz w:val="32"/>
          <w:szCs w:val="32"/>
        </w:rPr>
        <w:t>___</w:t>
      </w:r>
    </w:p>
    <w:p w14:paraId="00AE4EC5" w14:textId="77777777" w:rsidR="00E3670C" w:rsidRPr="00E3670C" w:rsidRDefault="00E3670C" w:rsidP="00E3670C">
      <w:pPr>
        <w:pStyle w:val="Heading1"/>
        <w:rPr>
          <w:rFonts w:ascii="TeachersPet" w:hAnsi="TeachersPet"/>
          <w:color w:val="000000" w:themeColor="text1"/>
          <w:sz w:val="52"/>
          <w:szCs w:val="52"/>
        </w:rPr>
      </w:pPr>
      <w:r w:rsidRPr="00E3670C">
        <w:rPr>
          <w:rFonts w:ascii="TeachersPet" w:hAnsi="TeachersPet"/>
          <w:color w:val="000000" w:themeColor="text1"/>
          <w:sz w:val="52"/>
          <w:szCs w:val="52"/>
        </w:rPr>
        <w:t>4. Actions Taken</w:t>
      </w:r>
    </w:p>
    <w:p w14:paraId="3A1095DC" w14:textId="659A3444" w:rsidR="00E3670C" w:rsidRPr="00E3670C" w:rsidRDefault="00E3670C" w:rsidP="00E3670C">
      <w:pPr>
        <w:rPr>
          <w:rFonts w:ascii="TeachersPet" w:hAnsi="TeachersPet"/>
          <w:color w:val="000000" w:themeColor="text1"/>
          <w:sz w:val="32"/>
          <w:szCs w:val="32"/>
        </w:rPr>
      </w:pPr>
      <w:r w:rsidRPr="00E3670C">
        <w:rPr>
          <w:rFonts w:ascii="TeachersPet" w:hAnsi="TeachersPet"/>
          <w:color w:val="000000" w:themeColor="text1"/>
          <w:sz w:val="32"/>
          <w:szCs w:val="32"/>
        </w:rPr>
        <w:t>Describe the response/intervention and any consequences applied:</w:t>
      </w:r>
      <w:r w:rsidR="00DE2547" w:rsidRPr="00DE2547">
        <w:rPr>
          <w:rFonts w:ascii="TeachersPet" w:hAnsi="TeachersPet"/>
          <w:color w:val="000000" w:themeColor="text1"/>
          <w:sz w:val="32"/>
          <w:szCs w:val="32"/>
        </w:rPr>
        <w:t xml:space="preserve"> </w:t>
      </w:r>
      <w:r w:rsidR="00DE2547" w:rsidRPr="00E3670C">
        <w:rPr>
          <w:rFonts w:ascii="TeachersPet" w:hAnsi="TeachersPet"/>
          <w:color w:val="000000" w:themeColor="text1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E2547">
        <w:rPr>
          <w:rFonts w:ascii="TeachersPet" w:hAnsi="TeachersPet"/>
          <w:color w:val="000000" w:themeColor="text1"/>
          <w:sz w:val="32"/>
          <w:szCs w:val="32"/>
        </w:rPr>
        <w:t>___</w:t>
      </w:r>
    </w:p>
    <w:p w14:paraId="0029ED7C" w14:textId="77777777" w:rsidR="00E3670C" w:rsidRPr="00E3670C" w:rsidRDefault="00E3670C" w:rsidP="00E3670C">
      <w:pPr>
        <w:pStyle w:val="Heading1"/>
        <w:rPr>
          <w:rFonts w:ascii="TeachersPet" w:hAnsi="TeachersPet"/>
          <w:color w:val="000000" w:themeColor="text1"/>
          <w:sz w:val="52"/>
          <w:szCs w:val="52"/>
        </w:rPr>
      </w:pPr>
      <w:r w:rsidRPr="00E3670C">
        <w:rPr>
          <w:rFonts w:ascii="TeachersPet" w:hAnsi="TeachersPet"/>
          <w:color w:val="000000" w:themeColor="text1"/>
          <w:sz w:val="52"/>
          <w:szCs w:val="52"/>
        </w:rPr>
        <w:lastRenderedPageBreak/>
        <w:t>5. Follow-Up and Monitoring</w:t>
      </w:r>
    </w:p>
    <w:p w14:paraId="63885B87" w14:textId="77777777" w:rsidR="00E3670C" w:rsidRPr="00E3670C" w:rsidRDefault="00E3670C" w:rsidP="00E3670C">
      <w:pPr>
        <w:rPr>
          <w:rFonts w:ascii="TeachersPet" w:hAnsi="TeachersPet"/>
          <w:color w:val="000000" w:themeColor="text1"/>
          <w:sz w:val="32"/>
          <w:szCs w:val="32"/>
        </w:rPr>
      </w:pPr>
      <w:r w:rsidRPr="00E3670C">
        <w:rPr>
          <w:rFonts w:ascii="TeachersPet" w:hAnsi="TeachersPet"/>
          <w:color w:val="000000" w:themeColor="text1"/>
          <w:sz w:val="32"/>
          <w:szCs w:val="32"/>
        </w:rPr>
        <w:t xml:space="preserve">Were parents/guardians informed? </w:t>
      </w:r>
      <w:r w:rsidRPr="00E3670C">
        <w:rPr>
          <w:rFonts w:ascii="Segoe UI Symbol" w:hAnsi="Segoe UI Symbol" w:cs="Segoe UI Symbol"/>
          <w:color w:val="000000" w:themeColor="text1"/>
          <w:sz w:val="32"/>
          <w:szCs w:val="32"/>
        </w:rPr>
        <w:t>☐</w:t>
      </w:r>
      <w:r w:rsidRPr="00E3670C">
        <w:rPr>
          <w:rFonts w:ascii="TeachersPet" w:hAnsi="TeachersPet"/>
          <w:color w:val="000000" w:themeColor="text1"/>
          <w:sz w:val="32"/>
          <w:szCs w:val="32"/>
        </w:rPr>
        <w:t xml:space="preserve"> Yes </w:t>
      </w:r>
      <w:r w:rsidRPr="00E3670C">
        <w:rPr>
          <w:rFonts w:ascii="Segoe UI Symbol" w:hAnsi="Segoe UI Symbol" w:cs="Segoe UI Symbol"/>
          <w:color w:val="000000" w:themeColor="text1"/>
          <w:sz w:val="32"/>
          <w:szCs w:val="32"/>
        </w:rPr>
        <w:t>☐</w:t>
      </w:r>
      <w:r w:rsidRPr="00E3670C">
        <w:rPr>
          <w:rFonts w:ascii="TeachersPet" w:hAnsi="TeachersPet"/>
          <w:color w:val="000000" w:themeColor="text1"/>
          <w:sz w:val="32"/>
          <w:szCs w:val="32"/>
        </w:rPr>
        <w:t xml:space="preserve"> No</w:t>
      </w:r>
    </w:p>
    <w:p w14:paraId="012C2DB4" w14:textId="77777777" w:rsidR="00E3670C" w:rsidRPr="00E3670C" w:rsidRDefault="00E3670C" w:rsidP="00E3670C">
      <w:pPr>
        <w:rPr>
          <w:rFonts w:ascii="TeachersPet" w:hAnsi="TeachersPet"/>
          <w:color w:val="000000" w:themeColor="text1"/>
          <w:sz w:val="32"/>
          <w:szCs w:val="32"/>
        </w:rPr>
      </w:pPr>
      <w:r w:rsidRPr="00E3670C">
        <w:rPr>
          <w:rFonts w:ascii="TeachersPet" w:hAnsi="TeachersPet"/>
          <w:color w:val="000000" w:themeColor="text1"/>
          <w:sz w:val="32"/>
          <w:szCs w:val="32"/>
        </w:rPr>
        <w:t>If yes, name of person contacted: ______________________  Date/Time: _______________</w:t>
      </w:r>
    </w:p>
    <w:p w14:paraId="16E20439" w14:textId="77777777" w:rsidR="00E3670C" w:rsidRPr="00E3670C" w:rsidRDefault="00E3670C" w:rsidP="00E3670C">
      <w:pPr>
        <w:rPr>
          <w:rFonts w:ascii="TeachersPet" w:hAnsi="TeachersPet"/>
          <w:color w:val="000000" w:themeColor="text1"/>
          <w:sz w:val="32"/>
          <w:szCs w:val="32"/>
        </w:rPr>
      </w:pPr>
      <w:r w:rsidRPr="00E3670C">
        <w:rPr>
          <w:rFonts w:ascii="TeachersPet" w:hAnsi="TeachersPet"/>
          <w:color w:val="000000" w:themeColor="text1"/>
          <w:sz w:val="32"/>
          <w:szCs w:val="32"/>
        </w:rPr>
        <w:t>Additional support or follow-up required:</w:t>
      </w:r>
    </w:p>
    <w:p w14:paraId="68350015" w14:textId="48BDD8CE" w:rsidR="00E3670C" w:rsidRPr="00E3670C" w:rsidRDefault="00DE2547" w:rsidP="00E3670C">
      <w:pPr>
        <w:rPr>
          <w:rFonts w:ascii="TeachersPet" w:hAnsi="TeachersPet"/>
          <w:color w:val="000000" w:themeColor="text1"/>
          <w:sz w:val="32"/>
          <w:szCs w:val="32"/>
        </w:rPr>
      </w:pPr>
      <w:r w:rsidRPr="00E3670C">
        <w:rPr>
          <w:rFonts w:ascii="TeachersPet" w:hAnsi="TeachersPet"/>
          <w:color w:val="000000" w:themeColor="text1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3670C" w:rsidRPr="00E3670C">
        <w:rPr>
          <w:rFonts w:ascii="TeachersPet" w:hAnsi="TeachersPet"/>
          <w:color w:val="000000" w:themeColor="text1"/>
          <w:sz w:val="32"/>
          <w:szCs w:val="32"/>
        </w:rPr>
        <w:t>Next review/check-in date (if applicable): ______________________</w:t>
      </w:r>
    </w:p>
    <w:p w14:paraId="54512096" w14:textId="77777777" w:rsidR="00E3670C" w:rsidRPr="00E3670C" w:rsidRDefault="00E3670C" w:rsidP="00E3670C">
      <w:pPr>
        <w:pStyle w:val="Heading1"/>
        <w:rPr>
          <w:rFonts w:ascii="TeachersPet" w:hAnsi="TeachersPet"/>
          <w:color w:val="000000" w:themeColor="text1"/>
          <w:sz w:val="52"/>
          <w:szCs w:val="52"/>
        </w:rPr>
      </w:pPr>
      <w:r w:rsidRPr="00E3670C">
        <w:rPr>
          <w:rFonts w:ascii="TeachersPet" w:hAnsi="TeachersPet"/>
          <w:color w:val="000000" w:themeColor="text1"/>
          <w:sz w:val="52"/>
          <w:szCs w:val="52"/>
        </w:rPr>
        <w:t>6. Signatures</w:t>
      </w:r>
    </w:p>
    <w:p w14:paraId="475BF71A" w14:textId="711EA29E" w:rsidR="00E3670C" w:rsidRPr="00E3670C" w:rsidRDefault="00E3670C" w:rsidP="00E3670C">
      <w:pPr>
        <w:rPr>
          <w:rFonts w:ascii="TeachersPet" w:hAnsi="TeachersPet"/>
          <w:color w:val="000000" w:themeColor="text1"/>
          <w:sz w:val="32"/>
          <w:szCs w:val="32"/>
        </w:rPr>
      </w:pPr>
      <w:r w:rsidRPr="00E3670C">
        <w:rPr>
          <w:rFonts w:ascii="TeachersPet" w:hAnsi="TeachersPet"/>
          <w:color w:val="000000" w:themeColor="text1"/>
          <w:sz w:val="32"/>
          <w:szCs w:val="32"/>
        </w:rPr>
        <w:t>Staff Member Signature: ____________________</w:t>
      </w:r>
      <w:r w:rsidR="00DE2547">
        <w:rPr>
          <w:rFonts w:ascii="TeachersPet" w:hAnsi="TeachersPet"/>
          <w:color w:val="000000" w:themeColor="text1"/>
          <w:sz w:val="32"/>
          <w:szCs w:val="32"/>
        </w:rPr>
        <w:t>_______________________</w:t>
      </w:r>
      <w:r w:rsidRPr="00E3670C">
        <w:rPr>
          <w:rFonts w:ascii="TeachersPet" w:hAnsi="TeachersPet"/>
          <w:color w:val="000000" w:themeColor="text1"/>
          <w:sz w:val="32"/>
          <w:szCs w:val="32"/>
        </w:rPr>
        <w:t>______  Date: _______________</w:t>
      </w:r>
    </w:p>
    <w:p w14:paraId="2E238DC4" w14:textId="5856400F" w:rsidR="00E3670C" w:rsidRPr="00E3670C" w:rsidRDefault="00E3670C" w:rsidP="00E3670C">
      <w:pPr>
        <w:rPr>
          <w:rFonts w:ascii="TeachersPet" w:hAnsi="TeachersPet"/>
          <w:color w:val="000000" w:themeColor="text1"/>
          <w:sz w:val="32"/>
          <w:szCs w:val="32"/>
        </w:rPr>
      </w:pPr>
      <w:r w:rsidRPr="00E3670C">
        <w:rPr>
          <w:rFonts w:ascii="TeachersPet" w:hAnsi="TeachersPet"/>
          <w:color w:val="000000" w:themeColor="text1"/>
          <w:sz w:val="32"/>
          <w:szCs w:val="32"/>
        </w:rPr>
        <w:t>Parent/Guardian Signature (if required): ____________________</w:t>
      </w:r>
      <w:r w:rsidR="00DE2547">
        <w:rPr>
          <w:rFonts w:ascii="TeachersPet" w:hAnsi="TeachersPet"/>
          <w:color w:val="000000" w:themeColor="text1"/>
          <w:sz w:val="32"/>
          <w:szCs w:val="32"/>
        </w:rPr>
        <w:t>__________</w:t>
      </w:r>
      <w:r w:rsidRPr="00E3670C">
        <w:rPr>
          <w:rFonts w:ascii="TeachersPet" w:hAnsi="TeachersPet"/>
          <w:color w:val="000000" w:themeColor="text1"/>
          <w:sz w:val="32"/>
          <w:szCs w:val="32"/>
        </w:rPr>
        <w:t>______  Date: _______________</w:t>
      </w:r>
    </w:p>
    <w:p w14:paraId="25027292" w14:textId="19A0091A" w:rsidR="00E3670C" w:rsidRPr="00E3670C" w:rsidRDefault="00E3670C" w:rsidP="00E3670C">
      <w:pPr>
        <w:rPr>
          <w:rFonts w:ascii="TeachersPet" w:hAnsi="TeachersPet"/>
          <w:color w:val="000000" w:themeColor="text1"/>
          <w:sz w:val="32"/>
          <w:szCs w:val="32"/>
        </w:rPr>
      </w:pPr>
      <w:r w:rsidRPr="00E3670C">
        <w:rPr>
          <w:rFonts w:ascii="TeachersPet" w:hAnsi="TeachersPet"/>
          <w:color w:val="000000" w:themeColor="text1"/>
          <w:sz w:val="32"/>
          <w:szCs w:val="32"/>
        </w:rPr>
        <w:t>Administrator Signature: ________________________</w:t>
      </w:r>
      <w:r w:rsidR="00DE2547">
        <w:rPr>
          <w:rFonts w:ascii="TeachersPet" w:hAnsi="TeachersPet"/>
          <w:color w:val="000000" w:themeColor="text1"/>
          <w:sz w:val="32"/>
          <w:szCs w:val="32"/>
        </w:rPr>
        <w:t>_______________________</w:t>
      </w:r>
      <w:r w:rsidRPr="00E3670C">
        <w:rPr>
          <w:rFonts w:ascii="TeachersPet" w:hAnsi="TeachersPet"/>
          <w:color w:val="000000" w:themeColor="text1"/>
          <w:sz w:val="32"/>
          <w:szCs w:val="32"/>
        </w:rPr>
        <w:t>__  Date: _______________</w:t>
      </w:r>
    </w:p>
    <w:p w14:paraId="28EA24E5" w14:textId="77777777" w:rsidR="00583468" w:rsidRPr="00E3670C" w:rsidRDefault="00583468" w:rsidP="00452429">
      <w:pPr>
        <w:spacing w:line="240" w:lineRule="auto"/>
        <w:rPr>
          <w:rFonts w:ascii="TeachersPet" w:hAnsi="TeachersPet"/>
          <w:color w:val="000000" w:themeColor="text1"/>
          <w:sz w:val="32"/>
          <w:szCs w:val="32"/>
        </w:rPr>
      </w:pPr>
    </w:p>
    <w:sectPr w:rsidR="00583468" w:rsidRPr="00E3670C" w:rsidSect="00EB604A">
      <w:footerReference w:type="default" r:id="rId8"/>
      <w:pgSz w:w="12240" w:h="15840"/>
      <w:pgMar w:top="720" w:right="720" w:bottom="720" w:left="720" w:header="720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6DC53D" w14:textId="77777777" w:rsidR="0081298E" w:rsidRDefault="0081298E" w:rsidP="00EB604A">
      <w:pPr>
        <w:spacing w:after="0" w:line="240" w:lineRule="auto"/>
      </w:pPr>
      <w:r>
        <w:separator/>
      </w:r>
    </w:p>
  </w:endnote>
  <w:endnote w:type="continuationSeparator" w:id="0">
    <w:p w14:paraId="1BE86772" w14:textId="77777777" w:rsidR="0081298E" w:rsidRDefault="0081298E" w:rsidP="00EB6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TeachersPet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isby CF">
    <w:panose1 w:val="00000000000000000000"/>
    <w:charset w:val="4D"/>
    <w:family w:val="auto"/>
    <w:notTrueType/>
    <w:pitch w:val="variable"/>
    <w:sig w:usb0="A00002FF" w:usb1="4000205A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C4D987" w14:textId="77777777" w:rsidR="004465B1" w:rsidRPr="00DD1E16" w:rsidRDefault="004465B1" w:rsidP="004465B1">
    <w:pPr>
      <w:pStyle w:val="Footer"/>
      <w:jc w:val="center"/>
      <w:rPr>
        <w:rFonts w:ascii="Visby CF" w:hAnsi="Visby CF"/>
        <w:b/>
        <w:bCs/>
        <w:sz w:val="18"/>
        <w:szCs w:val="18"/>
      </w:rPr>
    </w:pPr>
    <w:r w:rsidRPr="00DD1E16">
      <w:rPr>
        <w:rFonts w:ascii="Visby CF" w:hAnsi="Visby CF"/>
        <w:b/>
        <w:bCs/>
        <w:sz w:val="18"/>
        <w:szCs w:val="18"/>
      </w:rPr>
      <w:t>CC BY-NC 4.0 License</w:t>
    </w:r>
  </w:p>
  <w:p w14:paraId="0D2DC817" w14:textId="2BFFEC6A" w:rsidR="00EB604A" w:rsidRPr="004465B1" w:rsidRDefault="004465B1" w:rsidP="004465B1">
    <w:pPr>
      <w:pStyle w:val="Footer"/>
      <w:jc w:val="center"/>
      <w:rPr>
        <w:rFonts w:ascii="Visby CF" w:hAnsi="Visby CF"/>
        <w:b/>
        <w:bCs/>
        <w:sz w:val="18"/>
        <w:szCs w:val="18"/>
      </w:rPr>
    </w:pPr>
    <w:r w:rsidRPr="00DD1E16">
      <w:rPr>
        <w:rFonts w:ascii="Visby CF" w:hAnsi="Visby CF"/>
        <w:b/>
        <w:bCs/>
        <w:sz w:val="18"/>
        <w:szCs w:val="18"/>
      </w:rPr>
      <w:t>You are free to copy, remix, transform, build upon</w:t>
    </w:r>
    <w:r>
      <w:rPr>
        <w:rFonts w:ascii="Visby CF" w:hAnsi="Visby CF"/>
        <w:b/>
        <w:bCs/>
        <w:sz w:val="18"/>
        <w:szCs w:val="18"/>
      </w:rPr>
      <w:t>,</w:t>
    </w:r>
    <w:r w:rsidRPr="00DD1E16">
      <w:rPr>
        <w:rFonts w:ascii="Visby CF" w:hAnsi="Visby CF"/>
        <w:b/>
        <w:bCs/>
        <w:sz w:val="18"/>
        <w:szCs w:val="18"/>
      </w:rPr>
      <w:t xml:space="preserve"> and redistribute this material for NONCOMMERCIAL purposes only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CF026D" w14:textId="77777777" w:rsidR="0081298E" w:rsidRDefault="0081298E" w:rsidP="00EB604A">
      <w:pPr>
        <w:spacing w:after="0" w:line="240" w:lineRule="auto"/>
      </w:pPr>
      <w:r>
        <w:separator/>
      </w:r>
    </w:p>
  </w:footnote>
  <w:footnote w:type="continuationSeparator" w:id="0">
    <w:p w14:paraId="22995B77" w14:textId="77777777" w:rsidR="0081298E" w:rsidRDefault="0081298E" w:rsidP="00EB60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65064734">
    <w:abstractNumId w:val="8"/>
  </w:num>
  <w:num w:numId="2" w16cid:durableId="1403212495">
    <w:abstractNumId w:val="6"/>
  </w:num>
  <w:num w:numId="3" w16cid:durableId="1697000965">
    <w:abstractNumId w:val="5"/>
  </w:num>
  <w:num w:numId="4" w16cid:durableId="1117286932">
    <w:abstractNumId w:val="4"/>
  </w:num>
  <w:num w:numId="5" w16cid:durableId="1599287951">
    <w:abstractNumId w:val="7"/>
  </w:num>
  <w:num w:numId="6" w16cid:durableId="1194927230">
    <w:abstractNumId w:val="3"/>
  </w:num>
  <w:num w:numId="7" w16cid:durableId="1151361765">
    <w:abstractNumId w:val="2"/>
  </w:num>
  <w:num w:numId="8" w16cid:durableId="1220172373">
    <w:abstractNumId w:val="1"/>
  </w:num>
  <w:num w:numId="9" w16cid:durableId="1076365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D396E"/>
    <w:rsid w:val="0015074B"/>
    <w:rsid w:val="001766CF"/>
    <w:rsid w:val="0029639D"/>
    <w:rsid w:val="00326F90"/>
    <w:rsid w:val="004465B1"/>
    <w:rsid w:val="00452429"/>
    <w:rsid w:val="004F7FF1"/>
    <w:rsid w:val="00583468"/>
    <w:rsid w:val="007C5AA5"/>
    <w:rsid w:val="0081298E"/>
    <w:rsid w:val="008439EA"/>
    <w:rsid w:val="008D66AC"/>
    <w:rsid w:val="00A3219D"/>
    <w:rsid w:val="00AA1D8D"/>
    <w:rsid w:val="00AA2018"/>
    <w:rsid w:val="00B47730"/>
    <w:rsid w:val="00BB1207"/>
    <w:rsid w:val="00C61E74"/>
    <w:rsid w:val="00CB0664"/>
    <w:rsid w:val="00D32392"/>
    <w:rsid w:val="00D67B2E"/>
    <w:rsid w:val="00DC3DA7"/>
    <w:rsid w:val="00DD7199"/>
    <w:rsid w:val="00DE2547"/>
    <w:rsid w:val="00E233A6"/>
    <w:rsid w:val="00E3670C"/>
    <w:rsid w:val="00EB604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69DD07AC"/>
  <w14:defaultImageDpi w14:val="300"/>
  <w15:docId w15:val="{8E7E7DB2-E6EE-5843-8C54-B1914B848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Fred Every</cp:lastModifiedBy>
  <cp:revision>4</cp:revision>
  <dcterms:created xsi:type="dcterms:W3CDTF">2025-05-05T11:46:00Z</dcterms:created>
  <dcterms:modified xsi:type="dcterms:W3CDTF">2025-08-07T06:09:00Z</dcterms:modified>
  <cp:category/>
</cp:coreProperties>
</file>