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513E1E83" w:rsidR="00452429" w:rsidRPr="00452429" w:rsidRDefault="00452429" w:rsidP="00452429">
      <w:pPr>
        <w:pStyle w:val="Title"/>
        <w:rPr>
          <w:rFonts w:ascii="TeachersPet" w:hAnsi="TeachersPet"/>
          <w:color w:val="000000" w:themeColor="text1"/>
          <w:sz w:val="96"/>
          <w:szCs w:val="96"/>
        </w:rPr>
      </w:pPr>
      <w:r w:rsidRPr="00452429">
        <w:rPr>
          <w:rFonts w:ascii="TeachersPet" w:hAnsi="TeachersPet"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29DFE87C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61677F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19130DBC" w14:textId="35962DE0" w:rsidR="00DD7199" w:rsidRPr="00452429" w:rsidRDefault="00000000" w:rsidP="00452429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452429">
        <w:rPr>
          <w:rFonts w:ascii="TeachersPet" w:hAnsi="TeachersPet"/>
          <w:color w:val="000000" w:themeColor="text1"/>
          <w:sz w:val="72"/>
          <w:szCs w:val="72"/>
        </w:rPr>
        <w:t>Accident Report Form</w:t>
      </w:r>
    </w:p>
    <w:p w14:paraId="30F609EC" w14:textId="648206AA" w:rsidR="00452429" w:rsidRPr="00452429" w:rsidRDefault="00452429" w:rsidP="00452429">
      <w:pPr>
        <w:pStyle w:val="Heading1"/>
        <w:spacing w:line="240" w:lineRule="auto"/>
        <w:rPr>
          <w:rFonts w:ascii="TeachersPet" w:hAnsi="TeachersPet"/>
          <w:color w:val="000000" w:themeColor="text1"/>
          <w:sz w:val="40"/>
          <w:szCs w:val="40"/>
        </w:rPr>
      </w:pPr>
      <w:r w:rsidRPr="00452429">
        <w:rPr>
          <w:rFonts w:ascii="TeachersPet" w:hAnsi="TeachersPe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6108401" wp14:editId="46DADF68">
                <wp:simplePos x="0" y="0"/>
                <wp:positionH relativeFrom="column">
                  <wp:posOffset>-4445</wp:posOffset>
                </wp:positionH>
                <wp:positionV relativeFrom="paragraph">
                  <wp:posOffset>49560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8F3FE" w14:textId="3644BB6F" w:rsidR="00452429" w:rsidRPr="00452429" w:rsidRDefault="00452429" w:rsidP="00452429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084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3.9pt;width:108pt;height:1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" fillcolor="white [3201]" stroked="f" strokeweight=".5pt">
                <v:textbox>
                  <w:txbxContent>
                    <w:p w14:paraId="0EE8F3FE" w14:textId="3644BB6F" w:rsidR="00452429" w:rsidRPr="00452429" w:rsidRDefault="00452429" w:rsidP="00452429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0B02A2AB" w14:textId="69E77C0C" w:rsidR="00DD7199" w:rsidRPr="00452429" w:rsidRDefault="00000000" w:rsidP="00452429">
      <w:pPr>
        <w:pStyle w:val="Heading1"/>
        <w:spacing w:before="120" w:line="240" w:lineRule="auto"/>
        <w:ind w:left="-57"/>
        <w:rPr>
          <w:rFonts w:ascii="TeachersPet" w:hAnsi="TeachersPet"/>
          <w:color w:val="000000" w:themeColor="text1"/>
          <w:sz w:val="40"/>
          <w:szCs w:val="40"/>
        </w:rPr>
      </w:pPr>
      <w:r w:rsidRPr="00452429">
        <w:rPr>
          <w:rFonts w:ascii="TeachersPet" w:hAnsi="TeachersPet"/>
          <w:color w:val="000000" w:themeColor="text1"/>
          <w:sz w:val="40"/>
          <w:szCs w:val="40"/>
        </w:rPr>
        <w:t>1. Child Information</w:t>
      </w:r>
    </w:p>
    <w:p w14:paraId="7F272487" w14:textId="4BC3FDA9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Full Name: ___________________________________________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</w:t>
      </w:r>
    </w:p>
    <w:p w14:paraId="7B20424E" w14:textId="47592118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Date of Birth: 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>Age: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 xml:space="preserve"> _________________________________________</w:t>
      </w:r>
    </w:p>
    <w:p w14:paraId="1F9C9EED" w14:textId="5134A012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Classroom/Group: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5689B5D9" w14:textId="77777777" w:rsidR="00DD7199" w:rsidRPr="00452429" w:rsidRDefault="00000000" w:rsidP="00452429">
      <w:pPr>
        <w:pStyle w:val="Heading1"/>
        <w:spacing w:line="240" w:lineRule="auto"/>
        <w:rPr>
          <w:rFonts w:ascii="TeachersPet" w:hAnsi="TeachersPet"/>
          <w:color w:val="000000" w:themeColor="text1"/>
          <w:sz w:val="40"/>
          <w:szCs w:val="40"/>
        </w:rPr>
      </w:pPr>
      <w:r w:rsidRPr="00452429">
        <w:rPr>
          <w:rFonts w:ascii="TeachersPet" w:hAnsi="TeachersPet"/>
          <w:color w:val="000000" w:themeColor="text1"/>
          <w:sz w:val="40"/>
          <w:szCs w:val="40"/>
        </w:rPr>
        <w:t>2. Incident Details</w:t>
      </w:r>
    </w:p>
    <w:p w14:paraId="6201D0DD" w14:textId="6FB23000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Date of Incident: 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>Time of Incident: 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</w:t>
      </w:r>
    </w:p>
    <w:p w14:paraId="7AB6A93D" w14:textId="560B2A5E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Location (e.g., playground, classroom)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: 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</w:t>
      </w:r>
    </w:p>
    <w:p w14:paraId="4C878C22" w14:textId="05652B19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Staff Present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: _________________________________________________________________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</w:t>
      </w:r>
    </w:p>
    <w:p w14:paraId="0717E1AD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Describe what happened (include events leading up to and following the incident):</w:t>
      </w:r>
    </w:p>
    <w:p w14:paraId="57A5A87C" w14:textId="134CA094" w:rsidR="00452429" w:rsidRDefault="00452429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</w:t>
      </w:r>
    </w:p>
    <w:p w14:paraId="30B417A4" w14:textId="7A34EB2D" w:rsidR="00DD7199" w:rsidRPr="00293A64" w:rsidRDefault="00293A64" w:rsidP="00452429">
      <w:pPr>
        <w:spacing w:line="240" w:lineRule="auto"/>
        <w:rPr>
          <w:rFonts w:ascii="TeachersPet" w:hAnsi="TeachersPet"/>
          <w:b/>
          <w:bCs/>
          <w:color w:val="000000" w:themeColor="text1"/>
          <w:sz w:val="40"/>
          <w:szCs w:val="40"/>
        </w:rPr>
      </w:pPr>
      <w:r>
        <w:rPr>
          <w:rFonts w:ascii="TeachersPet" w:hAnsi="TeachersPet"/>
          <w:b/>
          <w:bCs/>
          <w:color w:val="000000" w:themeColor="text1"/>
          <w:sz w:val="40"/>
          <w:szCs w:val="40"/>
        </w:rPr>
        <w:t xml:space="preserve">3. </w:t>
      </w:r>
      <w:r w:rsidR="00000000" w:rsidRPr="00293A64">
        <w:rPr>
          <w:rFonts w:ascii="TeachersPet" w:hAnsi="TeachersPet"/>
          <w:b/>
          <w:bCs/>
          <w:color w:val="000000" w:themeColor="text1"/>
          <w:sz w:val="40"/>
          <w:szCs w:val="40"/>
        </w:rPr>
        <w:t>Type of Injury (check all that apply):</w:t>
      </w:r>
    </w:p>
    <w:p w14:paraId="62DC8D66" w14:textId="77777777" w:rsid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Bump/Bruise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Cut/Scrape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Bite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Burn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Nosebleed  </w:t>
      </w:r>
    </w:p>
    <w:p w14:paraId="41FC6511" w14:textId="7F206338" w:rsidR="0045242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Other:___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___________________</w:t>
      </w:r>
    </w:p>
    <w:p w14:paraId="61362330" w14:textId="280D0533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Body Part(s) Injured: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___________________</w:t>
      </w:r>
    </w:p>
    <w:p w14:paraId="74F0D66E" w14:textId="1533147C" w:rsidR="00DD719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Cause of Incident (e.g., fall, collision, object)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: 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</w:t>
      </w:r>
    </w:p>
    <w:p w14:paraId="098BC636" w14:textId="523FCBC0" w:rsidR="00293A64" w:rsidRPr="00293A64" w:rsidRDefault="00D67B2E" w:rsidP="00293A64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>
        <w:rPr>
          <w:rFonts w:ascii="TeachersPet" w:hAnsi="TeachersPet"/>
          <w:color w:val="000000" w:themeColor="text1"/>
          <w:sz w:val="32"/>
          <w:szCs w:val="32"/>
        </w:rPr>
        <w:t>Others involved: ______________________________________________________________________________</w:t>
      </w:r>
    </w:p>
    <w:p w14:paraId="5ED547B9" w14:textId="77777777" w:rsidR="00293A64" w:rsidRDefault="00293A64" w:rsidP="00293A64"/>
    <w:p w14:paraId="66E49155" w14:textId="77777777" w:rsidR="00293A64" w:rsidRDefault="00293A64" w:rsidP="00293A64"/>
    <w:p w14:paraId="7C484151" w14:textId="77777777" w:rsidR="00293A64" w:rsidRDefault="00293A64" w:rsidP="00293A64"/>
    <w:p w14:paraId="182B4984" w14:textId="77777777" w:rsidR="00293A64" w:rsidRDefault="00293A64" w:rsidP="00293A64"/>
    <w:p w14:paraId="565F2CAD" w14:textId="7AFEB323" w:rsidR="00DD7199" w:rsidRPr="00293A64" w:rsidRDefault="00000000" w:rsidP="00293A64">
      <w:pPr>
        <w:rPr>
          <w:rFonts w:ascii="TeachersPet" w:hAnsi="TeachersPet"/>
          <w:b/>
          <w:bCs/>
          <w:sz w:val="40"/>
          <w:szCs w:val="40"/>
        </w:rPr>
      </w:pPr>
      <w:r w:rsidRPr="00293A64">
        <w:rPr>
          <w:rFonts w:ascii="TeachersPet" w:hAnsi="TeachersPet"/>
          <w:b/>
          <w:bCs/>
          <w:sz w:val="40"/>
          <w:szCs w:val="40"/>
        </w:rPr>
        <w:lastRenderedPageBreak/>
        <w:t>4. Action Taken</w:t>
      </w:r>
    </w:p>
    <w:p w14:paraId="1C41C649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First Aid Provided:</w:t>
      </w:r>
    </w:p>
    <w:p w14:paraId="132FC6B1" w14:textId="77777777" w:rsid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Ice Pack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Cleaned Wound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Bandage Applied 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CPR/Rescue Breathing  </w:t>
      </w:r>
    </w:p>
    <w:p w14:paraId="2260A567" w14:textId="5A5FF129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Other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: _________________________________________________________________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___________________</w:t>
      </w:r>
    </w:p>
    <w:p w14:paraId="70B633CF" w14:textId="60B3270A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By Whom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: _________________________________________________________________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___________________</w:t>
      </w:r>
    </w:p>
    <w:p w14:paraId="18EE92C6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Was Emergency Medical Service Called?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1381721A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Time Called (if applicable): ____________________</w:t>
      </w:r>
    </w:p>
    <w:p w14:paraId="6802FD73" w14:textId="5EF6FCD5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Taken to </w:t>
      </w:r>
      <w:r w:rsidR="00452429">
        <w:rPr>
          <w:rFonts w:ascii="TeachersPet" w:hAnsi="TeachersPet"/>
          <w:color w:val="000000" w:themeColor="text1"/>
          <w:sz w:val="32"/>
          <w:szCs w:val="32"/>
        </w:rPr>
        <w:t xml:space="preserve">the 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Hospital?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55C212D9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Hospital Name (if applicable): ________________________________________</w:t>
      </w:r>
    </w:p>
    <w:p w14:paraId="1159E228" w14:textId="77777777" w:rsidR="00DD7199" w:rsidRPr="00452429" w:rsidRDefault="00000000" w:rsidP="00452429">
      <w:pPr>
        <w:pStyle w:val="Heading1"/>
        <w:spacing w:line="240" w:lineRule="auto"/>
        <w:rPr>
          <w:rFonts w:ascii="TeachersPet" w:hAnsi="TeachersPet"/>
          <w:color w:val="000000" w:themeColor="text1"/>
          <w:sz w:val="40"/>
          <w:szCs w:val="40"/>
        </w:rPr>
      </w:pPr>
      <w:r w:rsidRPr="00452429">
        <w:rPr>
          <w:rFonts w:ascii="TeachersPet" w:hAnsi="TeachersPet"/>
          <w:color w:val="000000" w:themeColor="text1"/>
          <w:sz w:val="40"/>
          <w:szCs w:val="40"/>
        </w:rPr>
        <w:t>5. Parent/Guardian Notification</w:t>
      </w:r>
    </w:p>
    <w:p w14:paraId="4045CB68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Parent/Guardian Contacted?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50993B6F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Time Contacted: ____________________</w:t>
      </w:r>
    </w:p>
    <w:p w14:paraId="2189E552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Method: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Phone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In Person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Note </w:t>
      </w:r>
      <w:r w:rsidRPr="00452429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t xml:space="preserve"> Other: ______________</w:t>
      </w:r>
    </w:p>
    <w:p w14:paraId="422F4604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Contacted By (staff name): ____________________________</w:t>
      </w:r>
    </w:p>
    <w:p w14:paraId="2A9DEF61" w14:textId="77777777" w:rsidR="00DD7199" w:rsidRPr="00452429" w:rsidRDefault="00000000" w:rsidP="00452429">
      <w:pPr>
        <w:pStyle w:val="Heading1"/>
        <w:spacing w:line="240" w:lineRule="auto"/>
        <w:rPr>
          <w:rFonts w:ascii="TeachersPet" w:hAnsi="TeachersPet"/>
          <w:color w:val="000000" w:themeColor="text1"/>
          <w:sz w:val="40"/>
          <w:szCs w:val="40"/>
        </w:rPr>
      </w:pPr>
      <w:r w:rsidRPr="00452429">
        <w:rPr>
          <w:rFonts w:ascii="TeachersPet" w:hAnsi="TeachersPet"/>
          <w:color w:val="000000" w:themeColor="text1"/>
          <w:sz w:val="40"/>
          <w:szCs w:val="40"/>
        </w:rPr>
        <w:t>6. Follow-Up Plan/Comments</w:t>
      </w:r>
    </w:p>
    <w:p w14:paraId="64C99334" w14:textId="42A6C7D2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___________________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</w:t>
      </w:r>
      <w:r w:rsidR="00452429" w:rsidRPr="00452429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</w:t>
      </w:r>
      <w:r w:rsidR="00452429">
        <w:rPr>
          <w:rFonts w:ascii="TeachersPet" w:hAnsi="TeachersPet"/>
          <w:color w:val="000000" w:themeColor="text1"/>
          <w:sz w:val="32"/>
          <w:szCs w:val="32"/>
        </w:rPr>
        <w:t>___________________</w:t>
      </w:r>
    </w:p>
    <w:p w14:paraId="24212030" w14:textId="77777777" w:rsidR="00DD7199" w:rsidRPr="00452429" w:rsidRDefault="00000000" w:rsidP="00452429">
      <w:pPr>
        <w:pStyle w:val="Heading1"/>
        <w:spacing w:line="240" w:lineRule="auto"/>
        <w:rPr>
          <w:rFonts w:ascii="TeachersPet" w:hAnsi="TeachersPet"/>
          <w:color w:val="000000" w:themeColor="text1"/>
          <w:sz w:val="40"/>
          <w:szCs w:val="40"/>
        </w:rPr>
      </w:pPr>
      <w:r w:rsidRPr="00452429">
        <w:rPr>
          <w:rFonts w:ascii="TeachersPet" w:hAnsi="TeachersPet"/>
          <w:color w:val="000000" w:themeColor="text1"/>
          <w:sz w:val="40"/>
          <w:szCs w:val="40"/>
        </w:rPr>
        <w:t>7. Signatures</w:t>
      </w:r>
    </w:p>
    <w:p w14:paraId="25DC934D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Staff Member Completing Report: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br/>
        <w:t>Name: _______________________ Signature: _____________________ Date: ___________</w:t>
      </w:r>
    </w:p>
    <w:p w14:paraId="1A0BBDDA" w14:textId="77777777" w:rsidR="00DD7199" w:rsidRPr="0045242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Director/Administrator Review: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br/>
        <w:t>Name: _______________________ Signature: _____________________ Date: ___________</w:t>
      </w:r>
    </w:p>
    <w:p w14:paraId="4F7F159B" w14:textId="34D05741" w:rsidR="00DD7199" w:rsidRDefault="00000000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  <w:r w:rsidRPr="00452429">
        <w:rPr>
          <w:rFonts w:ascii="TeachersPet" w:hAnsi="TeachersPet"/>
          <w:color w:val="000000" w:themeColor="text1"/>
          <w:sz w:val="32"/>
          <w:szCs w:val="32"/>
        </w:rPr>
        <w:t>Parent/Guardian:</w:t>
      </w:r>
      <w:r w:rsidRPr="00452429">
        <w:rPr>
          <w:rFonts w:ascii="TeachersPet" w:hAnsi="TeachersPet"/>
          <w:color w:val="000000" w:themeColor="text1"/>
          <w:sz w:val="32"/>
          <w:szCs w:val="32"/>
        </w:rPr>
        <w:br/>
        <w:t>Name: _______________________ Signature: _____________________ Date: ___________</w:t>
      </w:r>
    </w:p>
    <w:p w14:paraId="3F60965E" w14:textId="65DFA0C5" w:rsidR="00EB604A" w:rsidRPr="00452429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452429" w:rsidSect="00DD1E16">
      <w:footerReference w:type="default" r:id="rId8"/>
      <w:pgSz w:w="12240" w:h="15840"/>
      <w:pgMar w:top="720" w:right="720" w:bottom="720" w:left="720" w:header="45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4BDA7" w14:textId="77777777" w:rsidR="00EA535D" w:rsidRDefault="00EA535D" w:rsidP="00EB604A">
      <w:pPr>
        <w:spacing w:after="0" w:line="240" w:lineRule="auto"/>
      </w:pPr>
      <w:r>
        <w:separator/>
      </w:r>
    </w:p>
  </w:endnote>
  <w:endnote w:type="continuationSeparator" w:id="0">
    <w:p w14:paraId="556BF924" w14:textId="77777777" w:rsidR="00EA535D" w:rsidRDefault="00EA535D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DC817" w14:textId="4DF4FA7F" w:rsidR="00EB604A" w:rsidRPr="00DD1E16" w:rsidRDefault="00DD1E16" w:rsidP="00DD1E16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4C0B4D7B" w14:textId="37362998" w:rsidR="00DD1E16" w:rsidRPr="00DD1E16" w:rsidRDefault="00DD1E16" w:rsidP="00DD1E16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B61FC" w14:textId="77777777" w:rsidR="00EA535D" w:rsidRDefault="00EA535D" w:rsidP="00EB604A">
      <w:pPr>
        <w:spacing w:after="0" w:line="240" w:lineRule="auto"/>
      </w:pPr>
      <w:r>
        <w:separator/>
      </w:r>
    </w:p>
  </w:footnote>
  <w:footnote w:type="continuationSeparator" w:id="0">
    <w:p w14:paraId="41C54153" w14:textId="77777777" w:rsidR="00EA535D" w:rsidRDefault="00EA535D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CFC"/>
    <w:rsid w:val="00034616"/>
    <w:rsid w:val="0006063C"/>
    <w:rsid w:val="000D396E"/>
    <w:rsid w:val="0015074B"/>
    <w:rsid w:val="00293A64"/>
    <w:rsid w:val="0029639D"/>
    <w:rsid w:val="00326F90"/>
    <w:rsid w:val="00452429"/>
    <w:rsid w:val="007C5AA5"/>
    <w:rsid w:val="008439EA"/>
    <w:rsid w:val="00AA1D8D"/>
    <w:rsid w:val="00B47730"/>
    <w:rsid w:val="00BB1207"/>
    <w:rsid w:val="00CB0664"/>
    <w:rsid w:val="00D32392"/>
    <w:rsid w:val="00D67B2E"/>
    <w:rsid w:val="00DC3DA7"/>
    <w:rsid w:val="00DD1E16"/>
    <w:rsid w:val="00DD7199"/>
    <w:rsid w:val="00EA535D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7</cp:revision>
  <dcterms:created xsi:type="dcterms:W3CDTF">2025-05-05T09:24:00Z</dcterms:created>
  <dcterms:modified xsi:type="dcterms:W3CDTF">2025-07-23T08:58:00Z</dcterms:modified>
  <cp:category/>
</cp:coreProperties>
</file>