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7BA7664" w14:textId="77DE303B" w:rsidR="008E68FD" w:rsidRPr="00537C3B" w:rsidRDefault="008E68FD" w:rsidP="008E68FD">
      <w:p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rPr>
          <w:rFonts w:ascii="TeachersPet" w:eastAsia="Google Sans Text" w:hAnsi="TeachersPet" w:cs="Google Sans Text"/>
          <w:color w:val="1B1C1D"/>
          <w:sz w:val="72"/>
          <w:szCs w:val="72"/>
        </w:rPr>
      </w:pPr>
      <w:r w:rsidRPr="00537C3B">
        <w:rPr>
          <w:rFonts w:ascii="TeachersPet" w:hAnsi="TeachersPet"/>
          <w:noProof/>
          <w:color w:val="000000" w:themeColor="text1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0D7DDDEB" wp14:editId="6E8B6B82">
                <wp:simplePos x="0" y="0"/>
                <wp:positionH relativeFrom="column">
                  <wp:posOffset>-71120</wp:posOffset>
                </wp:positionH>
                <wp:positionV relativeFrom="paragraph">
                  <wp:posOffset>13065</wp:posOffset>
                </wp:positionV>
                <wp:extent cx="1488559" cy="1477926"/>
                <wp:effectExtent l="12700" t="12700" r="10160" b="8255"/>
                <wp:wrapSquare wrapText="bothSides"/>
                <wp:docPr id="1295468574" name="Rounded 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88559" cy="1477926"/>
                        </a:xfrm>
                        <a:prstGeom prst="roundRect">
                          <a:avLst/>
                        </a:prstGeom>
                        <a:ln>
                          <a:prstDash val="sysDot"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38A1F0E2" id="Rounded Rectangle 1" o:spid="_x0000_s1026" style="position:absolute;margin-left:-5.6pt;margin-top:1.05pt;width:117.2pt;height:116.35pt;z-index:251654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" fillcolor="white [3201]" strokecolor="black [3200]" strokeweight="2pt">
                <v:stroke dashstyle="1 1"/>
                <w10:wrap type="square"/>
              </v:roundrect>
            </w:pict>
          </mc:Fallback>
        </mc:AlternateContent>
      </w:r>
      <w:r w:rsidRPr="00537C3B">
        <w:rPr>
          <w:rFonts w:ascii="TeachersPet" w:eastAsia="Google Sans Text" w:hAnsi="TeachersPet" w:cs="Google Sans Text"/>
          <w:color w:val="1B1C1D"/>
          <w:sz w:val="72"/>
          <w:szCs w:val="72"/>
        </w:rPr>
        <w:t>[</w:t>
      </w:r>
      <w:r w:rsidR="00A82A10">
        <w:rPr>
          <w:rFonts w:ascii="TeachersPet" w:eastAsia="Google Sans Text" w:hAnsi="TeachersPet" w:cs="Google Sans Text"/>
          <w:color w:val="1B1C1D"/>
          <w:sz w:val="72"/>
          <w:szCs w:val="72"/>
        </w:rPr>
        <w:t>S</w:t>
      </w:r>
      <w:r w:rsidRPr="00537C3B">
        <w:rPr>
          <w:rFonts w:ascii="TeachersPet" w:eastAsia="Google Sans Text" w:hAnsi="TeachersPet" w:cs="Google Sans Text"/>
          <w:color w:val="1B1C1D"/>
          <w:sz w:val="72"/>
          <w:szCs w:val="72"/>
        </w:rPr>
        <w:t xml:space="preserve">chool Name] </w:t>
      </w:r>
      <w:r w:rsidR="00537C3B" w:rsidRPr="00537C3B">
        <w:rPr>
          <w:rFonts w:ascii="TeachersPet" w:eastAsia="Google Sans" w:hAnsi="TeachersPet" w:cs="Google Sans"/>
          <w:color w:val="1B1C1D"/>
          <w:sz w:val="72"/>
          <w:szCs w:val="72"/>
          <w:lang w:val="en-ZA"/>
        </w:rPr>
        <w:t>Learning Programme</w:t>
      </w:r>
    </w:p>
    <w:p w14:paraId="3B18510D" w14:textId="1F8CC1C9" w:rsidR="00452429" w:rsidRDefault="00452429" w:rsidP="00452429">
      <w:pPr>
        <w:pStyle w:val="Title"/>
        <w:rPr>
          <w:rFonts w:ascii="TeachersPet" w:hAnsi="TeachersPet"/>
          <w:color w:val="000000" w:themeColor="text1"/>
          <w:sz w:val="32"/>
          <w:szCs w:val="32"/>
        </w:rPr>
      </w:pPr>
    </w:p>
    <w:p w14:paraId="7DDD7A5B" w14:textId="5024908E" w:rsidR="00A82A10" w:rsidRDefault="00A82A10" w:rsidP="00A82A10">
      <w:pPr>
        <w:rPr>
          <w:lang w:val="en-ZA"/>
        </w:rPr>
      </w:pPr>
    </w:p>
    <w:p w14:paraId="40D0A0D6" w14:textId="25CA88BB" w:rsidR="00A82A10" w:rsidRDefault="00A82A10" w:rsidP="00A82A10">
      <w:pPr>
        <w:rPr>
          <w:lang w:val="en-ZA"/>
        </w:rPr>
      </w:pPr>
      <w:r w:rsidRPr="00537C3B">
        <w:rPr>
          <w:rFonts w:ascii="TeachersPet" w:hAnsi="TeachersPet"/>
          <w:noProof/>
          <w:color w:val="000000" w:themeColor="text1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99F6F60" wp14:editId="24AE8DB5">
                <wp:simplePos x="0" y="0"/>
                <wp:positionH relativeFrom="column">
                  <wp:posOffset>-5715</wp:posOffset>
                </wp:positionH>
                <wp:positionV relativeFrom="paragraph">
                  <wp:posOffset>40673</wp:posOffset>
                </wp:positionV>
                <wp:extent cx="1371600" cy="170831"/>
                <wp:effectExtent l="0" t="0" r="0" b="0"/>
                <wp:wrapNone/>
                <wp:docPr id="1097117914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71600" cy="17083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D5D0BCD" w14:textId="77777777" w:rsidR="008E68FD" w:rsidRPr="00452429" w:rsidRDefault="008E68FD" w:rsidP="008E68FD">
                            <w:pPr>
                              <w:jc w:val="center"/>
                              <w:rPr>
                                <w:rFonts w:ascii="TeachersPet" w:hAnsi="TeachersPet"/>
                                <w:b/>
                                <w:bCs/>
                                <w:sz w:val="15"/>
                                <w:szCs w:val="15"/>
                              </w:rPr>
                            </w:pPr>
                            <w:r w:rsidRPr="00452429">
                              <w:rPr>
                                <w:rFonts w:ascii="TeachersPet" w:hAnsi="TeachersPet"/>
                                <w:b/>
                                <w:bCs/>
                                <w:sz w:val="15"/>
                                <w:szCs w:val="15"/>
                              </w:rPr>
                              <w:t>INSERT SCHOOL LOGO/STAMP HERE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99F6F6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.45pt;margin-top:3.2pt;width:108pt;height:13.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" fillcolor="white [3201]" stroked="f" strokeweight=".5pt">
                <v:textbox>
                  <w:txbxContent>
                    <w:p w14:paraId="6D5D0BCD" w14:textId="77777777" w:rsidR="008E68FD" w:rsidRPr="00452429" w:rsidRDefault="008E68FD" w:rsidP="008E68FD">
                      <w:pPr>
                        <w:jc w:val="center"/>
                        <w:rPr>
                          <w:rFonts w:ascii="TeachersPet" w:hAnsi="TeachersPet"/>
                          <w:b/>
                          <w:bCs/>
                          <w:sz w:val="15"/>
                          <w:szCs w:val="15"/>
                        </w:rPr>
                      </w:pPr>
                      <w:r w:rsidRPr="00452429">
                        <w:rPr>
                          <w:rFonts w:ascii="TeachersPet" w:hAnsi="TeachersPet"/>
                          <w:b/>
                          <w:bCs/>
                          <w:sz w:val="15"/>
                          <w:szCs w:val="15"/>
                        </w:rPr>
                        <w:t>INSERT SCHOOL LOGO/STAMP HERE</w:t>
                      </w:r>
                    </w:p>
                  </w:txbxContent>
                </v:textbox>
              </v:shape>
            </w:pict>
          </mc:Fallback>
        </mc:AlternateContent>
      </w:r>
    </w:p>
    <w:p w14:paraId="5D3CD72C" w14:textId="77777777" w:rsidR="00A82A10" w:rsidRPr="00A82A10" w:rsidRDefault="00537C3B" w:rsidP="00A82A10">
      <w:pPr>
        <w:rPr>
          <w:rFonts w:ascii="TeachersPet" w:hAnsi="TeachersPet"/>
          <w:b/>
          <w:bCs/>
          <w:sz w:val="32"/>
          <w:szCs w:val="32"/>
          <w:lang w:val="en-ZA"/>
        </w:rPr>
      </w:pPr>
      <w:r w:rsidRPr="00A82A10">
        <w:rPr>
          <w:rFonts w:ascii="TeachersPet" w:hAnsi="TeachersPet"/>
          <w:b/>
          <w:bCs/>
          <w:sz w:val="32"/>
          <w:szCs w:val="32"/>
          <w:lang w:val="en-ZA"/>
        </w:rPr>
        <w:t>THEME :</w:t>
      </w:r>
    </w:p>
    <w:p w14:paraId="20BD9D58" w14:textId="77777777" w:rsidR="00A82A10" w:rsidRPr="00A82A10" w:rsidRDefault="00537C3B" w:rsidP="00A82A10">
      <w:pPr>
        <w:rPr>
          <w:rFonts w:ascii="TeachersPet" w:eastAsia="Google Sans" w:hAnsi="TeachersPet" w:cs="Google Sans"/>
          <w:color w:val="1B1C1D"/>
          <w:sz w:val="32"/>
          <w:szCs w:val="32"/>
          <w:lang w:val="en-ZA"/>
        </w:rPr>
      </w:pPr>
      <w:r w:rsidRPr="00A82A10">
        <w:rPr>
          <w:rFonts w:ascii="TeachersPet" w:eastAsia="Google Sans" w:hAnsi="TeachersPet" w:cs="Google Sans"/>
          <w:color w:val="1B1C1D"/>
          <w:sz w:val="32"/>
          <w:szCs w:val="32"/>
          <w:lang w:val="en-ZA"/>
        </w:rPr>
        <w:t>Age Group:____________________________Duration:___________________________________________</w:t>
      </w:r>
    </w:p>
    <w:p w14:paraId="34B28C9D" w14:textId="77777777" w:rsidR="00A82A10" w:rsidRPr="00A82A10" w:rsidRDefault="00537C3B" w:rsidP="00A82A10">
      <w:pPr>
        <w:rPr>
          <w:rFonts w:ascii="TeachersPet" w:eastAsia="Google Sans" w:hAnsi="TeachersPet" w:cs="Google Sans"/>
          <w:color w:val="1B1C1D"/>
          <w:sz w:val="32"/>
          <w:szCs w:val="32"/>
          <w:lang w:val="en-ZA"/>
        </w:rPr>
      </w:pPr>
      <w:r w:rsidRPr="00A82A10">
        <w:rPr>
          <w:rFonts w:ascii="TeachersPet" w:eastAsia="Google Sans" w:hAnsi="TeachersPet" w:cs="Google Sans"/>
          <w:color w:val="1B1C1D"/>
          <w:sz w:val="32"/>
          <w:szCs w:val="32"/>
          <w:lang w:val="en-ZA"/>
        </w:rPr>
        <w:t>Teacher(s): _______________________________________________________________________________</w:t>
      </w:r>
    </w:p>
    <w:p w14:paraId="41E85BA1" w14:textId="77777777" w:rsidR="00A82A10" w:rsidRPr="00A82A10" w:rsidRDefault="00537C3B" w:rsidP="00A82A10">
      <w:pPr>
        <w:rPr>
          <w:rFonts w:ascii="TeachersPet" w:eastAsia="Google Sans" w:hAnsi="TeachersPet" w:cs="Google Sans"/>
          <w:b/>
          <w:bCs/>
          <w:color w:val="1B1C1D"/>
          <w:sz w:val="32"/>
          <w:szCs w:val="32"/>
          <w:lang w:val="en-ZA"/>
        </w:rPr>
      </w:pPr>
      <w:r w:rsidRPr="00A82A10">
        <w:rPr>
          <w:rFonts w:ascii="TeachersPet" w:eastAsia="Google Sans" w:hAnsi="TeachersPet" w:cs="Google Sans"/>
          <w:b/>
          <w:bCs/>
          <w:color w:val="1B1C1D"/>
          <w:sz w:val="32"/>
          <w:szCs w:val="32"/>
          <w:lang w:val="en-ZA"/>
        </w:rPr>
        <w:t>Overarching Goals for the Week:</w:t>
      </w:r>
    </w:p>
    <w:p w14:paraId="508D2D27" w14:textId="77777777" w:rsidR="00A82A10" w:rsidRPr="00A82A10" w:rsidRDefault="00537C3B" w:rsidP="00A82A10">
      <w:pPr>
        <w:rPr>
          <w:rFonts w:ascii="TeachersPet" w:eastAsia="Google Sans" w:hAnsi="TeachersPet" w:cs="Google Sans"/>
          <w:color w:val="1B1C1D"/>
          <w:sz w:val="32"/>
          <w:szCs w:val="32"/>
          <w:lang w:val="en-ZA"/>
        </w:rPr>
      </w:pPr>
      <w:r w:rsidRPr="00A82A10">
        <w:rPr>
          <w:rFonts w:ascii="TeachersPet" w:eastAsia="Google Sans" w:hAnsi="TeachersPet" w:cs="Google Sans"/>
          <w:color w:val="1B1C1D"/>
          <w:sz w:val="32"/>
          <w:szCs w:val="32"/>
          <w:lang w:val="en-ZA"/>
        </w:rPr>
        <w:t>____________________________________________________________________________________</w:t>
      </w:r>
    </w:p>
    <w:p w14:paraId="2D62C50A" w14:textId="77777777" w:rsidR="00A82A10" w:rsidRPr="00A82A10" w:rsidRDefault="00537C3B" w:rsidP="00A82A10">
      <w:pPr>
        <w:rPr>
          <w:rFonts w:ascii="TeachersPet" w:eastAsia="Google Sans" w:hAnsi="TeachersPet" w:cs="Google Sans"/>
          <w:color w:val="1B1C1D"/>
          <w:sz w:val="32"/>
          <w:szCs w:val="32"/>
          <w:lang w:val="en-ZA"/>
        </w:rPr>
      </w:pPr>
      <w:r w:rsidRPr="00A82A10">
        <w:rPr>
          <w:rFonts w:ascii="TeachersPet" w:eastAsia="Google Sans" w:hAnsi="TeachersPet" w:cs="Google Sans"/>
          <w:color w:val="1B1C1D"/>
          <w:sz w:val="32"/>
          <w:szCs w:val="32"/>
          <w:lang w:val="en-ZA"/>
        </w:rPr>
        <w:t>____________________________________________________________________________________</w:t>
      </w:r>
    </w:p>
    <w:p w14:paraId="53E35DCC" w14:textId="77777777" w:rsidR="00A82A10" w:rsidRPr="00A82A10" w:rsidRDefault="00537C3B" w:rsidP="00A82A10">
      <w:pPr>
        <w:rPr>
          <w:rFonts w:ascii="TeachersPet" w:eastAsia="Google Sans" w:hAnsi="TeachersPet" w:cs="Google Sans"/>
          <w:color w:val="1B1C1D"/>
          <w:sz w:val="32"/>
          <w:szCs w:val="32"/>
          <w:lang w:val="en-ZA"/>
        </w:rPr>
      </w:pPr>
      <w:r w:rsidRPr="00A82A10">
        <w:rPr>
          <w:rFonts w:ascii="TeachersPet" w:eastAsia="Google Sans" w:hAnsi="TeachersPet" w:cs="Google Sans"/>
          <w:color w:val="1B1C1D"/>
          <w:sz w:val="32"/>
          <w:szCs w:val="32"/>
          <w:lang w:val="en-ZA"/>
        </w:rPr>
        <w:t>____________________________________________________________________________________</w:t>
      </w:r>
    </w:p>
    <w:p w14:paraId="4A53203C" w14:textId="77777777" w:rsidR="00A82A10" w:rsidRPr="00A82A10" w:rsidRDefault="00537C3B" w:rsidP="00A82A10">
      <w:pPr>
        <w:rPr>
          <w:rFonts w:ascii="TeachersPet" w:eastAsia="Google Sans" w:hAnsi="TeachersPet" w:cs="Google Sans"/>
          <w:color w:val="1B1C1D"/>
          <w:sz w:val="32"/>
          <w:szCs w:val="32"/>
          <w:lang w:val="en-ZA"/>
        </w:rPr>
      </w:pPr>
      <w:r w:rsidRPr="00A82A10">
        <w:rPr>
          <w:rFonts w:ascii="TeachersPet" w:eastAsia="Google Sans" w:hAnsi="TeachersPet" w:cs="Google Sans"/>
          <w:color w:val="1B1C1D"/>
          <w:sz w:val="32"/>
          <w:szCs w:val="32"/>
          <w:lang w:val="en-ZA"/>
        </w:rPr>
        <w:t>____________________________________________________________________________________</w:t>
      </w:r>
    </w:p>
    <w:p w14:paraId="0C7DEDB3" w14:textId="77777777" w:rsidR="00A82A10" w:rsidRPr="00A82A10" w:rsidRDefault="00537C3B" w:rsidP="00A82A10">
      <w:pPr>
        <w:rPr>
          <w:rFonts w:ascii="TeachersPet" w:eastAsia="Google Sans" w:hAnsi="TeachersPet" w:cs="Google Sans"/>
          <w:b/>
          <w:bCs/>
          <w:color w:val="1B1C1D"/>
          <w:sz w:val="32"/>
          <w:szCs w:val="32"/>
          <w:lang w:val="en-ZA"/>
        </w:rPr>
      </w:pPr>
      <w:r w:rsidRPr="00A82A10">
        <w:rPr>
          <w:rFonts w:ascii="TeachersPet" w:eastAsia="Google Sans" w:hAnsi="TeachersPet" w:cs="Google Sans"/>
          <w:b/>
          <w:bCs/>
          <w:color w:val="1B1C1D"/>
          <w:sz w:val="32"/>
          <w:szCs w:val="32"/>
          <w:lang w:val="en-ZA"/>
        </w:rPr>
        <w:t>Alignment with Curriculum:</w:t>
      </w:r>
    </w:p>
    <w:p w14:paraId="6358E6C3" w14:textId="77777777" w:rsidR="00A82A10" w:rsidRPr="00A82A10" w:rsidRDefault="00537C3B" w:rsidP="00A82A10">
      <w:pPr>
        <w:rPr>
          <w:rFonts w:ascii="TeachersPet" w:eastAsia="Google Sans" w:hAnsi="TeachersPet" w:cs="Google Sans"/>
          <w:color w:val="1B1C1D"/>
          <w:sz w:val="32"/>
          <w:szCs w:val="32"/>
          <w:lang w:val="en-ZA"/>
        </w:rPr>
      </w:pPr>
      <w:r w:rsidRPr="00A82A10">
        <w:rPr>
          <w:rFonts w:ascii="TeachersPet" w:eastAsia="Google Sans" w:hAnsi="TeachersPet" w:cs="Google Sans"/>
          <w:color w:val="1B1C1D"/>
          <w:sz w:val="32"/>
          <w:szCs w:val="32"/>
          <w:lang w:val="en-ZA"/>
        </w:rPr>
        <w:t>____________________________________________________________________________________</w:t>
      </w:r>
    </w:p>
    <w:p w14:paraId="6F850181" w14:textId="77777777" w:rsidR="00A82A10" w:rsidRPr="00A82A10" w:rsidRDefault="00537C3B" w:rsidP="00A82A10">
      <w:pPr>
        <w:rPr>
          <w:rFonts w:ascii="TeachersPet" w:eastAsia="Google Sans" w:hAnsi="TeachersPet" w:cs="Google Sans"/>
          <w:color w:val="1B1C1D"/>
          <w:sz w:val="32"/>
          <w:szCs w:val="32"/>
          <w:lang w:val="en-ZA"/>
        </w:rPr>
      </w:pPr>
      <w:r w:rsidRPr="00A82A10">
        <w:rPr>
          <w:rFonts w:ascii="TeachersPet" w:eastAsia="Google Sans" w:hAnsi="TeachersPet" w:cs="Google Sans"/>
          <w:color w:val="1B1C1D"/>
          <w:sz w:val="32"/>
          <w:szCs w:val="32"/>
          <w:lang w:val="en-ZA"/>
        </w:rPr>
        <w:t>____________________________________________________________________________________</w:t>
      </w:r>
    </w:p>
    <w:p w14:paraId="3D8723ED" w14:textId="77777777" w:rsidR="00A82A10" w:rsidRPr="00A82A10" w:rsidRDefault="00537C3B" w:rsidP="00A82A10">
      <w:pPr>
        <w:rPr>
          <w:rFonts w:ascii="TeachersPet" w:eastAsia="Google Sans" w:hAnsi="TeachersPet" w:cs="Google Sans"/>
          <w:color w:val="1B1C1D"/>
          <w:sz w:val="32"/>
          <w:szCs w:val="32"/>
          <w:lang w:val="en-ZA"/>
        </w:rPr>
      </w:pPr>
      <w:r w:rsidRPr="00A82A10">
        <w:rPr>
          <w:rFonts w:ascii="TeachersPet" w:eastAsia="Google Sans" w:hAnsi="TeachersPet" w:cs="Google Sans"/>
          <w:color w:val="1B1C1D"/>
          <w:sz w:val="32"/>
          <w:szCs w:val="32"/>
          <w:lang w:val="en-ZA"/>
        </w:rPr>
        <w:t>____________________________________________________________________________________</w:t>
      </w:r>
    </w:p>
    <w:p w14:paraId="1B196E80" w14:textId="77777777" w:rsidR="00A82A10" w:rsidRPr="00A82A10" w:rsidRDefault="00537C3B" w:rsidP="00A82A10">
      <w:pPr>
        <w:rPr>
          <w:rFonts w:ascii="TeachersPet" w:eastAsia="Google Sans" w:hAnsi="TeachersPet" w:cs="Google Sans"/>
          <w:color w:val="1B1C1D"/>
          <w:sz w:val="32"/>
          <w:szCs w:val="32"/>
          <w:lang w:val="en-ZA"/>
        </w:rPr>
      </w:pPr>
      <w:r w:rsidRPr="00A82A10">
        <w:rPr>
          <w:rFonts w:ascii="TeachersPet" w:eastAsia="Google Sans" w:hAnsi="TeachersPet" w:cs="Google Sans"/>
          <w:color w:val="1B1C1D"/>
          <w:sz w:val="32"/>
          <w:szCs w:val="32"/>
          <w:lang w:val="en-ZA"/>
        </w:rPr>
        <w:t>____________________________________________________________________________________</w:t>
      </w:r>
    </w:p>
    <w:p w14:paraId="6F74FB3D" w14:textId="599097B9" w:rsidR="00537C3B" w:rsidRPr="00A82A10" w:rsidRDefault="00537C3B" w:rsidP="00A82A10">
      <w:pPr>
        <w:rPr>
          <w:rFonts w:ascii="TeachersPet" w:hAnsi="TeachersPet"/>
          <w:sz w:val="32"/>
          <w:szCs w:val="32"/>
          <w:lang w:val="en-ZA"/>
        </w:rPr>
      </w:pPr>
      <w:r w:rsidRPr="00A82A10">
        <w:rPr>
          <w:rFonts w:ascii="TeachersPet" w:eastAsia="Google Sans" w:hAnsi="TeachersPet" w:cs="Google Sans"/>
          <w:color w:val="1B1C1D"/>
          <w:sz w:val="32"/>
          <w:szCs w:val="32"/>
          <w:lang w:val="en-ZA"/>
        </w:rPr>
        <w:t xml:space="preserve">____________________________________________________________________________________ </w:t>
      </w:r>
    </w:p>
    <w:p w14:paraId="1606BA75" w14:textId="77777777" w:rsidR="00A82A10" w:rsidRDefault="00A82A10" w:rsidP="00A82A10">
      <w:pPr>
        <w:rPr>
          <w:rFonts w:ascii="TeachersPet" w:eastAsia="Google Sans" w:hAnsi="TeachersPet" w:cs="Google Sans"/>
          <w:color w:val="1B1C1D"/>
          <w:sz w:val="32"/>
          <w:szCs w:val="32"/>
          <w:lang w:val="en-ZA"/>
        </w:rPr>
      </w:pPr>
    </w:p>
    <w:p w14:paraId="02565E92" w14:textId="77777777" w:rsidR="00A82A10" w:rsidRDefault="00A82A10" w:rsidP="00A82A10">
      <w:pPr>
        <w:rPr>
          <w:rFonts w:ascii="TeachersPet" w:eastAsia="Google Sans" w:hAnsi="TeachersPet" w:cs="Google Sans"/>
          <w:color w:val="1B1C1D"/>
          <w:sz w:val="32"/>
          <w:szCs w:val="32"/>
          <w:lang w:val="en-ZA"/>
        </w:rPr>
      </w:pPr>
    </w:p>
    <w:p w14:paraId="517CC70B" w14:textId="77777777" w:rsidR="00A82A10" w:rsidRDefault="00A82A10" w:rsidP="00A82A10">
      <w:pPr>
        <w:rPr>
          <w:rFonts w:ascii="TeachersPet" w:eastAsia="Google Sans" w:hAnsi="TeachersPet" w:cs="Google Sans"/>
          <w:color w:val="1B1C1D"/>
          <w:sz w:val="32"/>
          <w:szCs w:val="32"/>
          <w:lang w:val="en-ZA"/>
        </w:rPr>
      </w:pPr>
    </w:p>
    <w:p w14:paraId="2B420D7E" w14:textId="77777777" w:rsidR="00A82A10" w:rsidRDefault="00A82A10" w:rsidP="00A82A10">
      <w:pPr>
        <w:rPr>
          <w:rFonts w:ascii="TeachersPet" w:eastAsia="Google Sans" w:hAnsi="TeachersPet" w:cs="Google Sans"/>
          <w:color w:val="1B1C1D"/>
          <w:sz w:val="32"/>
          <w:szCs w:val="32"/>
          <w:lang w:val="en-ZA"/>
        </w:rPr>
      </w:pPr>
    </w:p>
    <w:p w14:paraId="13CC574B" w14:textId="77777777" w:rsidR="00A82A10" w:rsidRDefault="00A82A10" w:rsidP="00A82A10">
      <w:pPr>
        <w:rPr>
          <w:rFonts w:ascii="TeachersPet" w:eastAsia="Google Sans" w:hAnsi="TeachersPet" w:cs="Google Sans"/>
          <w:color w:val="1B1C1D"/>
          <w:sz w:val="32"/>
          <w:szCs w:val="32"/>
          <w:lang w:val="en-ZA"/>
        </w:rPr>
      </w:pPr>
    </w:p>
    <w:p w14:paraId="54E33ED0" w14:textId="77777777" w:rsidR="00A82A10" w:rsidRPr="00A82A10" w:rsidRDefault="00A82A10" w:rsidP="00A82A10">
      <w:pPr>
        <w:rPr>
          <w:rFonts w:ascii="TeachersPet" w:eastAsia="Google Sans" w:hAnsi="TeachersPet" w:cs="Google Sans"/>
          <w:color w:val="1B1C1D"/>
          <w:sz w:val="32"/>
          <w:szCs w:val="32"/>
          <w:lang w:val="en-ZA"/>
        </w:rPr>
      </w:pPr>
    </w:p>
    <w:p w14:paraId="39235D9E" w14:textId="2C034F52" w:rsidR="00537C3B" w:rsidRPr="00A82A10" w:rsidRDefault="00537C3B" w:rsidP="00A82A10">
      <w:pPr>
        <w:rPr>
          <w:rFonts w:ascii="TeachersPet" w:hAnsi="TeachersPet"/>
          <w:b/>
          <w:bCs/>
          <w:sz w:val="32"/>
          <w:szCs w:val="32"/>
          <w:lang w:val="en-ZA"/>
        </w:rPr>
      </w:pPr>
      <w:r w:rsidRPr="00A82A10">
        <w:rPr>
          <w:rFonts w:ascii="TeachersPet" w:hAnsi="TeachersPet"/>
          <w:b/>
          <w:bCs/>
          <w:sz w:val="32"/>
          <w:szCs w:val="32"/>
          <w:lang w:val="en-ZA"/>
        </w:rPr>
        <w:lastRenderedPageBreak/>
        <w:t>Weekly Activities Breakdown (Theme-Based):</w:t>
      </w:r>
    </w:p>
    <w:tbl>
      <w:tblPr>
        <w:tblpPr w:leftFromText="180" w:rightFromText="180" w:vertAnchor="text" w:tblpY="1"/>
        <w:tblOverlap w:val="never"/>
        <w:tblW w:w="0" w:type="auto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78"/>
        <w:gridCol w:w="1117"/>
        <w:gridCol w:w="1117"/>
        <w:gridCol w:w="1117"/>
        <w:gridCol w:w="1117"/>
        <w:gridCol w:w="1117"/>
        <w:gridCol w:w="1132"/>
      </w:tblGrid>
      <w:tr w:rsidR="00537C3B" w:rsidRPr="00537C3B" w14:paraId="4362FB90" w14:textId="77777777" w:rsidTr="00A20160">
        <w:trPr>
          <w:cantSplit/>
          <w:trHeight w:val="2522"/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EECE1" w:themeFill="background2"/>
            <w:tcMar>
              <w:top w:w="120" w:type="dxa"/>
              <w:left w:w="180" w:type="dxa"/>
              <w:bottom w:w="120" w:type="dxa"/>
              <w:right w:w="180" w:type="dxa"/>
            </w:tcMar>
            <w:textDirection w:val="btLr"/>
            <w:vAlign w:val="center"/>
            <w:hideMark/>
          </w:tcPr>
          <w:p w14:paraId="1CCB484C" w14:textId="77777777" w:rsidR="00537C3B" w:rsidRPr="00537C3B" w:rsidRDefault="00537C3B" w:rsidP="00A20160">
            <w:pPr>
              <w:pStyle w:val="Heading2"/>
              <w:spacing w:after="120" w:line="275" w:lineRule="auto"/>
              <w:ind w:left="113" w:right="113"/>
              <w:rPr>
                <w:rFonts w:ascii="TeachersPet" w:eastAsia="Google Sans" w:hAnsi="TeachersPet" w:cs="Google Sans"/>
                <w:b w:val="0"/>
                <w:bCs w:val="0"/>
                <w:color w:val="1B1C1D"/>
                <w:sz w:val="32"/>
                <w:szCs w:val="32"/>
                <w:lang w:val="en-ZA"/>
              </w:rPr>
            </w:pPr>
            <w:r w:rsidRPr="00537C3B">
              <w:rPr>
                <w:rFonts w:ascii="TeachersPet" w:eastAsia="Google Sans" w:hAnsi="TeachersPet" w:cs="Google Sans"/>
                <w:b w:val="0"/>
                <w:bCs w:val="0"/>
                <w:color w:val="1B1C1D"/>
                <w:sz w:val="32"/>
                <w:szCs w:val="32"/>
                <w:lang w:val="en-ZA"/>
              </w:rPr>
              <w:t>Day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EECE1" w:themeFill="background2"/>
            <w:tcMar>
              <w:top w:w="120" w:type="dxa"/>
              <w:left w:w="180" w:type="dxa"/>
              <w:bottom w:w="120" w:type="dxa"/>
              <w:right w:w="180" w:type="dxa"/>
            </w:tcMar>
            <w:textDirection w:val="btLr"/>
            <w:vAlign w:val="center"/>
            <w:hideMark/>
          </w:tcPr>
          <w:p w14:paraId="3DA1538A" w14:textId="77777777" w:rsidR="00537C3B" w:rsidRPr="00537C3B" w:rsidRDefault="00537C3B" w:rsidP="00A20160">
            <w:pPr>
              <w:pStyle w:val="Heading2"/>
              <w:spacing w:after="120" w:line="275" w:lineRule="auto"/>
              <w:ind w:left="113" w:right="113"/>
              <w:rPr>
                <w:rFonts w:ascii="TeachersPet" w:eastAsia="Google Sans" w:hAnsi="TeachersPet" w:cs="Google Sans"/>
                <w:b w:val="0"/>
                <w:bCs w:val="0"/>
                <w:color w:val="1B1C1D"/>
                <w:sz w:val="32"/>
                <w:szCs w:val="32"/>
                <w:lang w:val="en-ZA"/>
              </w:rPr>
            </w:pPr>
            <w:r w:rsidRPr="00537C3B">
              <w:rPr>
                <w:rFonts w:ascii="TeachersPet" w:eastAsia="Google Sans" w:hAnsi="TeachersPet" w:cs="Google Sans"/>
                <w:b w:val="0"/>
                <w:bCs w:val="0"/>
                <w:color w:val="1B1C1D"/>
                <w:sz w:val="32"/>
                <w:szCs w:val="32"/>
                <w:lang w:val="en-ZA"/>
              </w:rPr>
              <w:t>Focus Area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EECE1" w:themeFill="background2"/>
            <w:tcMar>
              <w:top w:w="120" w:type="dxa"/>
              <w:left w:w="180" w:type="dxa"/>
              <w:bottom w:w="120" w:type="dxa"/>
              <w:right w:w="180" w:type="dxa"/>
            </w:tcMar>
            <w:textDirection w:val="btLr"/>
            <w:vAlign w:val="center"/>
            <w:hideMark/>
          </w:tcPr>
          <w:p w14:paraId="710EBD5B" w14:textId="77777777" w:rsidR="00537C3B" w:rsidRPr="00537C3B" w:rsidRDefault="00537C3B" w:rsidP="00A20160">
            <w:pPr>
              <w:pStyle w:val="Heading2"/>
              <w:spacing w:after="120" w:line="275" w:lineRule="auto"/>
              <w:ind w:left="113" w:right="113"/>
              <w:rPr>
                <w:rFonts w:ascii="TeachersPet" w:eastAsia="Google Sans" w:hAnsi="TeachersPet" w:cs="Google Sans"/>
                <w:b w:val="0"/>
                <w:bCs w:val="0"/>
                <w:color w:val="1B1C1D"/>
                <w:sz w:val="32"/>
                <w:szCs w:val="32"/>
                <w:lang w:val="en-ZA"/>
              </w:rPr>
            </w:pPr>
            <w:r w:rsidRPr="00537C3B">
              <w:rPr>
                <w:rFonts w:ascii="TeachersPet" w:eastAsia="Google Sans" w:hAnsi="TeachersPet" w:cs="Google Sans"/>
                <w:b w:val="0"/>
                <w:bCs w:val="0"/>
                <w:color w:val="1B1C1D"/>
                <w:sz w:val="32"/>
                <w:szCs w:val="32"/>
                <w:lang w:val="en-ZA"/>
              </w:rPr>
              <w:t>Morning Ring / Large Group (30-45 min)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EECE1" w:themeFill="background2"/>
            <w:tcMar>
              <w:top w:w="120" w:type="dxa"/>
              <w:left w:w="180" w:type="dxa"/>
              <w:bottom w:w="120" w:type="dxa"/>
              <w:right w:w="180" w:type="dxa"/>
            </w:tcMar>
            <w:textDirection w:val="btLr"/>
            <w:vAlign w:val="center"/>
            <w:hideMark/>
          </w:tcPr>
          <w:p w14:paraId="5D833F4C" w14:textId="77777777" w:rsidR="00537C3B" w:rsidRPr="00537C3B" w:rsidRDefault="00537C3B" w:rsidP="00A20160">
            <w:pPr>
              <w:pStyle w:val="Heading2"/>
              <w:spacing w:after="120" w:line="275" w:lineRule="auto"/>
              <w:ind w:left="113" w:right="113"/>
              <w:rPr>
                <w:rFonts w:ascii="TeachersPet" w:eastAsia="Google Sans" w:hAnsi="TeachersPet" w:cs="Google Sans"/>
                <w:b w:val="0"/>
                <w:bCs w:val="0"/>
                <w:color w:val="1B1C1D"/>
                <w:sz w:val="32"/>
                <w:szCs w:val="32"/>
                <w:lang w:val="en-ZA"/>
              </w:rPr>
            </w:pPr>
            <w:r w:rsidRPr="00537C3B">
              <w:rPr>
                <w:rFonts w:ascii="TeachersPet" w:eastAsia="Google Sans" w:hAnsi="TeachersPet" w:cs="Google Sans"/>
                <w:b w:val="0"/>
                <w:bCs w:val="0"/>
                <w:color w:val="1B1C1D"/>
                <w:sz w:val="32"/>
                <w:szCs w:val="32"/>
                <w:lang w:val="en-ZA"/>
              </w:rPr>
              <w:t>Small Group / Rotational Activities (45-60 min)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EECE1" w:themeFill="background2"/>
            <w:tcMar>
              <w:top w:w="120" w:type="dxa"/>
              <w:left w:w="180" w:type="dxa"/>
              <w:bottom w:w="120" w:type="dxa"/>
              <w:right w:w="180" w:type="dxa"/>
            </w:tcMar>
            <w:textDirection w:val="btLr"/>
            <w:vAlign w:val="center"/>
            <w:hideMark/>
          </w:tcPr>
          <w:p w14:paraId="0F202E63" w14:textId="77777777" w:rsidR="00537C3B" w:rsidRPr="00537C3B" w:rsidRDefault="00537C3B" w:rsidP="00A20160">
            <w:pPr>
              <w:pStyle w:val="Heading2"/>
              <w:spacing w:after="120" w:line="275" w:lineRule="auto"/>
              <w:ind w:left="113" w:right="113"/>
              <w:rPr>
                <w:rFonts w:ascii="TeachersPet" w:eastAsia="Google Sans" w:hAnsi="TeachersPet" w:cs="Google Sans"/>
                <w:b w:val="0"/>
                <w:bCs w:val="0"/>
                <w:color w:val="1B1C1D"/>
                <w:sz w:val="32"/>
                <w:szCs w:val="32"/>
                <w:lang w:val="en-ZA"/>
              </w:rPr>
            </w:pPr>
            <w:r w:rsidRPr="00537C3B">
              <w:rPr>
                <w:rFonts w:ascii="TeachersPet" w:eastAsia="Google Sans" w:hAnsi="TeachersPet" w:cs="Google Sans"/>
                <w:b w:val="0"/>
                <w:bCs w:val="0"/>
                <w:color w:val="1B1C1D"/>
                <w:sz w:val="32"/>
                <w:szCs w:val="32"/>
                <w:lang w:val="en-ZA"/>
              </w:rPr>
              <w:t>Outdoor Play / Gross Motor (45-60 min)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EECE1" w:themeFill="background2"/>
            <w:tcMar>
              <w:top w:w="120" w:type="dxa"/>
              <w:left w:w="180" w:type="dxa"/>
              <w:bottom w:w="120" w:type="dxa"/>
              <w:right w:w="180" w:type="dxa"/>
            </w:tcMar>
            <w:textDirection w:val="btLr"/>
            <w:vAlign w:val="center"/>
            <w:hideMark/>
          </w:tcPr>
          <w:p w14:paraId="60A05565" w14:textId="77777777" w:rsidR="00537C3B" w:rsidRPr="00537C3B" w:rsidRDefault="00537C3B" w:rsidP="00A20160">
            <w:pPr>
              <w:pStyle w:val="Heading2"/>
              <w:spacing w:after="120" w:line="275" w:lineRule="auto"/>
              <w:ind w:left="113" w:right="113"/>
              <w:rPr>
                <w:rFonts w:ascii="TeachersPet" w:eastAsia="Google Sans" w:hAnsi="TeachersPet" w:cs="Google Sans"/>
                <w:b w:val="0"/>
                <w:bCs w:val="0"/>
                <w:color w:val="1B1C1D"/>
                <w:sz w:val="32"/>
                <w:szCs w:val="32"/>
                <w:lang w:val="en-ZA"/>
              </w:rPr>
            </w:pPr>
            <w:r w:rsidRPr="00537C3B">
              <w:rPr>
                <w:rFonts w:ascii="TeachersPet" w:eastAsia="Google Sans" w:hAnsi="TeachersPet" w:cs="Google Sans"/>
                <w:b w:val="0"/>
                <w:bCs w:val="0"/>
                <w:color w:val="1B1C1D"/>
                <w:sz w:val="32"/>
                <w:szCs w:val="32"/>
                <w:lang w:val="en-ZA"/>
              </w:rPr>
              <w:t>Creative Arts / Sensory (30-45 min)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EECE1" w:themeFill="background2"/>
            <w:tcMar>
              <w:top w:w="120" w:type="dxa"/>
              <w:left w:w="180" w:type="dxa"/>
              <w:bottom w:w="120" w:type="dxa"/>
              <w:right w:w="180" w:type="dxa"/>
            </w:tcMar>
            <w:textDirection w:val="btLr"/>
            <w:vAlign w:val="center"/>
            <w:hideMark/>
          </w:tcPr>
          <w:p w14:paraId="01F8DDD6" w14:textId="77777777" w:rsidR="00537C3B" w:rsidRPr="00537C3B" w:rsidRDefault="00537C3B" w:rsidP="00A20160">
            <w:pPr>
              <w:pStyle w:val="Heading2"/>
              <w:spacing w:after="120" w:line="275" w:lineRule="auto"/>
              <w:ind w:left="113" w:right="113"/>
              <w:rPr>
                <w:rFonts w:ascii="TeachersPet" w:eastAsia="Google Sans" w:hAnsi="TeachersPet" w:cs="Google Sans"/>
                <w:b w:val="0"/>
                <w:bCs w:val="0"/>
                <w:color w:val="1B1C1D"/>
                <w:sz w:val="32"/>
                <w:szCs w:val="32"/>
                <w:lang w:val="en-ZA"/>
              </w:rPr>
            </w:pPr>
            <w:r w:rsidRPr="00537C3B">
              <w:rPr>
                <w:rFonts w:ascii="TeachersPet" w:eastAsia="Google Sans" w:hAnsi="TeachersPet" w:cs="Google Sans"/>
                <w:b w:val="0"/>
                <w:bCs w:val="0"/>
                <w:color w:val="1B1C1D"/>
                <w:sz w:val="32"/>
                <w:szCs w:val="32"/>
                <w:lang w:val="en-ZA"/>
              </w:rPr>
              <w:t>Story Time &amp; Wrap-up (15-20 min)</w:t>
            </w:r>
          </w:p>
        </w:tc>
      </w:tr>
      <w:tr w:rsidR="00537C3B" w:rsidRPr="00537C3B" w14:paraId="0454E168" w14:textId="77777777" w:rsidTr="00A20160">
        <w:trPr>
          <w:cantSplit/>
          <w:trHeight w:val="1134"/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7598C38" w14:textId="77777777" w:rsidR="00537C3B" w:rsidRPr="00537C3B" w:rsidRDefault="00537C3B" w:rsidP="00A20160">
            <w:pPr>
              <w:pStyle w:val="Heading2"/>
              <w:spacing w:after="120" w:line="275" w:lineRule="auto"/>
              <w:rPr>
                <w:rFonts w:ascii="TeachersPet" w:eastAsia="Google Sans" w:hAnsi="TeachersPet" w:cs="Google Sans"/>
                <w:b w:val="0"/>
                <w:bCs w:val="0"/>
                <w:color w:val="1B1C1D"/>
                <w:sz w:val="32"/>
                <w:szCs w:val="32"/>
                <w:lang w:val="en-ZA"/>
              </w:rPr>
            </w:pPr>
            <w:r w:rsidRPr="00537C3B">
              <w:rPr>
                <w:rFonts w:ascii="TeachersPet" w:eastAsia="Google Sans" w:hAnsi="TeachersPet" w:cs="Google Sans"/>
                <w:b w:val="0"/>
                <w:bCs w:val="0"/>
                <w:color w:val="1B1C1D"/>
                <w:sz w:val="32"/>
                <w:szCs w:val="32"/>
                <w:lang w:val="en-ZA"/>
              </w:rPr>
              <w:t>Monday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textDirection w:val="btLr"/>
            <w:vAlign w:val="center"/>
            <w:hideMark/>
          </w:tcPr>
          <w:p w14:paraId="51652712" w14:textId="3EDA0084" w:rsidR="00537C3B" w:rsidRPr="00537C3B" w:rsidRDefault="00537C3B" w:rsidP="00A20160">
            <w:pPr>
              <w:pStyle w:val="Heading2"/>
              <w:spacing w:after="120" w:line="275" w:lineRule="auto"/>
              <w:ind w:left="113" w:right="113"/>
              <w:rPr>
                <w:rFonts w:ascii="TeachersPet" w:eastAsia="Google Sans" w:hAnsi="TeachersPet" w:cs="Google Sans"/>
                <w:b w:val="0"/>
                <w:bCs w:val="0"/>
                <w:color w:val="1B1C1D"/>
                <w:sz w:val="32"/>
                <w:szCs w:val="32"/>
                <w:lang w:val="en-ZA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098B881" w14:textId="424EDD77" w:rsidR="00537C3B" w:rsidRPr="00537C3B" w:rsidRDefault="00537C3B" w:rsidP="00A20160">
            <w:pPr>
              <w:pStyle w:val="Heading2"/>
              <w:spacing w:after="120" w:line="275" w:lineRule="auto"/>
              <w:rPr>
                <w:rFonts w:ascii="TeachersPet" w:eastAsia="Google Sans" w:hAnsi="TeachersPet" w:cs="Google Sans"/>
                <w:b w:val="0"/>
                <w:bCs w:val="0"/>
                <w:color w:val="1B1C1D"/>
                <w:sz w:val="32"/>
                <w:szCs w:val="32"/>
                <w:lang w:val="en-ZA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DEAF3F8" w14:textId="30B66B87" w:rsidR="00537C3B" w:rsidRPr="00537C3B" w:rsidRDefault="00537C3B" w:rsidP="00A20160">
            <w:pPr>
              <w:pStyle w:val="Heading2"/>
              <w:spacing w:after="120" w:line="275" w:lineRule="auto"/>
              <w:rPr>
                <w:rFonts w:ascii="TeachersPet" w:eastAsia="Google Sans" w:hAnsi="TeachersPet" w:cs="Google Sans"/>
                <w:b w:val="0"/>
                <w:bCs w:val="0"/>
                <w:color w:val="1B1C1D"/>
                <w:sz w:val="32"/>
                <w:szCs w:val="32"/>
                <w:lang w:val="en-ZA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99E5964" w14:textId="6147F8E7" w:rsidR="00537C3B" w:rsidRPr="00537C3B" w:rsidRDefault="00537C3B" w:rsidP="00A20160">
            <w:pPr>
              <w:pStyle w:val="Heading2"/>
              <w:spacing w:after="120" w:line="275" w:lineRule="auto"/>
              <w:rPr>
                <w:rFonts w:ascii="TeachersPet" w:eastAsia="Google Sans" w:hAnsi="TeachersPet" w:cs="Google Sans"/>
                <w:b w:val="0"/>
                <w:bCs w:val="0"/>
                <w:color w:val="1B1C1D"/>
                <w:sz w:val="32"/>
                <w:szCs w:val="32"/>
                <w:lang w:val="en-ZA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AD84B88" w14:textId="21248E1C" w:rsidR="00537C3B" w:rsidRPr="00537C3B" w:rsidRDefault="00537C3B" w:rsidP="00A20160">
            <w:pPr>
              <w:pStyle w:val="Heading2"/>
              <w:spacing w:after="120" w:line="275" w:lineRule="auto"/>
              <w:rPr>
                <w:rFonts w:ascii="TeachersPet" w:eastAsia="Google Sans" w:hAnsi="TeachersPet" w:cs="Google Sans"/>
                <w:b w:val="0"/>
                <w:bCs w:val="0"/>
                <w:color w:val="1B1C1D"/>
                <w:sz w:val="32"/>
                <w:szCs w:val="32"/>
                <w:lang w:val="en-ZA"/>
              </w:rPr>
            </w:pPr>
            <w:r w:rsidRPr="00537C3B">
              <w:rPr>
                <w:rFonts w:ascii="TeachersPet" w:eastAsia="Google Sans" w:hAnsi="TeachersPet" w:cs="Google Sans"/>
                <w:b w:val="0"/>
                <w:bCs w:val="0"/>
                <w:color w:val="1B1C1D"/>
                <w:sz w:val="32"/>
                <w:szCs w:val="32"/>
                <w:lang w:val="en-ZA"/>
              </w:rPr>
              <w:t>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6D6AA6C" w14:textId="126C99FF" w:rsidR="00537C3B" w:rsidRPr="00537C3B" w:rsidRDefault="00537C3B" w:rsidP="00A20160">
            <w:pPr>
              <w:pStyle w:val="Heading2"/>
              <w:spacing w:after="120" w:line="275" w:lineRule="auto"/>
              <w:rPr>
                <w:rFonts w:ascii="TeachersPet" w:eastAsia="Google Sans" w:hAnsi="TeachersPet" w:cs="Google Sans"/>
                <w:b w:val="0"/>
                <w:bCs w:val="0"/>
                <w:color w:val="1B1C1D"/>
                <w:sz w:val="32"/>
                <w:szCs w:val="32"/>
                <w:lang w:val="en-ZA"/>
              </w:rPr>
            </w:pPr>
          </w:p>
        </w:tc>
      </w:tr>
      <w:tr w:rsidR="00537C3B" w:rsidRPr="00537C3B" w14:paraId="75750320" w14:textId="77777777" w:rsidTr="00A20160">
        <w:trPr>
          <w:cantSplit/>
          <w:trHeight w:val="1134"/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7580309" w14:textId="77777777" w:rsidR="00537C3B" w:rsidRPr="00537C3B" w:rsidRDefault="00537C3B" w:rsidP="00A20160">
            <w:pPr>
              <w:pStyle w:val="Heading2"/>
              <w:spacing w:after="120" w:line="275" w:lineRule="auto"/>
              <w:rPr>
                <w:rFonts w:ascii="TeachersPet" w:eastAsia="Google Sans" w:hAnsi="TeachersPet" w:cs="Google Sans"/>
                <w:b w:val="0"/>
                <w:bCs w:val="0"/>
                <w:color w:val="1B1C1D"/>
                <w:sz w:val="32"/>
                <w:szCs w:val="32"/>
                <w:lang w:val="en-ZA"/>
              </w:rPr>
            </w:pPr>
            <w:r w:rsidRPr="00537C3B">
              <w:rPr>
                <w:rFonts w:ascii="TeachersPet" w:eastAsia="Google Sans" w:hAnsi="TeachersPet" w:cs="Google Sans"/>
                <w:b w:val="0"/>
                <w:bCs w:val="0"/>
                <w:color w:val="1B1C1D"/>
                <w:sz w:val="32"/>
                <w:szCs w:val="32"/>
                <w:lang w:val="en-ZA"/>
              </w:rPr>
              <w:t>Tuesday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textDirection w:val="btLr"/>
            <w:vAlign w:val="center"/>
            <w:hideMark/>
          </w:tcPr>
          <w:p w14:paraId="16794936" w14:textId="4C529042" w:rsidR="00537C3B" w:rsidRPr="00537C3B" w:rsidRDefault="00537C3B" w:rsidP="00A20160">
            <w:pPr>
              <w:pStyle w:val="Heading2"/>
              <w:spacing w:after="120" w:line="275" w:lineRule="auto"/>
              <w:ind w:left="113" w:right="113"/>
              <w:rPr>
                <w:rFonts w:ascii="TeachersPet" w:eastAsia="Google Sans" w:hAnsi="TeachersPet" w:cs="Google Sans"/>
                <w:b w:val="0"/>
                <w:bCs w:val="0"/>
                <w:color w:val="1B1C1D"/>
                <w:sz w:val="32"/>
                <w:szCs w:val="32"/>
                <w:lang w:val="en-ZA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5FA6765" w14:textId="2540A9D9" w:rsidR="00537C3B" w:rsidRPr="00537C3B" w:rsidRDefault="00537C3B" w:rsidP="00A20160">
            <w:pPr>
              <w:pStyle w:val="Heading2"/>
              <w:spacing w:after="120" w:line="275" w:lineRule="auto"/>
              <w:rPr>
                <w:rFonts w:ascii="TeachersPet" w:eastAsia="Google Sans" w:hAnsi="TeachersPet" w:cs="Google Sans"/>
                <w:b w:val="0"/>
                <w:bCs w:val="0"/>
                <w:color w:val="1B1C1D"/>
                <w:sz w:val="32"/>
                <w:szCs w:val="32"/>
                <w:lang w:val="en-ZA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25D722C" w14:textId="3CC0AD1E" w:rsidR="00537C3B" w:rsidRPr="00537C3B" w:rsidRDefault="00537C3B" w:rsidP="00A20160">
            <w:pPr>
              <w:pStyle w:val="Heading2"/>
              <w:spacing w:after="120" w:line="275" w:lineRule="auto"/>
              <w:rPr>
                <w:rFonts w:ascii="TeachersPet" w:eastAsia="Google Sans" w:hAnsi="TeachersPet" w:cs="Google Sans"/>
                <w:b w:val="0"/>
                <w:bCs w:val="0"/>
                <w:color w:val="1B1C1D"/>
                <w:sz w:val="32"/>
                <w:szCs w:val="32"/>
                <w:lang w:val="en-ZA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5F1CBB7" w14:textId="46BE3615" w:rsidR="00537C3B" w:rsidRPr="00537C3B" w:rsidRDefault="00537C3B" w:rsidP="00A20160">
            <w:pPr>
              <w:pStyle w:val="Heading2"/>
              <w:spacing w:after="120" w:line="275" w:lineRule="auto"/>
              <w:rPr>
                <w:rFonts w:ascii="TeachersPet" w:eastAsia="Google Sans" w:hAnsi="TeachersPet" w:cs="Google Sans"/>
                <w:b w:val="0"/>
                <w:bCs w:val="0"/>
                <w:color w:val="1B1C1D"/>
                <w:sz w:val="32"/>
                <w:szCs w:val="32"/>
                <w:lang w:val="en-ZA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820FB21" w14:textId="0A2DA9D6" w:rsidR="00537C3B" w:rsidRPr="00537C3B" w:rsidRDefault="00537C3B" w:rsidP="00A20160">
            <w:pPr>
              <w:pStyle w:val="Heading2"/>
              <w:spacing w:after="120" w:line="275" w:lineRule="auto"/>
              <w:rPr>
                <w:rFonts w:ascii="TeachersPet" w:eastAsia="Google Sans" w:hAnsi="TeachersPet" w:cs="Google Sans"/>
                <w:b w:val="0"/>
                <w:bCs w:val="0"/>
                <w:color w:val="1B1C1D"/>
                <w:sz w:val="32"/>
                <w:szCs w:val="32"/>
                <w:lang w:val="en-ZA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44EFE0C" w14:textId="14D920EE" w:rsidR="00537C3B" w:rsidRPr="00537C3B" w:rsidRDefault="00537C3B" w:rsidP="00A20160">
            <w:pPr>
              <w:pStyle w:val="Heading2"/>
              <w:spacing w:after="120" w:line="275" w:lineRule="auto"/>
              <w:rPr>
                <w:rFonts w:ascii="TeachersPet" w:eastAsia="Google Sans" w:hAnsi="TeachersPet" w:cs="Google Sans"/>
                <w:b w:val="0"/>
                <w:bCs w:val="0"/>
                <w:color w:val="1B1C1D"/>
                <w:sz w:val="32"/>
                <w:szCs w:val="32"/>
                <w:lang w:val="en-ZA"/>
              </w:rPr>
            </w:pPr>
          </w:p>
        </w:tc>
      </w:tr>
      <w:tr w:rsidR="00537C3B" w:rsidRPr="00537C3B" w14:paraId="60F056D6" w14:textId="77777777" w:rsidTr="00A20160">
        <w:trPr>
          <w:cantSplit/>
          <w:trHeight w:val="1134"/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505CAA1" w14:textId="1A4224E9" w:rsidR="00537C3B" w:rsidRPr="00537C3B" w:rsidRDefault="00537C3B" w:rsidP="00A20160">
            <w:pPr>
              <w:pStyle w:val="Heading2"/>
              <w:spacing w:after="120" w:line="275" w:lineRule="auto"/>
              <w:rPr>
                <w:rFonts w:ascii="TeachersPet" w:eastAsia="Google Sans" w:hAnsi="TeachersPet" w:cs="Google Sans"/>
                <w:b w:val="0"/>
                <w:bCs w:val="0"/>
                <w:color w:val="1B1C1D"/>
                <w:sz w:val="32"/>
                <w:szCs w:val="32"/>
                <w:lang w:val="en-ZA"/>
              </w:rPr>
            </w:pPr>
            <w:r w:rsidRPr="00537C3B">
              <w:rPr>
                <w:rFonts w:ascii="TeachersPet" w:eastAsia="Google Sans" w:hAnsi="TeachersPet" w:cs="Google Sans"/>
                <w:b w:val="0"/>
                <w:bCs w:val="0"/>
                <w:color w:val="1B1C1D"/>
                <w:sz w:val="32"/>
                <w:szCs w:val="32"/>
                <w:lang w:val="en-ZA"/>
              </w:rPr>
              <w:t>Wed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textDirection w:val="btLr"/>
            <w:vAlign w:val="center"/>
            <w:hideMark/>
          </w:tcPr>
          <w:p w14:paraId="6A3B3A75" w14:textId="3A97F58D" w:rsidR="00537C3B" w:rsidRPr="00537C3B" w:rsidRDefault="00537C3B" w:rsidP="00A20160">
            <w:pPr>
              <w:pStyle w:val="Heading2"/>
              <w:spacing w:after="120" w:line="275" w:lineRule="auto"/>
              <w:ind w:left="113" w:right="113"/>
              <w:rPr>
                <w:rFonts w:ascii="TeachersPet" w:eastAsia="Google Sans" w:hAnsi="TeachersPet" w:cs="Google Sans"/>
                <w:b w:val="0"/>
                <w:bCs w:val="0"/>
                <w:color w:val="1B1C1D"/>
                <w:sz w:val="32"/>
                <w:szCs w:val="32"/>
                <w:lang w:val="en-ZA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D3E8EA4" w14:textId="362EC067" w:rsidR="00537C3B" w:rsidRPr="00537C3B" w:rsidRDefault="00537C3B" w:rsidP="00A20160">
            <w:pPr>
              <w:pStyle w:val="Heading2"/>
              <w:spacing w:after="120" w:line="275" w:lineRule="auto"/>
              <w:rPr>
                <w:rFonts w:ascii="TeachersPet" w:eastAsia="Google Sans" w:hAnsi="TeachersPet" w:cs="Google Sans"/>
                <w:b w:val="0"/>
                <w:bCs w:val="0"/>
                <w:color w:val="1B1C1D"/>
                <w:sz w:val="32"/>
                <w:szCs w:val="32"/>
                <w:lang w:val="en-ZA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3F3183F" w14:textId="7DF0C272" w:rsidR="00537C3B" w:rsidRPr="00537C3B" w:rsidRDefault="00537C3B" w:rsidP="00A20160">
            <w:pPr>
              <w:pStyle w:val="Heading2"/>
              <w:spacing w:after="120" w:line="275" w:lineRule="auto"/>
              <w:rPr>
                <w:rFonts w:ascii="TeachersPet" w:eastAsia="Google Sans" w:hAnsi="TeachersPet" w:cs="Google Sans"/>
                <w:b w:val="0"/>
                <w:bCs w:val="0"/>
                <w:color w:val="1B1C1D"/>
                <w:sz w:val="32"/>
                <w:szCs w:val="32"/>
                <w:lang w:val="en-ZA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FF60DA9" w14:textId="18609490" w:rsidR="00537C3B" w:rsidRPr="00537C3B" w:rsidRDefault="00537C3B" w:rsidP="00A20160">
            <w:pPr>
              <w:pStyle w:val="Heading2"/>
              <w:spacing w:after="120" w:line="275" w:lineRule="auto"/>
              <w:rPr>
                <w:rFonts w:ascii="TeachersPet" w:eastAsia="Google Sans" w:hAnsi="TeachersPet" w:cs="Google Sans"/>
                <w:b w:val="0"/>
                <w:bCs w:val="0"/>
                <w:color w:val="1B1C1D"/>
                <w:sz w:val="32"/>
                <w:szCs w:val="32"/>
                <w:lang w:val="en-ZA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D77185D" w14:textId="4C30299C" w:rsidR="00537C3B" w:rsidRPr="00537C3B" w:rsidRDefault="00537C3B" w:rsidP="00A20160">
            <w:pPr>
              <w:pStyle w:val="Heading2"/>
              <w:spacing w:after="120" w:line="275" w:lineRule="auto"/>
              <w:rPr>
                <w:rFonts w:ascii="TeachersPet" w:eastAsia="Google Sans" w:hAnsi="TeachersPet" w:cs="Google Sans"/>
                <w:b w:val="0"/>
                <w:bCs w:val="0"/>
                <w:color w:val="1B1C1D"/>
                <w:sz w:val="32"/>
                <w:szCs w:val="32"/>
                <w:lang w:val="en-ZA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CEE66F2" w14:textId="4F7090F5" w:rsidR="00537C3B" w:rsidRPr="00537C3B" w:rsidRDefault="00537C3B" w:rsidP="00A20160">
            <w:pPr>
              <w:pStyle w:val="Heading2"/>
              <w:spacing w:after="120" w:line="275" w:lineRule="auto"/>
              <w:rPr>
                <w:rFonts w:ascii="TeachersPet" w:eastAsia="Google Sans" w:hAnsi="TeachersPet" w:cs="Google Sans"/>
                <w:b w:val="0"/>
                <w:bCs w:val="0"/>
                <w:color w:val="1B1C1D"/>
                <w:sz w:val="32"/>
                <w:szCs w:val="32"/>
                <w:lang w:val="en-ZA"/>
              </w:rPr>
            </w:pPr>
          </w:p>
        </w:tc>
      </w:tr>
      <w:tr w:rsidR="00537C3B" w:rsidRPr="00537C3B" w14:paraId="57C2468E" w14:textId="77777777" w:rsidTr="00A20160">
        <w:trPr>
          <w:cantSplit/>
          <w:trHeight w:val="1134"/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F40326B" w14:textId="62A4BF4E" w:rsidR="00537C3B" w:rsidRPr="00537C3B" w:rsidRDefault="00537C3B" w:rsidP="00A20160">
            <w:pPr>
              <w:pStyle w:val="Heading2"/>
              <w:spacing w:after="120" w:line="275" w:lineRule="auto"/>
              <w:rPr>
                <w:rFonts w:ascii="TeachersPet" w:eastAsia="Google Sans" w:hAnsi="TeachersPet" w:cs="Google Sans"/>
                <w:b w:val="0"/>
                <w:bCs w:val="0"/>
                <w:color w:val="1B1C1D"/>
                <w:sz w:val="32"/>
                <w:szCs w:val="32"/>
                <w:lang w:val="en-ZA"/>
              </w:rPr>
            </w:pPr>
            <w:r w:rsidRPr="00537C3B">
              <w:rPr>
                <w:rFonts w:ascii="TeachersPet" w:eastAsia="Google Sans" w:hAnsi="TeachersPet" w:cs="Google Sans"/>
                <w:b w:val="0"/>
                <w:bCs w:val="0"/>
                <w:color w:val="1B1C1D"/>
                <w:sz w:val="32"/>
                <w:szCs w:val="32"/>
                <w:lang w:val="en-ZA"/>
              </w:rPr>
              <w:t>Thurs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textDirection w:val="btLr"/>
            <w:vAlign w:val="center"/>
            <w:hideMark/>
          </w:tcPr>
          <w:p w14:paraId="5CDB3B8A" w14:textId="768EABAC" w:rsidR="00537C3B" w:rsidRPr="00537C3B" w:rsidRDefault="00537C3B" w:rsidP="00A20160">
            <w:pPr>
              <w:pStyle w:val="Heading2"/>
              <w:spacing w:after="120" w:line="275" w:lineRule="auto"/>
              <w:ind w:left="113" w:right="113"/>
              <w:rPr>
                <w:rFonts w:ascii="TeachersPet" w:eastAsia="Google Sans" w:hAnsi="TeachersPet" w:cs="Google Sans"/>
                <w:b w:val="0"/>
                <w:bCs w:val="0"/>
                <w:color w:val="1B1C1D"/>
                <w:sz w:val="32"/>
                <w:szCs w:val="32"/>
                <w:lang w:val="en-ZA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18802F5" w14:textId="5A5CEC0E" w:rsidR="00537C3B" w:rsidRPr="00537C3B" w:rsidRDefault="00537C3B" w:rsidP="00A20160">
            <w:pPr>
              <w:pStyle w:val="Heading2"/>
              <w:spacing w:after="120" w:line="275" w:lineRule="auto"/>
              <w:rPr>
                <w:rFonts w:ascii="TeachersPet" w:eastAsia="Google Sans" w:hAnsi="TeachersPet" w:cs="Google Sans"/>
                <w:b w:val="0"/>
                <w:bCs w:val="0"/>
                <w:color w:val="1B1C1D"/>
                <w:sz w:val="32"/>
                <w:szCs w:val="32"/>
                <w:lang w:val="en-ZA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9E66B70" w14:textId="39D8B79E" w:rsidR="00537C3B" w:rsidRPr="00537C3B" w:rsidRDefault="00537C3B" w:rsidP="00A20160">
            <w:pPr>
              <w:pStyle w:val="Heading2"/>
              <w:spacing w:after="120" w:line="275" w:lineRule="auto"/>
              <w:rPr>
                <w:rFonts w:ascii="TeachersPet" w:eastAsia="Google Sans" w:hAnsi="TeachersPet" w:cs="Google Sans"/>
                <w:b w:val="0"/>
                <w:bCs w:val="0"/>
                <w:color w:val="1B1C1D"/>
                <w:sz w:val="32"/>
                <w:szCs w:val="32"/>
                <w:lang w:val="en-ZA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7B479E2" w14:textId="4A08FCC4" w:rsidR="00537C3B" w:rsidRPr="00537C3B" w:rsidRDefault="00537C3B" w:rsidP="00A20160">
            <w:pPr>
              <w:pStyle w:val="Heading2"/>
              <w:spacing w:after="120" w:line="275" w:lineRule="auto"/>
              <w:rPr>
                <w:rFonts w:ascii="TeachersPet" w:eastAsia="Google Sans" w:hAnsi="TeachersPet" w:cs="Google Sans"/>
                <w:b w:val="0"/>
                <w:bCs w:val="0"/>
                <w:color w:val="1B1C1D"/>
                <w:sz w:val="32"/>
                <w:szCs w:val="32"/>
                <w:lang w:val="en-ZA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1B4B6E8" w14:textId="55D5D946" w:rsidR="00537C3B" w:rsidRPr="00537C3B" w:rsidRDefault="00537C3B" w:rsidP="00A20160">
            <w:pPr>
              <w:pStyle w:val="Heading2"/>
              <w:spacing w:after="120" w:line="275" w:lineRule="auto"/>
              <w:rPr>
                <w:rFonts w:ascii="TeachersPet" w:eastAsia="Google Sans" w:hAnsi="TeachersPet" w:cs="Google Sans"/>
                <w:b w:val="0"/>
                <w:bCs w:val="0"/>
                <w:color w:val="1B1C1D"/>
                <w:sz w:val="32"/>
                <w:szCs w:val="32"/>
                <w:lang w:val="en-ZA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CD9BA06" w14:textId="07FD25C1" w:rsidR="00537C3B" w:rsidRPr="00537C3B" w:rsidRDefault="00537C3B" w:rsidP="00A20160">
            <w:pPr>
              <w:pStyle w:val="Heading2"/>
              <w:spacing w:after="120" w:line="275" w:lineRule="auto"/>
              <w:rPr>
                <w:rFonts w:ascii="TeachersPet" w:eastAsia="Google Sans" w:hAnsi="TeachersPet" w:cs="Google Sans"/>
                <w:b w:val="0"/>
                <w:bCs w:val="0"/>
                <w:color w:val="1B1C1D"/>
                <w:sz w:val="32"/>
                <w:szCs w:val="32"/>
                <w:lang w:val="en-ZA"/>
              </w:rPr>
            </w:pPr>
          </w:p>
        </w:tc>
      </w:tr>
      <w:tr w:rsidR="00537C3B" w:rsidRPr="00537C3B" w14:paraId="23AC3A81" w14:textId="77777777" w:rsidTr="00A20160">
        <w:trPr>
          <w:cantSplit/>
          <w:trHeight w:val="1134"/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3198F46" w14:textId="77777777" w:rsidR="00537C3B" w:rsidRPr="00537C3B" w:rsidRDefault="00537C3B" w:rsidP="00A20160">
            <w:pPr>
              <w:pStyle w:val="Heading2"/>
              <w:spacing w:after="120" w:line="275" w:lineRule="auto"/>
              <w:rPr>
                <w:rFonts w:ascii="TeachersPet" w:eastAsia="Google Sans" w:hAnsi="TeachersPet" w:cs="Google Sans"/>
                <w:b w:val="0"/>
                <w:bCs w:val="0"/>
                <w:color w:val="1B1C1D"/>
                <w:sz w:val="32"/>
                <w:szCs w:val="32"/>
                <w:lang w:val="en-ZA"/>
              </w:rPr>
            </w:pPr>
            <w:r w:rsidRPr="00537C3B">
              <w:rPr>
                <w:rFonts w:ascii="TeachersPet" w:eastAsia="Google Sans" w:hAnsi="TeachersPet" w:cs="Google Sans"/>
                <w:b w:val="0"/>
                <w:bCs w:val="0"/>
                <w:color w:val="1B1C1D"/>
                <w:sz w:val="32"/>
                <w:szCs w:val="32"/>
                <w:lang w:val="en-ZA"/>
              </w:rPr>
              <w:t>Friday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textDirection w:val="btLr"/>
            <w:vAlign w:val="center"/>
            <w:hideMark/>
          </w:tcPr>
          <w:p w14:paraId="169A5A88" w14:textId="654C0500" w:rsidR="00537C3B" w:rsidRPr="00537C3B" w:rsidRDefault="00537C3B" w:rsidP="00A20160">
            <w:pPr>
              <w:pStyle w:val="Heading2"/>
              <w:spacing w:after="120" w:line="275" w:lineRule="auto"/>
              <w:ind w:left="113" w:right="113"/>
              <w:rPr>
                <w:rFonts w:ascii="TeachersPet" w:eastAsia="Google Sans" w:hAnsi="TeachersPet" w:cs="Google Sans"/>
                <w:b w:val="0"/>
                <w:bCs w:val="0"/>
                <w:color w:val="1B1C1D"/>
                <w:sz w:val="32"/>
                <w:szCs w:val="32"/>
                <w:lang w:val="en-ZA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A8FCEAD" w14:textId="3068BFE5" w:rsidR="00537C3B" w:rsidRPr="00537C3B" w:rsidRDefault="00537C3B" w:rsidP="00A20160">
            <w:pPr>
              <w:pStyle w:val="Heading2"/>
              <w:spacing w:after="120" w:line="275" w:lineRule="auto"/>
              <w:rPr>
                <w:rFonts w:ascii="TeachersPet" w:eastAsia="Google Sans" w:hAnsi="TeachersPet" w:cs="Google Sans"/>
                <w:b w:val="0"/>
                <w:bCs w:val="0"/>
                <w:color w:val="1B1C1D"/>
                <w:sz w:val="32"/>
                <w:szCs w:val="32"/>
                <w:lang w:val="en-ZA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9F89053" w14:textId="3D968770" w:rsidR="00537C3B" w:rsidRPr="00537C3B" w:rsidRDefault="00537C3B" w:rsidP="00A20160">
            <w:pPr>
              <w:pStyle w:val="Heading2"/>
              <w:spacing w:after="120" w:line="275" w:lineRule="auto"/>
              <w:rPr>
                <w:rFonts w:ascii="TeachersPet" w:eastAsia="Google Sans" w:hAnsi="TeachersPet" w:cs="Google Sans"/>
                <w:b w:val="0"/>
                <w:bCs w:val="0"/>
                <w:color w:val="1B1C1D"/>
                <w:sz w:val="32"/>
                <w:szCs w:val="32"/>
                <w:lang w:val="en-ZA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FC592F4" w14:textId="52D6A5F5" w:rsidR="00537C3B" w:rsidRPr="00537C3B" w:rsidRDefault="00537C3B" w:rsidP="00A20160">
            <w:pPr>
              <w:pStyle w:val="Heading2"/>
              <w:spacing w:after="120" w:line="275" w:lineRule="auto"/>
              <w:rPr>
                <w:rFonts w:ascii="TeachersPet" w:eastAsia="Google Sans" w:hAnsi="TeachersPet" w:cs="Google Sans"/>
                <w:b w:val="0"/>
                <w:bCs w:val="0"/>
                <w:color w:val="1B1C1D"/>
                <w:sz w:val="32"/>
                <w:szCs w:val="32"/>
                <w:lang w:val="en-ZA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9A3431B" w14:textId="391972C2" w:rsidR="00537C3B" w:rsidRPr="00537C3B" w:rsidRDefault="00537C3B" w:rsidP="00A20160">
            <w:pPr>
              <w:pStyle w:val="Heading2"/>
              <w:spacing w:after="120" w:line="275" w:lineRule="auto"/>
              <w:rPr>
                <w:rFonts w:ascii="TeachersPet" w:eastAsia="Google Sans" w:hAnsi="TeachersPet" w:cs="Google Sans"/>
                <w:b w:val="0"/>
                <w:bCs w:val="0"/>
                <w:color w:val="1B1C1D"/>
                <w:sz w:val="32"/>
                <w:szCs w:val="32"/>
                <w:lang w:val="en-ZA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7521994" w14:textId="205452B9" w:rsidR="00537C3B" w:rsidRPr="00537C3B" w:rsidRDefault="00537C3B" w:rsidP="00A20160">
            <w:pPr>
              <w:pStyle w:val="Heading2"/>
              <w:spacing w:after="120" w:line="275" w:lineRule="auto"/>
              <w:rPr>
                <w:rFonts w:ascii="TeachersPet" w:eastAsia="Google Sans" w:hAnsi="TeachersPet" w:cs="Google Sans"/>
                <w:b w:val="0"/>
                <w:bCs w:val="0"/>
                <w:color w:val="1B1C1D"/>
                <w:sz w:val="32"/>
                <w:szCs w:val="32"/>
                <w:lang w:val="en-ZA"/>
              </w:rPr>
            </w:pPr>
          </w:p>
        </w:tc>
      </w:tr>
    </w:tbl>
    <w:tbl>
      <w:tblPr>
        <w:tblW w:w="0" w:type="auto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11"/>
        <w:gridCol w:w="3489"/>
        <w:gridCol w:w="5684"/>
      </w:tblGrid>
      <w:tr w:rsidR="00A20160" w:rsidRPr="00537C3B" w14:paraId="26071F0E" w14:textId="77777777" w:rsidTr="00A82A10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EECE1" w:themeFill="background2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0B16169" w14:textId="77777777" w:rsidR="00A20160" w:rsidRPr="00537C3B" w:rsidRDefault="00A20160" w:rsidP="00A82A10">
            <w:pPr>
              <w:pStyle w:val="Heading2"/>
              <w:spacing w:after="120" w:line="275" w:lineRule="auto"/>
              <w:rPr>
                <w:rFonts w:ascii="TeachersPet" w:eastAsia="Google Sans" w:hAnsi="TeachersPet" w:cs="Google Sans"/>
                <w:color w:val="1B1C1D"/>
                <w:sz w:val="32"/>
                <w:szCs w:val="32"/>
                <w:lang w:val="en-ZA"/>
              </w:rPr>
            </w:pPr>
            <w:r w:rsidRPr="00537C3B">
              <w:rPr>
                <w:rFonts w:ascii="TeachersPet" w:eastAsia="Google Sans" w:hAnsi="TeachersPet" w:cs="Google Sans"/>
                <w:color w:val="1B1C1D"/>
                <w:sz w:val="32"/>
                <w:szCs w:val="32"/>
                <w:lang w:val="en-ZA"/>
              </w:rPr>
              <w:lastRenderedPageBreak/>
              <w:t xml:space="preserve">Time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EECE1" w:themeFill="background2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FF2BF94" w14:textId="77777777" w:rsidR="00A20160" w:rsidRPr="00537C3B" w:rsidRDefault="00A20160" w:rsidP="00A82A10">
            <w:pPr>
              <w:pStyle w:val="Heading2"/>
              <w:spacing w:after="120" w:line="275" w:lineRule="auto"/>
              <w:rPr>
                <w:rFonts w:ascii="TeachersPet" w:eastAsia="Google Sans" w:hAnsi="TeachersPet" w:cs="Google Sans"/>
                <w:color w:val="1B1C1D"/>
                <w:sz w:val="32"/>
                <w:szCs w:val="32"/>
                <w:lang w:val="en-ZA"/>
              </w:rPr>
            </w:pPr>
            <w:r w:rsidRPr="00537C3B">
              <w:rPr>
                <w:rFonts w:ascii="TeachersPet" w:eastAsia="Google Sans" w:hAnsi="TeachersPet" w:cs="Google Sans"/>
                <w:color w:val="1B1C1D"/>
                <w:sz w:val="32"/>
                <w:szCs w:val="32"/>
                <w:lang w:val="en-ZA"/>
              </w:rPr>
              <w:t>Activity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EECE1" w:themeFill="background2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EAC60B7" w14:textId="77777777" w:rsidR="00A20160" w:rsidRPr="00537C3B" w:rsidRDefault="00A20160" w:rsidP="00A82A10">
            <w:pPr>
              <w:pStyle w:val="Heading2"/>
              <w:spacing w:after="120" w:line="275" w:lineRule="auto"/>
              <w:rPr>
                <w:rFonts w:ascii="TeachersPet" w:eastAsia="Google Sans" w:hAnsi="TeachersPet" w:cs="Google Sans"/>
                <w:color w:val="1B1C1D"/>
                <w:sz w:val="32"/>
                <w:szCs w:val="32"/>
                <w:lang w:val="en-ZA"/>
              </w:rPr>
            </w:pPr>
            <w:r w:rsidRPr="00537C3B">
              <w:rPr>
                <w:rFonts w:ascii="TeachersPet" w:eastAsia="Google Sans" w:hAnsi="TeachersPet" w:cs="Google Sans"/>
                <w:color w:val="1B1C1D"/>
                <w:sz w:val="32"/>
                <w:szCs w:val="32"/>
                <w:lang w:val="en-ZA"/>
              </w:rPr>
              <w:t>Focus / Purpose</w:t>
            </w:r>
          </w:p>
        </w:tc>
      </w:tr>
      <w:tr w:rsidR="00A20160" w:rsidRPr="00537C3B" w14:paraId="2CE3FADA" w14:textId="77777777" w:rsidTr="00A82A10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EECE1" w:themeFill="background2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A3F1601" w14:textId="77777777" w:rsidR="00A20160" w:rsidRPr="00537C3B" w:rsidRDefault="00A20160" w:rsidP="00A82A10">
            <w:pPr>
              <w:pStyle w:val="Heading2"/>
              <w:spacing w:after="120" w:line="275" w:lineRule="auto"/>
              <w:rPr>
                <w:rFonts w:ascii="TeachersPet" w:eastAsia="Google Sans" w:hAnsi="TeachersPet" w:cs="Google Sans"/>
                <w:color w:val="1B1C1D"/>
                <w:sz w:val="32"/>
                <w:szCs w:val="32"/>
                <w:lang w:val="en-ZA"/>
              </w:rPr>
            </w:pPr>
            <w:r w:rsidRPr="00537C3B">
              <w:rPr>
                <w:rFonts w:ascii="TeachersPet" w:eastAsia="Google Sans" w:hAnsi="TeachersPet" w:cs="Google Sans"/>
                <w:color w:val="1B1C1D"/>
                <w:sz w:val="32"/>
                <w:szCs w:val="32"/>
                <w:lang w:val="en-ZA"/>
              </w:rPr>
              <w:t>07:00 - 08:00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13C0DDC" w14:textId="77777777" w:rsidR="00A20160" w:rsidRPr="00537C3B" w:rsidRDefault="00A20160" w:rsidP="00A82A10">
            <w:pPr>
              <w:pStyle w:val="Heading2"/>
              <w:spacing w:after="120" w:line="275" w:lineRule="auto"/>
              <w:rPr>
                <w:rFonts w:ascii="TeachersPet" w:eastAsia="Google Sans" w:hAnsi="TeachersPet" w:cs="Google Sans"/>
                <w:b w:val="0"/>
                <w:bCs w:val="0"/>
                <w:color w:val="1B1C1D"/>
                <w:sz w:val="32"/>
                <w:szCs w:val="32"/>
                <w:lang w:val="en-ZA"/>
              </w:rPr>
            </w:pPr>
            <w:r w:rsidRPr="00537C3B">
              <w:rPr>
                <w:rFonts w:ascii="TeachersPet" w:eastAsia="Google Sans" w:hAnsi="TeachersPet" w:cs="Google Sans"/>
                <w:b w:val="0"/>
                <w:bCs w:val="0"/>
                <w:color w:val="1B1C1D"/>
                <w:sz w:val="32"/>
                <w:szCs w:val="32"/>
                <w:lang w:val="en-ZA"/>
              </w:rPr>
              <w:t>Arrival &amp; Free Play (Indoor/Outdoor Options)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7ECA788" w14:textId="77777777" w:rsidR="00A20160" w:rsidRPr="00537C3B" w:rsidRDefault="00A20160" w:rsidP="00A82A10">
            <w:pPr>
              <w:pStyle w:val="Heading2"/>
              <w:spacing w:after="120" w:line="275" w:lineRule="auto"/>
              <w:rPr>
                <w:rFonts w:ascii="TeachersPet" w:eastAsia="Google Sans" w:hAnsi="TeachersPet" w:cs="Google Sans"/>
                <w:b w:val="0"/>
                <w:bCs w:val="0"/>
                <w:color w:val="1B1C1D"/>
                <w:sz w:val="32"/>
                <w:szCs w:val="32"/>
                <w:lang w:val="en-ZA"/>
              </w:rPr>
            </w:pPr>
            <w:r w:rsidRPr="00537C3B">
              <w:rPr>
                <w:rFonts w:ascii="TeachersPet" w:eastAsia="Google Sans" w:hAnsi="TeachersPet" w:cs="Google Sans"/>
                <w:b w:val="0"/>
                <w:bCs w:val="0"/>
                <w:color w:val="1B1C1D"/>
                <w:sz w:val="32"/>
                <w:szCs w:val="32"/>
                <w:lang w:val="en-ZA"/>
              </w:rPr>
              <w:t>Settling in, socialisation, independent choice, gross/fine motor development.</w:t>
            </w:r>
          </w:p>
        </w:tc>
      </w:tr>
      <w:tr w:rsidR="00A20160" w:rsidRPr="00537C3B" w14:paraId="662DFB9A" w14:textId="77777777" w:rsidTr="00A82A10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EECE1" w:themeFill="background2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11B4CFF" w14:textId="77777777" w:rsidR="00A20160" w:rsidRPr="00537C3B" w:rsidRDefault="00A20160" w:rsidP="00A82A10">
            <w:pPr>
              <w:pStyle w:val="Heading2"/>
              <w:spacing w:after="120" w:line="275" w:lineRule="auto"/>
              <w:rPr>
                <w:rFonts w:ascii="TeachersPet" w:eastAsia="Google Sans" w:hAnsi="TeachersPet" w:cs="Google Sans"/>
                <w:color w:val="1B1C1D"/>
                <w:sz w:val="32"/>
                <w:szCs w:val="32"/>
                <w:lang w:val="en-ZA"/>
              </w:rPr>
            </w:pPr>
            <w:r w:rsidRPr="00537C3B">
              <w:rPr>
                <w:rFonts w:ascii="TeachersPet" w:eastAsia="Google Sans" w:hAnsi="TeachersPet" w:cs="Google Sans"/>
                <w:color w:val="1B1C1D"/>
                <w:sz w:val="32"/>
                <w:szCs w:val="32"/>
                <w:lang w:val="en-ZA"/>
              </w:rPr>
              <w:t>08:00 - 08:30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F659745" w14:textId="77777777" w:rsidR="00A20160" w:rsidRPr="00537C3B" w:rsidRDefault="00A20160" w:rsidP="00A82A10">
            <w:pPr>
              <w:pStyle w:val="Heading2"/>
              <w:spacing w:after="120" w:line="275" w:lineRule="auto"/>
              <w:rPr>
                <w:rFonts w:ascii="TeachersPet" w:eastAsia="Google Sans" w:hAnsi="TeachersPet" w:cs="Google Sans"/>
                <w:b w:val="0"/>
                <w:bCs w:val="0"/>
                <w:color w:val="1B1C1D"/>
                <w:sz w:val="32"/>
                <w:szCs w:val="32"/>
                <w:lang w:val="en-ZA"/>
              </w:rPr>
            </w:pPr>
            <w:r w:rsidRPr="00537C3B">
              <w:rPr>
                <w:rFonts w:ascii="TeachersPet" w:eastAsia="Google Sans" w:hAnsi="TeachersPet" w:cs="Google Sans"/>
                <w:b w:val="0"/>
                <w:bCs w:val="0"/>
                <w:color w:val="1B1C1D"/>
                <w:sz w:val="32"/>
                <w:szCs w:val="32"/>
                <w:lang w:val="en-ZA"/>
              </w:rPr>
              <w:t>Breakfast/Morning Snack Time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7691A98" w14:textId="77777777" w:rsidR="00A20160" w:rsidRPr="00537C3B" w:rsidRDefault="00A20160" w:rsidP="00A82A10">
            <w:pPr>
              <w:pStyle w:val="Heading2"/>
              <w:spacing w:after="120" w:line="275" w:lineRule="auto"/>
              <w:rPr>
                <w:rFonts w:ascii="TeachersPet" w:eastAsia="Google Sans" w:hAnsi="TeachersPet" w:cs="Google Sans"/>
                <w:b w:val="0"/>
                <w:bCs w:val="0"/>
                <w:color w:val="1B1C1D"/>
                <w:sz w:val="32"/>
                <w:szCs w:val="32"/>
                <w:lang w:val="en-ZA"/>
              </w:rPr>
            </w:pPr>
            <w:r w:rsidRPr="00537C3B">
              <w:rPr>
                <w:rFonts w:ascii="TeachersPet" w:eastAsia="Google Sans" w:hAnsi="TeachersPet" w:cs="Google Sans"/>
                <w:b w:val="0"/>
                <w:bCs w:val="0"/>
                <w:color w:val="1B1C1D"/>
                <w:sz w:val="32"/>
                <w:szCs w:val="32"/>
                <w:lang w:val="en-ZA"/>
              </w:rPr>
              <w:t>Self-help skills, healthy eating habits, social interaction.</w:t>
            </w:r>
          </w:p>
        </w:tc>
      </w:tr>
      <w:tr w:rsidR="00A20160" w:rsidRPr="00537C3B" w14:paraId="4C559473" w14:textId="77777777" w:rsidTr="00A82A10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EECE1" w:themeFill="background2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D1A409A" w14:textId="77777777" w:rsidR="00A20160" w:rsidRPr="00537C3B" w:rsidRDefault="00A20160" w:rsidP="00A82A10">
            <w:pPr>
              <w:pStyle w:val="Heading2"/>
              <w:spacing w:after="120" w:line="275" w:lineRule="auto"/>
              <w:rPr>
                <w:rFonts w:ascii="TeachersPet" w:eastAsia="Google Sans" w:hAnsi="TeachersPet" w:cs="Google Sans"/>
                <w:color w:val="1B1C1D"/>
                <w:sz w:val="32"/>
                <w:szCs w:val="32"/>
                <w:lang w:val="en-ZA"/>
              </w:rPr>
            </w:pPr>
            <w:r w:rsidRPr="00537C3B">
              <w:rPr>
                <w:rFonts w:ascii="TeachersPet" w:eastAsia="Google Sans" w:hAnsi="TeachersPet" w:cs="Google Sans"/>
                <w:color w:val="1B1C1D"/>
                <w:sz w:val="32"/>
                <w:szCs w:val="32"/>
                <w:lang w:val="en-ZA"/>
              </w:rPr>
              <w:t>08:30 - 09:00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32D1EE0" w14:textId="77777777" w:rsidR="00A20160" w:rsidRPr="00537C3B" w:rsidRDefault="00A20160" w:rsidP="00A82A10">
            <w:pPr>
              <w:pStyle w:val="Heading2"/>
              <w:spacing w:after="120" w:line="275" w:lineRule="auto"/>
              <w:rPr>
                <w:rFonts w:ascii="TeachersPet" w:eastAsia="Google Sans" w:hAnsi="TeachersPet" w:cs="Google Sans"/>
                <w:b w:val="0"/>
                <w:bCs w:val="0"/>
                <w:color w:val="1B1C1D"/>
                <w:sz w:val="32"/>
                <w:szCs w:val="32"/>
                <w:lang w:val="en-ZA"/>
              </w:rPr>
            </w:pPr>
            <w:r w:rsidRPr="00537C3B">
              <w:rPr>
                <w:rFonts w:ascii="TeachersPet" w:eastAsia="Google Sans" w:hAnsi="TeachersPet" w:cs="Google Sans"/>
                <w:b w:val="0"/>
                <w:bCs w:val="0"/>
                <w:color w:val="1B1C1D"/>
                <w:sz w:val="32"/>
                <w:szCs w:val="32"/>
                <w:lang w:val="en-ZA"/>
              </w:rPr>
              <w:t>Morning Ring/Circle Time (Large Group)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506436E" w14:textId="77777777" w:rsidR="00A20160" w:rsidRPr="00537C3B" w:rsidRDefault="00A20160" w:rsidP="00A82A10">
            <w:pPr>
              <w:pStyle w:val="Heading2"/>
              <w:spacing w:after="120" w:line="275" w:lineRule="auto"/>
              <w:rPr>
                <w:rFonts w:ascii="TeachersPet" w:eastAsia="Google Sans" w:hAnsi="TeachersPet" w:cs="Google Sans"/>
                <w:b w:val="0"/>
                <w:bCs w:val="0"/>
                <w:color w:val="1B1C1D"/>
                <w:sz w:val="32"/>
                <w:szCs w:val="32"/>
                <w:lang w:val="en-ZA"/>
              </w:rPr>
            </w:pPr>
            <w:r w:rsidRPr="00537C3B">
              <w:rPr>
                <w:rFonts w:ascii="TeachersPet" w:eastAsia="Google Sans" w:hAnsi="TeachersPet" w:cs="Google Sans"/>
                <w:b w:val="0"/>
                <w:bCs w:val="0"/>
                <w:color w:val="1B1C1D"/>
                <w:sz w:val="32"/>
                <w:szCs w:val="32"/>
                <w:lang w:val="en-ZA"/>
              </w:rPr>
              <w:t>Welcome, news, weather, calendar, theme introduction, songs, movement, discussion.</w:t>
            </w:r>
          </w:p>
        </w:tc>
      </w:tr>
      <w:tr w:rsidR="00A20160" w:rsidRPr="00537C3B" w14:paraId="38BB7237" w14:textId="77777777" w:rsidTr="00A82A10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EECE1" w:themeFill="background2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A2CD02E" w14:textId="77777777" w:rsidR="00A20160" w:rsidRPr="00537C3B" w:rsidRDefault="00A20160" w:rsidP="00A82A10">
            <w:pPr>
              <w:pStyle w:val="Heading2"/>
              <w:spacing w:after="120" w:line="275" w:lineRule="auto"/>
              <w:rPr>
                <w:rFonts w:ascii="TeachersPet" w:eastAsia="Google Sans" w:hAnsi="TeachersPet" w:cs="Google Sans"/>
                <w:color w:val="1B1C1D"/>
                <w:sz w:val="32"/>
                <w:szCs w:val="32"/>
                <w:lang w:val="en-ZA"/>
              </w:rPr>
            </w:pPr>
            <w:r w:rsidRPr="00537C3B">
              <w:rPr>
                <w:rFonts w:ascii="TeachersPet" w:eastAsia="Google Sans" w:hAnsi="TeachersPet" w:cs="Google Sans"/>
                <w:color w:val="1B1C1D"/>
                <w:sz w:val="32"/>
                <w:szCs w:val="32"/>
                <w:lang w:val="en-ZA"/>
              </w:rPr>
              <w:t>09:00 - 10:00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43B245D" w14:textId="77777777" w:rsidR="00A20160" w:rsidRPr="00537C3B" w:rsidRDefault="00A20160" w:rsidP="00A82A10">
            <w:pPr>
              <w:pStyle w:val="Heading2"/>
              <w:spacing w:after="120" w:line="275" w:lineRule="auto"/>
              <w:rPr>
                <w:rFonts w:ascii="TeachersPet" w:eastAsia="Google Sans" w:hAnsi="TeachersPet" w:cs="Google Sans"/>
                <w:b w:val="0"/>
                <w:bCs w:val="0"/>
                <w:color w:val="1B1C1D"/>
                <w:sz w:val="32"/>
                <w:szCs w:val="32"/>
                <w:lang w:val="en-ZA"/>
              </w:rPr>
            </w:pPr>
            <w:r w:rsidRPr="00537C3B">
              <w:rPr>
                <w:rFonts w:ascii="TeachersPet" w:eastAsia="Google Sans" w:hAnsi="TeachersPet" w:cs="Google Sans"/>
                <w:b w:val="0"/>
                <w:bCs w:val="0"/>
                <w:color w:val="1B1C1D"/>
                <w:sz w:val="32"/>
                <w:szCs w:val="32"/>
                <w:lang w:val="en-ZA"/>
              </w:rPr>
              <w:t>Teacher-Guided Activity / Small Group Work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BEEF1B5" w14:textId="77777777" w:rsidR="00A20160" w:rsidRPr="00537C3B" w:rsidRDefault="00A20160" w:rsidP="00A82A10">
            <w:pPr>
              <w:pStyle w:val="Heading2"/>
              <w:spacing w:after="120" w:line="275" w:lineRule="auto"/>
              <w:rPr>
                <w:rFonts w:ascii="TeachersPet" w:eastAsia="Google Sans" w:hAnsi="TeachersPet" w:cs="Google Sans"/>
                <w:b w:val="0"/>
                <w:bCs w:val="0"/>
                <w:color w:val="1B1C1D"/>
                <w:sz w:val="32"/>
                <w:szCs w:val="32"/>
                <w:lang w:val="en-ZA"/>
              </w:rPr>
            </w:pPr>
            <w:r w:rsidRPr="00537C3B">
              <w:rPr>
                <w:rFonts w:ascii="TeachersPet" w:eastAsia="Google Sans" w:hAnsi="TeachersPet" w:cs="Google Sans"/>
                <w:b w:val="0"/>
                <w:bCs w:val="0"/>
                <w:color w:val="1B1C1D"/>
                <w:sz w:val="32"/>
                <w:szCs w:val="32"/>
                <w:lang w:val="en-ZA"/>
              </w:rPr>
              <w:t>Focused learning in Literacy, Numeracy, Science based on the weekly theme. Rotations.</w:t>
            </w:r>
          </w:p>
        </w:tc>
      </w:tr>
      <w:tr w:rsidR="00A20160" w:rsidRPr="00537C3B" w14:paraId="38AF846D" w14:textId="77777777" w:rsidTr="00A82A10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EECE1" w:themeFill="background2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A196A12" w14:textId="77777777" w:rsidR="00A20160" w:rsidRPr="00537C3B" w:rsidRDefault="00A20160" w:rsidP="00A82A10">
            <w:pPr>
              <w:pStyle w:val="Heading2"/>
              <w:spacing w:after="120" w:line="275" w:lineRule="auto"/>
              <w:rPr>
                <w:rFonts w:ascii="TeachersPet" w:eastAsia="Google Sans" w:hAnsi="TeachersPet" w:cs="Google Sans"/>
                <w:color w:val="1B1C1D"/>
                <w:sz w:val="32"/>
                <w:szCs w:val="32"/>
                <w:lang w:val="en-ZA"/>
              </w:rPr>
            </w:pPr>
            <w:r w:rsidRPr="00537C3B">
              <w:rPr>
                <w:rFonts w:ascii="TeachersPet" w:eastAsia="Google Sans" w:hAnsi="TeachersPet" w:cs="Google Sans"/>
                <w:color w:val="1B1C1D"/>
                <w:sz w:val="32"/>
                <w:szCs w:val="32"/>
                <w:lang w:val="en-ZA"/>
              </w:rPr>
              <w:t>10:00 - 10:15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C06EFF6" w14:textId="77777777" w:rsidR="00A20160" w:rsidRPr="00537C3B" w:rsidRDefault="00A20160" w:rsidP="00A82A10">
            <w:pPr>
              <w:pStyle w:val="Heading2"/>
              <w:spacing w:after="120" w:line="275" w:lineRule="auto"/>
              <w:rPr>
                <w:rFonts w:ascii="TeachersPet" w:eastAsia="Google Sans" w:hAnsi="TeachersPet" w:cs="Google Sans"/>
                <w:b w:val="0"/>
                <w:bCs w:val="0"/>
                <w:color w:val="1B1C1D"/>
                <w:sz w:val="32"/>
                <w:szCs w:val="32"/>
                <w:lang w:val="en-ZA"/>
              </w:rPr>
            </w:pPr>
            <w:r w:rsidRPr="00537C3B">
              <w:rPr>
                <w:rFonts w:ascii="TeachersPet" w:eastAsia="Google Sans" w:hAnsi="TeachersPet" w:cs="Google Sans"/>
                <w:b w:val="0"/>
                <w:bCs w:val="0"/>
                <w:color w:val="1B1C1D"/>
                <w:sz w:val="32"/>
                <w:szCs w:val="32"/>
                <w:lang w:val="en-ZA"/>
              </w:rPr>
              <w:t>Toilet Routine &amp; Handwashing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130656C" w14:textId="77777777" w:rsidR="00A20160" w:rsidRPr="00537C3B" w:rsidRDefault="00A20160" w:rsidP="00A82A10">
            <w:pPr>
              <w:pStyle w:val="Heading2"/>
              <w:spacing w:after="120" w:line="275" w:lineRule="auto"/>
              <w:rPr>
                <w:rFonts w:ascii="TeachersPet" w:eastAsia="Google Sans" w:hAnsi="TeachersPet" w:cs="Google Sans"/>
                <w:b w:val="0"/>
                <w:bCs w:val="0"/>
                <w:color w:val="1B1C1D"/>
                <w:sz w:val="32"/>
                <w:szCs w:val="32"/>
                <w:lang w:val="en-ZA"/>
              </w:rPr>
            </w:pPr>
            <w:r w:rsidRPr="00537C3B">
              <w:rPr>
                <w:rFonts w:ascii="TeachersPet" w:eastAsia="Google Sans" w:hAnsi="TeachersPet" w:cs="Google Sans"/>
                <w:b w:val="0"/>
                <w:bCs w:val="0"/>
                <w:color w:val="1B1C1D"/>
                <w:sz w:val="32"/>
                <w:szCs w:val="32"/>
                <w:lang w:val="en-ZA"/>
              </w:rPr>
              <w:t>Personal hygiene, independence, health awareness.</w:t>
            </w:r>
          </w:p>
        </w:tc>
      </w:tr>
      <w:tr w:rsidR="00A20160" w:rsidRPr="00537C3B" w14:paraId="0DC3CA49" w14:textId="77777777" w:rsidTr="00A82A10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EECE1" w:themeFill="background2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078192C" w14:textId="77777777" w:rsidR="00A20160" w:rsidRPr="00537C3B" w:rsidRDefault="00A20160" w:rsidP="00A82A10">
            <w:pPr>
              <w:pStyle w:val="Heading2"/>
              <w:spacing w:after="120" w:line="275" w:lineRule="auto"/>
              <w:rPr>
                <w:rFonts w:ascii="TeachersPet" w:eastAsia="Google Sans" w:hAnsi="TeachersPet" w:cs="Google Sans"/>
                <w:color w:val="1B1C1D"/>
                <w:sz w:val="32"/>
                <w:szCs w:val="32"/>
                <w:lang w:val="en-ZA"/>
              </w:rPr>
            </w:pPr>
            <w:r w:rsidRPr="00537C3B">
              <w:rPr>
                <w:rFonts w:ascii="TeachersPet" w:eastAsia="Google Sans" w:hAnsi="TeachersPet" w:cs="Google Sans"/>
                <w:color w:val="1B1C1D"/>
                <w:sz w:val="32"/>
                <w:szCs w:val="32"/>
                <w:lang w:val="en-ZA"/>
              </w:rPr>
              <w:t>10:15 - 10:45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A6A8E8A" w14:textId="77777777" w:rsidR="00A20160" w:rsidRPr="00537C3B" w:rsidRDefault="00A20160" w:rsidP="00A82A10">
            <w:pPr>
              <w:pStyle w:val="Heading2"/>
              <w:spacing w:after="120" w:line="275" w:lineRule="auto"/>
              <w:rPr>
                <w:rFonts w:ascii="TeachersPet" w:eastAsia="Google Sans" w:hAnsi="TeachersPet" w:cs="Google Sans"/>
                <w:b w:val="0"/>
                <w:bCs w:val="0"/>
                <w:color w:val="1B1C1D"/>
                <w:sz w:val="32"/>
                <w:szCs w:val="32"/>
                <w:lang w:val="en-ZA"/>
              </w:rPr>
            </w:pPr>
            <w:r w:rsidRPr="00537C3B">
              <w:rPr>
                <w:rFonts w:ascii="TeachersPet" w:eastAsia="Google Sans" w:hAnsi="TeachersPet" w:cs="Google Sans"/>
                <w:b w:val="0"/>
                <w:bCs w:val="0"/>
                <w:color w:val="1B1C1D"/>
                <w:sz w:val="32"/>
                <w:szCs w:val="32"/>
                <w:lang w:val="en-ZA"/>
              </w:rPr>
              <w:t>Creative Arts / Sensory Activity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4EB3101" w14:textId="77777777" w:rsidR="00A20160" w:rsidRPr="00537C3B" w:rsidRDefault="00A20160" w:rsidP="00A82A10">
            <w:pPr>
              <w:pStyle w:val="Heading2"/>
              <w:spacing w:after="120" w:line="275" w:lineRule="auto"/>
              <w:rPr>
                <w:rFonts w:ascii="TeachersPet" w:eastAsia="Google Sans" w:hAnsi="TeachersPet" w:cs="Google Sans"/>
                <w:b w:val="0"/>
                <w:bCs w:val="0"/>
                <w:color w:val="1B1C1D"/>
                <w:sz w:val="32"/>
                <w:szCs w:val="32"/>
                <w:lang w:val="en-ZA"/>
              </w:rPr>
            </w:pPr>
            <w:r w:rsidRPr="00537C3B">
              <w:rPr>
                <w:rFonts w:ascii="TeachersPet" w:eastAsia="Google Sans" w:hAnsi="TeachersPet" w:cs="Google Sans"/>
                <w:b w:val="0"/>
                <w:bCs w:val="0"/>
                <w:color w:val="1B1C1D"/>
                <w:sz w:val="32"/>
                <w:szCs w:val="32"/>
                <w:lang w:val="en-ZA"/>
              </w:rPr>
              <w:t>Self-expression, fine motor, sensory exploration, imagination.</w:t>
            </w:r>
          </w:p>
        </w:tc>
      </w:tr>
      <w:tr w:rsidR="00A20160" w:rsidRPr="00537C3B" w14:paraId="42BDF2C3" w14:textId="77777777" w:rsidTr="00A82A10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EECE1" w:themeFill="background2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B33FA9C" w14:textId="77777777" w:rsidR="00A20160" w:rsidRPr="00537C3B" w:rsidRDefault="00A20160" w:rsidP="00A82A10">
            <w:pPr>
              <w:pStyle w:val="Heading2"/>
              <w:spacing w:after="120" w:line="275" w:lineRule="auto"/>
              <w:rPr>
                <w:rFonts w:ascii="TeachersPet" w:eastAsia="Google Sans" w:hAnsi="TeachersPet" w:cs="Google Sans"/>
                <w:color w:val="1B1C1D"/>
                <w:sz w:val="32"/>
                <w:szCs w:val="32"/>
                <w:lang w:val="en-ZA"/>
              </w:rPr>
            </w:pPr>
            <w:r w:rsidRPr="00537C3B">
              <w:rPr>
                <w:rFonts w:ascii="TeachersPet" w:eastAsia="Google Sans" w:hAnsi="TeachersPet" w:cs="Google Sans"/>
                <w:color w:val="1B1C1D"/>
                <w:sz w:val="32"/>
                <w:szCs w:val="32"/>
                <w:lang w:val="en-ZA"/>
              </w:rPr>
              <w:t>10:45 - 11:30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421ECF8" w14:textId="77777777" w:rsidR="00A20160" w:rsidRPr="00537C3B" w:rsidRDefault="00A20160" w:rsidP="00A82A10">
            <w:pPr>
              <w:pStyle w:val="Heading2"/>
              <w:spacing w:after="120" w:line="275" w:lineRule="auto"/>
              <w:rPr>
                <w:rFonts w:ascii="TeachersPet" w:eastAsia="Google Sans" w:hAnsi="TeachersPet" w:cs="Google Sans"/>
                <w:b w:val="0"/>
                <w:bCs w:val="0"/>
                <w:color w:val="1B1C1D"/>
                <w:sz w:val="32"/>
                <w:szCs w:val="32"/>
                <w:lang w:val="en-ZA"/>
              </w:rPr>
            </w:pPr>
            <w:r w:rsidRPr="00537C3B">
              <w:rPr>
                <w:rFonts w:ascii="TeachersPet" w:eastAsia="Google Sans" w:hAnsi="TeachersPet" w:cs="Google Sans"/>
                <w:b w:val="0"/>
                <w:bCs w:val="0"/>
                <w:color w:val="1B1C1D"/>
                <w:sz w:val="32"/>
                <w:szCs w:val="32"/>
                <w:lang w:val="en-ZA"/>
              </w:rPr>
              <w:t>Outdoor Play / Gross Motor Activities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48CA5B6" w14:textId="77777777" w:rsidR="00A20160" w:rsidRPr="00537C3B" w:rsidRDefault="00A20160" w:rsidP="00A82A10">
            <w:pPr>
              <w:pStyle w:val="Heading2"/>
              <w:spacing w:after="120" w:line="275" w:lineRule="auto"/>
              <w:rPr>
                <w:rFonts w:ascii="TeachersPet" w:eastAsia="Google Sans" w:hAnsi="TeachersPet" w:cs="Google Sans"/>
                <w:b w:val="0"/>
                <w:bCs w:val="0"/>
                <w:color w:val="1B1C1D"/>
                <w:sz w:val="32"/>
                <w:szCs w:val="32"/>
                <w:lang w:val="en-ZA"/>
              </w:rPr>
            </w:pPr>
            <w:r w:rsidRPr="00537C3B">
              <w:rPr>
                <w:rFonts w:ascii="TeachersPet" w:eastAsia="Google Sans" w:hAnsi="TeachersPet" w:cs="Google Sans"/>
                <w:b w:val="0"/>
                <w:bCs w:val="0"/>
                <w:color w:val="1B1C1D"/>
                <w:sz w:val="32"/>
                <w:szCs w:val="32"/>
                <w:lang w:val="en-ZA"/>
              </w:rPr>
              <w:t>Physical development, energy release, cooperative play, nature exploration.</w:t>
            </w:r>
          </w:p>
        </w:tc>
      </w:tr>
      <w:tr w:rsidR="00A20160" w:rsidRPr="00537C3B" w14:paraId="383FB003" w14:textId="77777777" w:rsidTr="00A82A10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EECE1" w:themeFill="background2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C16ECCC" w14:textId="77777777" w:rsidR="00A20160" w:rsidRPr="00537C3B" w:rsidRDefault="00A20160" w:rsidP="00A82A10">
            <w:pPr>
              <w:pStyle w:val="Heading2"/>
              <w:spacing w:after="120" w:line="275" w:lineRule="auto"/>
              <w:rPr>
                <w:rFonts w:ascii="TeachersPet" w:eastAsia="Google Sans" w:hAnsi="TeachersPet" w:cs="Google Sans"/>
                <w:color w:val="1B1C1D"/>
                <w:sz w:val="32"/>
                <w:szCs w:val="32"/>
                <w:lang w:val="en-ZA"/>
              </w:rPr>
            </w:pPr>
            <w:r w:rsidRPr="00537C3B">
              <w:rPr>
                <w:rFonts w:ascii="TeachersPet" w:eastAsia="Google Sans" w:hAnsi="TeachersPet" w:cs="Google Sans"/>
                <w:color w:val="1B1C1D"/>
                <w:sz w:val="32"/>
                <w:szCs w:val="32"/>
                <w:lang w:val="en-ZA"/>
              </w:rPr>
              <w:t>11:30 - 12:00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6870C4C" w14:textId="77777777" w:rsidR="00A20160" w:rsidRPr="00537C3B" w:rsidRDefault="00A20160" w:rsidP="00A82A10">
            <w:pPr>
              <w:pStyle w:val="Heading2"/>
              <w:spacing w:after="120" w:line="275" w:lineRule="auto"/>
              <w:rPr>
                <w:rFonts w:ascii="TeachersPet" w:eastAsia="Google Sans" w:hAnsi="TeachersPet" w:cs="Google Sans"/>
                <w:b w:val="0"/>
                <w:bCs w:val="0"/>
                <w:color w:val="1B1C1D"/>
                <w:sz w:val="32"/>
                <w:szCs w:val="32"/>
                <w:lang w:val="en-ZA"/>
              </w:rPr>
            </w:pPr>
            <w:r w:rsidRPr="00537C3B">
              <w:rPr>
                <w:rFonts w:ascii="TeachersPet" w:eastAsia="Google Sans" w:hAnsi="TeachersPet" w:cs="Google Sans"/>
                <w:b w:val="0"/>
                <w:bCs w:val="0"/>
                <w:color w:val="1B1C1D"/>
                <w:sz w:val="32"/>
                <w:szCs w:val="32"/>
                <w:lang w:val="en-ZA"/>
              </w:rPr>
              <w:t>Story Time &amp; Quiet Activities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5EFB6AB" w14:textId="77777777" w:rsidR="00A20160" w:rsidRPr="00537C3B" w:rsidRDefault="00A20160" w:rsidP="00A82A10">
            <w:pPr>
              <w:pStyle w:val="Heading2"/>
              <w:spacing w:after="120" w:line="275" w:lineRule="auto"/>
              <w:rPr>
                <w:rFonts w:ascii="TeachersPet" w:eastAsia="Google Sans" w:hAnsi="TeachersPet" w:cs="Google Sans"/>
                <w:b w:val="0"/>
                <w:bCs w:val="0"/>
                <w:color w:val="1B1C1D"/>
                <w:sz w:val="32"/>
                <w:szCs w:val="32"/>
                <w:lang w:val="en-ZA"/>
              </w:rPr>
            </w:pPr>
            <w:r w:rsidRPr="00537C3B">
              <w:rPr>
                <w:rFonts w:ascii="TeachersPet" w:eastAsia="Google Sans" w:hAnsi="TeachersPet" w:cs="Google Sans"/>
                <w:b w:val="0"/>
                <w:bCs w:val="0"/>
                <w:color w:val="1B1C1D"/>
                <w:sz w:val="32"/>
                <w:szCs w:val="32"/>
                <w:lang w:val="en-ZA"/>
              </w:rPr>
              <w:t>Listening skills, comprehension, vocabulary, love of books, pre-reading skills.</w:t>
            </w:r>
          </w:p>
        </w:tc>
      </w:tr>
      <w:tr w:rsidR="00A20160" w:rsidRPr="00537C3B" w14:paraId="7BD165FA" w14:textId="77777777" w:rsidTr="00A82A10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EECE1" w:themeFill="background2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E504086" w14:textId="77777777" w:rsidR="00A20160" w:rsidRPr="00537C3B" w:rsidRDefault="00A20160" w:rsidP="00A82A10">
            <w:pPr>
              <w:pStyle w:val="Heading2"/>
              <w:spacing w:after="120" w:line="275" w:lineRule="auto"/>
              <w:rPr>
                <w:rFonts w:ascii="TeachersPet" w:eastAsia="Google Sans" w:hAnsi="TeachersPet" w:cs="Google Sans"/>
                <w:color w:val="1B1C1D"/>
                <w:sz w:val="32"/>
                <w:szCs w:val="32"/>
                <w:lang w:val="en-ZA"/>
              </w:rPr>
            </w:pPr>
            <w:r w:rsidRPr="00537C3B">
              <w:rPr>
                <w:rFonts w:ascii="TeachersPet" w:eastAsia="Google Sans" w:hAnsi="TeachersPet" w:cs="Google Sans"/>
                <w:color w:val="1B1C1D"/>
                <w:sz w:val="32"/>
                <w:szCs w:val="32"/>
                <w:lang w:val="en-ZA"/>
              </w:rPr>
              <w:t>12:00 - 12:30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7C841EC" w14:textId="77777777" w:rsidR="00A20160" w:rsidRPr="00537C3B" w:rsidRDefault="00A20160" w:rsidP="00A82A10">
            <w:pPr>
              <w:pStyle w:val="Heading2"/>
              <w:spacing w:after="120" w:line="275" w:lineRule="auto"/>
              <w:rPr>
                <w:rFonts w:ascii="TeachersPet" w:eastAsia="Google Sans" w:hAnsi="TeachersPet" w:cs="Google Sans"/>
                <w:b w:val="0"/>
                <w:bCs w:val="0"/>
                <w:color w:val="1B1C1D"/>
                <w:sz w:val="32"/>
                <w:szCs w:val="32"/>
                <w:lang w:val="en-ZA"/>
              </w:rPr>
            </w:pPr>
            <w:r w:rsidRPr="00537C3B">
              <w:rPr>
                <w:rFonts w:ascii="TeachersPet" w:eastAsia="Google Sans" w:hAnsi="TeachersPet" w:cs="Google Sans"/>
                <w:b w:val="0"/>
                <w:bCs w:val="0"/>
                <w:color w:val="1B1C1D"/>
                <w:sz w:val="32"/>
                <w:szCs w:val="32"/>
                <w:lang w:val="en-ZA"/>
              </w:rPr>
              <w:t>Lunch Time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895F47F" w14:textId="77777777" w:rsidR="00A20160" w:rsidRPr="00537C3B" w:rsidRDefault="00A20160" w:rsidP="00A82A10">
            <w:pPr>
              <w:pStyle w:val="Heading2"/>
              <w:spacing w:after="120" w:line="275" w:lineRule="auto"/>
              <w:rPr>
                <w:rFonts w:ascii="TeachersPet" w:eastAsia="Google Sans" w:hAnsi="TeachersPet" w:cs="Google Sans"/>
                <w:b w:val="0"/>
                <w:bCs w:val="0"/>
                <w:color w:val="1B1C1D"/>
                <w:sz w:val="32"/>
                <w:szCs w:val="32"/>
                <w:lang w:val="en-ZA"/>
              </w:rPr>
            </w:pPr>
            <w:r w:rsidRPr="00537C3B">
              <w:rPr>
                <w:rFonts w:ascii="TeachersPet" w:eastAsia="Google Sans" w:hAnsi="TeachersPet" w:cs="Google Sans"/>
                <w:b w:val="0"/>
                <w:bCs w:val="0"/>
                <w:color w:val="1B1C1D"/>
                <w:sz w:val="32"/>
                <w:szCs w:val="32"/>
                <w:lang w:val="en-ZA"/>
              </w:rPr>
              <w:t>Healthy eating, social skills, table manners.</w:t>
            </w:r>
          </w:p>
        </w:tc>
      </w:tr>
      <w:tr w:rsidR="00A20160" w:rsidRPr="00537C3B" w14:paraId="0F897522" w14:textId="77777777" w:rsidTr="00A82A10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EECE1" w:themeFill="background2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B4230B7" w14:textId="77777777" w:rsidR="00A20160" w:rsidRPr="00537C3B" w:rsidRDefault="00A20160" w:rsidP="00A82A10">
            <w:pPr>
              <w:pStyle w:val="Heading2"/>
              <w:spacing w:after="120" w:line="275" w:lineRule="auto"/>
              <w:rPr>
                <w:rFonts w:ascii="TeachersPet" w:eastAsia="Google Sans" w:hAnsi="TeachersPet" w:cs="Google Sans"/>
                <w:color w:val="1B1C1D"/>
                <w:sz w:val="32"/>
                <w:szCs w:val="32"/>
                <w:lang w:val="en-ZA"/>
              </w:rPr>
            </w:pPr>
            <w:r w:rsidRPr="00537C3B">
              <w:rPr>
                <w:rFonts w:ascii="TeachersPet" w:eastAsia="Google Sans" w:hAnsi="TeachersPet" w:cs="Google Sans"/>
                <w:color w:val="1B1C1D"/>
                <w:sz w:val="32"/>
                <w:szCs w:val="32"/>
                <w:lang w:val="en-ZA"/>
              </w:rPr>
              <w:lastRenderedPageBreak/>
              <w:t>12:30 - 13:30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553B0ED" w14:textId="77777777" w:rsidR="00A20160" w:rsidRPr="00537C3B" w:rsidRDefault="00A20160" w:rsidP="00A82A10">
            <w:pPr>
              <w:pStyle w:val="Heading2"/>
              <w:spacing w:after="120" w:line="275" w:lineRule="auto"/>
              <w:rPr>
                <w:rFonts w:ascii="TeachersPet" w:eastAsia="Google Sans" w:hAnsi="TeachersPet" w:cs="Google Sans"/>
                <w:b w:val="0"/>
                <w:bCs w:val="0"/>
                <w:color w:val="1B1C1D"/>
                <w:sz w:val="32"/>
                <w:szCs w:val="32"/>
                <w:lang w:val="en-ZA"/>
              </w:rPr>
            </w:pPr>
            <w:r w:rsidRPr="00537C3B">
              <w:rPr>
                <w:rFonts w:ascii="TeachersPet" w:eastAsia="Google Sans" w:hAnsi="TeachersPet" w:cs="Google Sans"/>
                <w:b w:val="0"/>
                <w:bCs w:val="0"/>
                <w:color w:val="1B1C1D"/>
                <w:sz w:val="32"/>
                <w:szCs w:val="32"/>
                <w:lang w:val="en-ZA"/>
              </w:rPr>
              <w:t>Rest/Quiet Time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6B742C6" w14:textId="77777777" w:rsidR="00A20160" w:rsidRPr="00537C3B" w:rsidRDefault="00A20160" w:rsidP="00A82A10">
            <w:pPr>
              <w:pStyle w:val="Heading2"/>
              <w:spacing w:after="120" w:line="275" w:lineRule="auto"/>
              <w:rPr>
                <w:rFonts w:ascii="TeachersPet" w:eastAsia="Google Sans" w:hAnsi="TeachersPet" w:cs="Google Sans"/>
                <w:b w:val="0"/>
                <w:bCs w:val="0"/>
                <w:color w:val="1B1C1D"/>
                <w:sz w:val="32"/>
                <w:szCs w:val="32"/>
                <w:lang w:val="en-ZA"/>
              </w:rPr>
            </w:pPr>
            <w:r w:rsidRPr="00537C3B">
              <w:rPr>
                <w:rFonts w:ascii="TeachersPet" w:eastAsia="Google Sans" w:hAnsi="TeachersPet" w:cs="Google Sans"/>
                <w:b w:val="0"/>
                <w:bCs w:val="0"/>
                <w:color w:val="1B1C1D"/>
                <w:sz w:val="32"/>
                <w:szCs w:val="32"/>
                <w:lang w:val="en-ZA"/>
              </w:rPr>
              <w:t>Physical and mental rest, relaxation. (Some children may sleep, others engage in quiet activities).</w:t>
            </w:r>
          </w:p>
        </w:tc>
      </w:tr>
      <w:tr w:rsidR="00A20160" w:rsidRPr="00537C3B" w14:paraId="47E66B22" w14:textId="77777777" w:rsidTr="00A82A10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EECE1" w:themeFill="background2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75F4C9B" w14:textId="77777777" w:rsidR="00A20160" w:rsidRPr="00537C3B" w:rsidRDefault="00A20160" w:rsidP="00A82A10">
            <w:pPr>
              <w:pStyle w:val="Heading2"/>
              <w:spacing w:after="120" w:line="275" w:lineRule="auto"/>
              <w:rPr>
                <w:rFonts w:ascii="TeachersPet" w:eastAsia="Google Sans" w:hAnsi="TeachersPet" w:cs="Google Sans"/>
                <w:color w:val="1B1C1D"/>
                <w:sz w:val="32"/>
                <w:szCs w:val="32"/>
                <w:lang w:val="en-ZA"/>
              </w:rPr>
            </w:pPr>
            <w:r w:rsidRPr="00537C3B">
              <w:rPr>
                <w:rFonts w:ascii="TeachersPet" w:eastAsia="Google Sans" w:hAnsi="TeachersPet" w:cs="Google Sans"/>
                <w:color w:val="1B1C1D"/>
                <w:sz w:val="32"/>
                <w:szCs w:val="32"/>
                <w:lang w:val="en-ZA"/>
              </w:rPr>
              <w:t>13:30 - 14:00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E0A9314" w14:textId="77777777" w:rsidR="00A20160" w:rsidRPr="00537C3B" w:rsidRDefault="00A20160" w:rsidP="00A82A10">
            <w:pPr>
              <w:pStyle w:val="Heading2"/>
              <w:spacing w:after="120" w:line="275" w:lineRule="auto"/>
              <w:rPr>
                <w:rFonts w:ascii="TeachersPet" w:eastAsia="Google Sans" w:hAnsi="TeachersPet" w:cs="Google Sans"/>
                <w:b w:val="0"/>
                <w:bCs w:val="0"/>
                <w:color w:val="1B1C1D"/>
                <w:sz w:val="32"/>
                <w:szCs w:val="32"/>
                <w:lang w:val="en-ZA"/>
              </w:rPr>
            </w:pPr>
            <w:r w:rsidRPr="00537C3B">
              <w:rPr>
                <w:rFonts w:ascii="TeachersPet" w:eastAsia="Google Sans" w:hAnsi="TeachersPet" w:cs="Google Sans"/>
                <w:b w:val="0"/>
                <w:bCs w:val="0"/>
                <w:color w:val="1B1C1D"/>
                <w:sz w:val="32"/>
                <w:szCs w:val="32"/>
                <w:lang w:val="en-ZA"/>
              </w:rPr>
              <w:t>Afternoon Snack &amp; Free Play (Calm)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6B925A8" w14:textId="77777777" w:rsidR="00A20160" w:rsidRPr="00537C3B" w:rsidRDefault="00A20160" w:rsidP="00A82A10">
            <w:pPr>
              <w:pStyle w:val="Heading2"/>
              <w:spacing w:after="120" w:line="275" w:lineRule="auto"/>
              <w:rPr>
                <w:rFonts w:ascii="TeachersPet" w:eastAsia="Google Sans" w:hAnsi="TeachersPet" w:cs="Google Sans"/>
                <w:b w:val="0"/>
                <w:bCs w:val="0"/>
                <w:color w:val="1B1C1D"/>
                <w:sz w:val="32"/>
                <w:szCs w:val="32"/>
                <w:lang w:val="en-ZA"/>
              </w:rPr>
            </w:pPr>
            <w:r w:rsidRPr="00537C3B">
              <w:rPr>
                <w:rFonts w:ascii="TeachersPet" w:eastAsia="Google Sans" w:hAnsi="TeachersPet" w:cs="Google Sans"/>
                <w:b w:val="0"/>
                <w:bCs w:val="0"/>
                <w:color w:val="1B1C1D"/>
                <w:sz w:val="32"/>
                <w:szCs w:val="32"/>
                <w:lang w:val="en-ZA"/>
              </w:rPr>
              <w:t>Socialisation, independent choice, calm environment.</w:t>
            </w:r>
          </w:p>
        </w:tc>
      </w:tr>
      <w:tr w:rsidR="00A20160" w:rsidRPr="00537C3B" w14:paraId="7A4ABFF8" w14:textId="77777777" w:rsidTr="00A82A10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EECE1" w:themeFill="background2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DA8CDAB" w14:textId="77777777" w:rsidR="00A20160" w:rsidRPr="00537C3B" w:rsidRDefault="00A20160" w:rsidP="00A82A10">
            <w:pPr>
              <w:pStyle w:val="Heading2"/>
              <w:spacing w:after="120" w:line="275" w:lineRule="auto"/>
              <w:rPr>
                <w:rFonts w:ascii="TeachersPet" w:eastAsia="Google Sans" w:hAnsi="TeachersPet" w:cs="Google Sans"/>
                <w:color w:val="1B1C1D"/>
                <w:sz w:val="32"/>
                <w:szCs w:val="32"/>
                <w:lang w:val="en-ZA"/>
              </w:rPr>
            </w:pPr>
            <w:r w:rsidRPr="00537C3B">
              <w:rPr>
                <w:rFonts w:ascii="TeachersPet" w:eastAsia="Google Sans" w:hAnsi="TeachersPet" w:cs="Google Sans"/>
                <w:color w:val="1B1C1D"/>
                <w:sz w:val="32"/>
                <w:szCs w:val="32"/>
                <w:lang w:val="en-ZA"/>
              </w:rPr>
              <w:t>14:00 - 15:00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FE6FC8C" w14:textId="77777777" w:rsidR="00A20160" w:rsidRPr="00537C3B" w:rsidRDefault="00A20160" w:rsidP="00A82A10">
            <w:pPr>
              <w:pStyle w:val="Heading2"/>
              <w:spacing w:after="120" w:line="275" w:lineRule="auto"/>
              <w:rPr>
                <w:rFonts w:ascii="TeachersPet" w:eastAsia="Google Sans" w:hAnsi="TeachersPet" w:cs="Google Sans"/>
                <w:b w:val="0"/>
                <w:bCs w:val="0"/>
                <w:color w:val="1B1C1D"/>
                <w:sz w:val="32"/>
                <w:szCs w:val="32"/>
                <w:lang w:val="en-ZA"/>
              </w:rPr>
            </w:pPr>
            <w:r w:rsidRPr="00537C3B">
              <w:rPr>
                <w:rFonts w:ascii="TeachersPet" w:eastAsia="Google Sans" w:hAnsi="TeachersPet" w:cs="Google Sans"/>
                <w:b w:val="0"/>
                <w:bCs w:val="0"/>
                <w:color w:val="1B1C1D"/>
                <w:sz w:val="32"/>
                <w:szCs w:val="32"/>
                <w:lang w:val="en-ZA"/>
              </w:rPr>
              <w:t>Structured Play / Educational Games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B73888F" w14:textId="77777777" w:rsidR="00A20160" w:rsidRPr="00537C3B" w:rsidRDefault="00A20160" w:rsidP="00A82A10">
            <w:pPr>
              <w:pStyle w:val="Heading2"/>
              <w:spacing w:after="120" w:line="275" w:lineRule="auto"/>
              <w:rPr>
                <w:rFonts w:ascii="TeachersPet" w:eastAsia="Google Sans" w:hAnsi="TeachersPet" w:cs="Google Sans"/>
                <w:b w:val="0"/>
                <w:bCs w:val="0"/>
                <w:color w:val="1B1C1D"/>
                <w:sz w:val="32"/>
                <w:szCs w:val="32"/>
                <w:lang w:val="en-ZA"/>
              </w:rPr>
            </w:pPr>
            <w:r w:rsidRPr="00537C3B">
              <w:rPr>
                <w:rFonts w:ascii="TeachersPet" w:eastAsia="Google Sans" w:hAnsi="TeachersPet" w:cs="Google Sans"/>
                <w:b w:val="0"/>
                <w:bCs w:val="0"/>
                <w:color w:val="1B1C1D"/>
                <w:sz w:val="32"/>
                <w:szCs w:val="32"/>
                <w:lang w:val="en-ZA"/>
              </w:rPr>
              <w:t>Reinforce morning concepts through play, problem-solving, group games.</w:t>
            </w:r>
          </w:p>
        </w:tc>
      </w:tr>
      <w:tr w:rsidR="00A20160" w:rsidRPr="00537C3B" w14:paraId="69FDD050" w14:textId="77777777" w:rsidTr="00A82A10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EECE1" w:themeFill="background2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0B38E1F" w14:textId="77777777" w:rsidR="00A20160" w:rsidRPr="00537C3B" w:rsidRDefault="00A20160" w:rsidP="00A82A10">
            <w:pPr>
              <w:pStyle w:val="Heading2"/>
              <w:spacing w:after="120" w:line="275" w:lineRule="auto"/>
              <w:rPr>
                <w:rFonts w:ascii="TeachersPet" w:eastAsia="Google Sans" w:hAnsi="TeachersPet" w:cs="Google Sans"/>
                <w:color w:val="1B1C1D"/>
                <w:sz w:val="32"/>
                <w:szCs w:val="32"/>
                <w:lang w:val="en-ZA"/>
              </w:rPr>
            </w:pPr>
            <w:r w:rsidRPr="00537C3B">
              <w:rPr>
                <w:rFonts w:ascii="TeachersPet" w:eastAsia="Google Sans" w:hAnsi="TeachersPet" w:cs="Google Sans"/>
                <w:color w:val="1B1C1D"/>
                <w:sz w:val="32"/>
                <w:szCs w:val="32"/>
                <w:lang w:val="en-ZA"/>
              </w:rPr>
              <w:t>15:00 - 16:30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3600CDC" w14:textId="77777777" w:rsidR="00A20160" w:rsidRPr="00537C3B" w:rsidRDefault="00A20160" w:rsidP="00A82A10">
            <w:pPr>
              <w:pStyle w:val="Heading2"/>
              <w:spacing w:after="120" w:line="275" w:lineRule="auto"/>
              <w:rPr>
                <w:rFonts w:ascii="TeachersPet" w:eastAsia="Google Sans" w:hAnsi="TeachersPet" w:cs="Google Sans"/>
                <w:b w:val="0"/>
                <w:bCs w:val="0"/>
                <w:color w:val="1B1C1D"/>
                <w:sz w:val="32"/>
                <w:szCs w:val="32"/>
                <w:lang w:val="en-ZA"/>
              </w:rPr>
            </w:pPr>
            <w:r w:rsidRPr="00537C3B">
              <w:rPr>
                <w:rFonts w:ascii="TeachersPet" w:eastAsia="Google Sans" w:hAnsi="TeachersPet" w:cs="Google Sans"/>
                <w:b w:val="0"/>
                <w:bCs w:val="0"/>
                <w:color w:val="1B1C1D"/>
                <w:sz w:val="32"/>
                <w:szCs w:val="32"/>
                <w:lang w:val="en-ZA"/>
              </w:rPr>
              <w:t>Outdoor Play / Departure Preparation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6DA2658" w14:textId="77777777" w:rsidR="00A20160" w:rsidRPr="00537C3B" w:rsidRDefault="00A20160" w:rsidP="00A82A10">
            <w:pPr>
              <w:pStyle w:val="Heading2"/>
              <w:spacing w:after="120" w:line="275" w:lineRule="auto"/>
              <w:rPr>
                <w:rFonts w:ascii="TeachersPet" w:eastAsia="Google Sans" w:hAnsi="TeachersPet" w:cs="Google Sans"/>
                <w:b w:val="0"/>
                <w:bCs w:val="0"/>
                <w:color w:val="1B1C1D"/>
                <w:sz w:val="32"/>
                <w:szCs w:val="32"/>
                <w:lang w:val="en-ZA"/>
              </w:rPr>
            </w:pPr>
            <w:r w:rsidRPr="00537C3B">
              <w:rPr>
                <w:rFonts w:ascii="TeachersPet" w:eastAsia="Google Sans" w:hAnsi="TeachersPet" w:cs="Google Sans"/>
                <w:b w:val="0"/>
                <w:bCs w:val="0"/>
                <w:color w:val="1B1C1D"/>
                <w:sz w:val="32"/>
                <w:szCs w:val="32"/>
                <w:lang w:val="en-ZA"/>
              </w:rPr>
              <w:t>Continued physical activity, tidying up, getting ready for home.</w:t>
            </w:r>
          </w:p>
        </w:tc>
      </w:tr>
      <w:tr w:rsidR="00A20160" w:rsidRPr="00537C3B" w14:paraId="7CF1A6CA" w14:textId="77777777" w:rsidTr="00A82A10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EECE1" w:themeFill="background2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92D7ECE" w14:textId="77777777" w:rsidR="00A20160" w:rsidRPr="00537C3B" w:rsidRDefault="00A20160" w:rsidP="00A82A10">
            <w:pPr>
              <w:pStyle w:val="Heading2"/>
              <w:spacing w:after="120" w:line="275" w:lineRule="auto"/>
              <w:rPr>
                <w:rFonts w:ascii="TeachersPet" w:eastAsia="Google Sans" w:hAnsi="TeachersPet" w:cs="Google Sans"/>
                <w:color w:val="1B1C1D"/>
                <w:sz w:val="32"/>
                <w:szCs w:val="32"/>
                <w:lang w:val="en-ZA"/>
              </w:rPr>
            </w:pPr>
            <w:r w:rsidRPr="00537C3B">
              <w:rPr>
                <w:rFonts w:ascii="TeachersPet" w:eastAsia="Google Sans" w:hAnsi="TeachersPet" w:cs="Google Sans"/>
                <w:color w:val="1B1C1D"/>
                <w:sz w:val="32"/>
                <w:szCs w:val="32"/>
                <w:lang w:val="en-ZA"/>
              </w:rPr>
              <w:t>16:30 onwards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1667455" w14:textId="77777777" w:rsidR="00A20160" w:rsidRPr="00537C3B" w:rsidRDefault="00A20160" w:rsidP="00A82A10">
            <w:pPr>
              <w:pStyle w:val="Heading2"/>
              <w:spacing w:after="120" w:line="275" w:lineRule="auto"/>
              <w:rPr>
                <w:rFonts w:ascii="TeachersPet" w:eastAsia="Google Sans" w:hAnsi="TeachersPet" w:cs="Google Sans"/>
                <w:b w:val="0"/>
                <w:bCs w:val="0"/>
                <w:color w:val="1B1C1D"/>
                <w:sz w:val="32"/>
                <w:szCs w:val="32"/>
                <w:lang w:val="en-ZA"/>
              </w:rPr>
            </w:pPr>
            <w:r w:rsidRPr="00537C3B">
              <w:rPr>
                <w:rFonts w:ascii="TeachersPet" w:eastAsia="Google Sans" w:hAnsi="TeachersPet" w:cs="Google Sans"/>
                <w:b w:val="0"/>
                <w:bCs w:val="0"/>
                <w:color w:val="1B1C1D"/>
                <w:sz w:val="32"/>
                <w:szCs w:val="32"/>
                <w:lang w:val="en-ZA"/>
              </w:rPr>
              <w:t>Aftercare / Late Pick-ups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289D65F" w14:textId="77777777" w:rsidR="00A20160" w:rsidRPr="00537C3B" w:rsidRDefault="00A20160" w:rsidP="00A82A10">
            <w:pPr>
              <w:pStyle w:val="Heading2"/>
              <w:spacing w:after="120" w:line="275" w:lineRule="auto"/>
              <w:rPr>
                <w:rFonts w:ascii="TeachersPet" w:eastAsia="Google Sans" w:hAnsi="TeachersPet" w:cs="Google Sans"/>
                <w:b w:val="0"/>
                <w:bCs w:val="0"/>
                <w:color w:val="1B1C1D"/>
                <w:sz w:val="32"/>
                <w:szCs w:val="32"/>
                <w:lang w:val="en-ZA"/>
              </w:rPr>
            </w:pPr>
            <w:r w:rsidRPr="00537C3B">
              <w:rPr>
                <w:rFonts w:ascii="TeachersPet" w:eastAsia="Google Sans" w:hAnsi="TeachersPet" w:cs="Google Sans"/>
                <w:b w:val="0"/>
                <w:bCs w:val="0"/>
                <w:color w:val="1B1C1D"/>
                <w:sz w:val="32"/>
                <w:szCs w:val="32"/>
                <w:lang w:val="en-ZA"/>
              </w:rPr>
              <w:t>Supervised free play, quiet activities, structured games, additional snack if needed.</w:t>
            </w:r>
          </w:p>
        </w:tc>
      </w:tr>
    </w:tbl>
    <w:p w14:paraId="3F60965E" w14:textId="65DFA0C5" w:rsidR="00EB604A" w:rsidRPr="00537C3B" w:rsidRDefault="00EB604A" w:rsidP="00452429">
      <w:pPr>
        <w:spacing w:line="240" w:lineRule="auto"/>
        <w:rPr>
          <w:rFonts w:ascii="TeachersPet" w:hAnsi="TeachersPet"/>
          <w:color w:val="000000" w:themeColor="text1"/>
          <w:sz w:val="32"/>
          <w:szCs w:val="32"/>
        </w:rPr>
      </w:pPr>
    </w:p>
    <w:sectPr w:rsidR="00EB604A" w:rsidRPr="00537C3B" w:rsidSect="00EB604A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720" w:right="720" w:bottom="720" w:left="720" w:header="720" w:footer="34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B5E01F2" w14:textId="77777777" w:rsidR="00EB7DE5" w:rsidRDefault="00EB7DE5" w:rsidP="00EB604A">
      <w:pPr>
        <w:spacing w:after="0" w:line="240" w:lineRule="auto"/>
      </w:pPr>
      <w:r>
        <w:separator/>
      </w:r>
    </w:p>
  </w:endnote>
  <w:endnote w:type="continuationSeparator" w:id="0">
    <w:p w14:paraId="4B19F5FF" w14:textId="77777777" w:rsidR="00EB7DE5" w:rsidRDefault="00EB7DE5" w:rsidP="00EB60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E00002FF" w:usb1="6AC7FDFB" w:usb2="08000012" w:usb3="00000000" w:csb0="0002009F" w:csb1="00000000"/>
  </w:font>
  <w:font w:name="Courier">
    <w:panose1 w:val="00000000000000000000"/>
    <w:charset w:val="00"/>
    <w:family w:val="auto"/>
    <w:pitch w:val="variable"/>
    <w:sig w:usb0="00000003" w:usb1="00000000" w:usb2="00000000" w:usb3="00000000" w:csb0="00000003" w:csb1="00000000"/>
  </w:font>
  <w:font w:name="TeachersPet">
    <w:panose1 w:val="020B0500000000000000"/>
    <w:charset w:val="00"/>
    <w:family w:val="swiss"/>
    <w:pitch w:val="variable"/>
    <w:sig w:usb0="00000003" w:usb1="00000000" w:usb2="00000000" w:usb3="00000000" w:csb0="00000001" w:csb1="00000000"/>
  </w:font>
  <w:font w:name="Google Sans Text">
    <w:altName w:val="Calibri"/>
    <w:panose1 w:val="020B0604020202020204"/>
    <w:charset w:val="00"/>
    <w:family w:val="auto"/>
    <w:pitch w:val="default"/>
  </w:font>
  <w:font w:name="Google Sans">
    <w:altName w:val="Calibri"/>
    <w:panose1 w:val="020B0604020202020204"/>
    <w:charset w:val="00"/>
    <w:family w:val="auto"/>
    <w:pitch w:val="default"/>
  </w:font>
  <w:font w:name="Visby CF">
    <w:panose1 w:val="00000000000000000000"/>
    <w:charset w:val="4D"/>
    <w:family w:val="auto"/>
    <w:notTrueType/>
    <w:pitch w:val="variable"/>
    <w:sig w:usb0="A00002FF" w:usb1="4000205A" w:usb2="00000000" w:usb3="00000000" w:csb0="000001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31A8D9F" w14:textId="77777777" w:rsidR="00FC4DCD" w:rsidRDefault="00FC4DC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3CF1EDA" w14:textId="77777777" w:rsidR="00FC4DCD" w:rsidRPr="00DD1E16" w:rsidRDefault="00FC4DCD" w:rsidP="00FC4DCD">
    <w:pPr>
      <w:pStyle w:val="Footer"/>
      <w:jc w:val="center"/>
      <w:rPr>
        <w:rFonts w:ascii="Visby CF" w:hAnsi="Visby CF"/>
        <w:b/>
        <w:bCs/>
        <w:sz w:val="18"/>
        <w:szCs w:val="18"/>
      </w:rPr>
    </w:pPr>
    <w:r w:rsidRPr="00DD1E16">
      <w:rPr>
        <w:rFonts w:ascii="Visby CF" w:hAnsi="Visby CF"/>
        <w:b/>
        <w:bCs/>
        <w:sz w:val="18"/>
        <w:szCs w:val="18"/>
      </w:rPr>
      <w:t>CC BY-NC 4.0 License</w:t>
    </w:r>
  </w:p>
  <w:p w14:paraId="0D2DC817" w14:textId="5FD0BD4A" w:rsidR="00EB604A" w:rsidRPr="00FC4DCD" w:rsidRDefault="00FC4DCD" w:rsidP="00FC4DCD">
    <w:pPr>
      <w:pStyle w:val="Footer"/>
      <w:jc w:val="center"/>
      <w:rPr>
        <w:rFonts w:ascii="Visby CF" w:hAnsi="Visby CF"/>
        <w:b/>
        <w:bCs/>
        <w:sz w:val="18"/>
        <w:szCs w:val="18"/>
      </w:rPr>
    </w:pPr>
    <w:r w:rsidRPr="00DD1E16">
      <w:rPr>
        <w:rFonts w:ascii="Visby CF" w:hAnsi="Visby CF"/>
        <w:b/>
        <w:bCs/>
        <w:sz w:val="18"/>
        <w:szCs w:val="18"/>
      </w:rPr>
      <w:t>You are free to copy, remix, transform, build upon</w:t>
    </w:r>
    <w:r>
      <w:rPr>
        <w:rFonts w:ascii="Visby CF" w:hAnsi="Visby CF"/>
        <w:b/>
        <w:bCs/>
        <w:sz w:val="18"/>
        <w:szCs w:val="18"/>
      </w:rPr>
      <w:t>,</w:t>
    </w:r>
    <w:r w:rsidRPr="00DD1E16">
      <w:rPr>
        <w:rFonts w:ascii="Visby CF" w:hAnsi="Visby CF"/>
        <w:b/>
        <w:bCs/>
        <w:sz w:val="18"/>
        <w:szCs w:val="18"/>
      </w:rPr>
      <w:t xml:space="preserve"> and redistribute this material for NONCOMMERCIAL purposes only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990721B" w14:textId="77777777" w:rsidR="00FC4DCD" w:rsidRDefault="00FC4DC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923C9D" w14:textId="77777777" w:rsidR="00EB7DE5" w:rsidRDefault="00EB7DE5" w:rsidP="00EB604A">
      <w:pPr>
        <w:spacing w:after="0" w:line="240" w:lineRule="auto"/>
      </w:pPr>
      <w:r>
        <w:separator/>
      </w:r>
    </w:p>
  </w:footnote>
  <w:footnote w:type="continuationSeparator" w:id="0">
    <w:p w14:paraId="29C61878" w14:textId="77777777" w:rsidR="00EB7DE5" w:rsidRDefault="00EB7DE5" w:rsidP="00EB60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E928F5E" w14:textId="77777777" w:rsidR="00FC4DCD" w:rsidRDefault="00FC4DC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62C9756" w14:textId="77777777" w:rsidR="00FC4DCD" w:rsidRDefault="00FC4DC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3BDAEA6" w14:textId="77777777" w:rsidR="00FC4DCD" w:rsidRDefault="00FC4DC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136076E9"/>
    <w:multiLevelType w:val="multilevel"/>
    <w:tmpl w:val="208E4D9A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0" w15:restartNumberingAfterBreak="0">
    <w:nsid w:val="254E5D5B"/>
    <w:multiLevelType w:val="multilevel"/>
    <w:tmpl w:val="77E4C8D2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1" w15:restartNumberingAfterBreak="0">
    <w:nsid w:val="3A312A3A"/>
    <w:multiLevelType w:val="multilevel"/>
    <w:tmpl w:val="783CEF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BDF0E19"/>
    <w:multiLevelType w:val="multilevel"/>
    <w:tmpl w:val="F580CDA2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3" w15:restartNumberingAfterBreak="0">
    <w:nsid w:val="3C152C79"/>
    <w:multiLevelType w:val="multilevel"/>
    <w:tmpl w:val="920444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EFD2074"/>
    <w:multiLevelType w:val="multilevel"/>
    <w:tmpl w:val="6A8A8AEC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5" w15:restartNumberingAfterBreak="0">
    <w:nsid w:val="4CE76DF2"/>
    <w:multiLevelType w:val="multilevel"/>
    <w:tmpl w:val="554CA6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65064734">
    <w:abstractNumId w:val="8"/>
  </w:num>
  <w:num w:numId="2" w16cid:durableId="1403212495">
    <w:abstractNumId w:val="6"/>
  </w:num>
  <w:num w:numId="3" w16cid:durableId="1697000965">
    <w:abstractNumId w:val="5"/>
  </w:num>
  <w:num w:numId="4" w16cid:durableId="1117286932">
    <w:abstractNumId w:val="4"/>
  </w:num>
  <w:num w:numId="5" w16cid:durableId="1599287951">
    <w:abstractNumId w:val="7"/>
  </w:num>
  <w:num w:numId="6" w16cid:durableId="1194927230">
    <w:abstractNumId w:val="3"/>
  </w:num>
  <w:num w:numId="7" w16cid:durableId="1151361765">
    <w:abstractNumId w:val="2"/>
  </w:num>
  <w:num w:numId="8" w16cid:durableId="1220172373">
    <w:abstractNumId w:val="1"/>
  </w:num>
  <w:num w:numId="9" w16cid:durableId="1076365134">
    <w:abstractNumId w:val="0"/>
  </w:num>
  <w:num w:numId="10" w16cid:durableId="1621381500">
    <w:abstractNumId w:val="12"/>
  </w:num>
  <w:num w:numId="11" w16cid:durableId="1244490464">
    <w:abstractNumId w:val="14"/>
  </w:num>
  <w:num w:numId="12" w16cid:durableId="1541701400">
    <w:abstractNumId w:val="9"/>
  </w:num>
  <w:num w:numId="13" w16cid:durableId="383716362">
    <w:abstractNumId w:val="10"/>
  </w:num>
  <w:num w:numId="14" w16cid:durableId="41447926">
    <w:abstractNumId w:val="15"/>
  </w:num>
  <w:num w:numId="15" w16cid:durableId="1125463901">
    <w:abstractNumId w:val="11"/>
  </w:num>
  <w:num w:numId="16" w16cid:durableId="88391152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B41B2"/>
    <w:rsid w:val="000B6E81"/>
    <w:rsid w:val="000D396E"/>
    <w:rsid w:val="0015074B"/>
    <w:rsid w:val="00263FB8"/>
    <w:rsid w:val="0029639D"/>
    <w:rsid w:val="002F42B8"/>
    <w:rsid w:val="00326F90"/>
    <w:rsid w:val="003B5227"/>
    <w:rsid w:val="00452429"/>
    <w:rsid w:val="00537C3B"/>
    <w:rsid w:val="007C5AA5"/>
    <w:rsid w:val="007F1C70"/>
    <w:rsid w:val="008439EA"/>
    <w:rsid w:val="008E68FD"/>
    <w:rsid w:val="008F57D0"/>
    <w:rsid w:val="009727CA"/>
    <w:rsid w:val="009936BA"/>
    <w:rsid w:val="009B7755"/>
    <w:rsid w:val="00A20160"/>
    <w:rsid w:val="00A82A10"/>
    <w:rsid w:val="00AA1D8D"/>
    <w:rsid w:val="00B47730"/>
    <w:rsid w:val="00B509E3"/>
    <w:rsid w:val="00BB1207"/>
    <w:rsid w:val="00CB0664"/>
    <w:rsid w:val="00D32392"/>
    <w:rsid w:val="00D67B2E"/>
    <w:rsid w:val="00DC3DA7"/>
    <w:rsid w:val="00DD7199"/>
    <w:rsid w:val="00EB604A"/>
    <w:rsid w:val="00EB7DE5"/>
    <w:rsid w:val="00FC4DCD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,"/>
  <w14:docId w14:val="69DD07AC"/>
  <w14:defaultImageDpi w14:val="300"/>
  <w15:docId w15:val="{8E7E7DB2-E6EE-5843-8C54-B1914B8484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u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Shading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urfulList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urfulList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urfulList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urfulList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urfulList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urfulList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u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urfulGrid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urfulGrid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urfulGrid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Grid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urfulGrid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urfulGrid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FootnoteText">
    <w:name w:val="footnote text"/>
    <w:basedOn w:val="Normal"/>
    <w:link w:val="FootnoteTextChar"/>
    <w:uiPriority w:val="99"/>
    <w:semiHidden/>
    <w:unhideWhenUsed/>
    <w:rsid w:val="00537C3B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37C3B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537C3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2816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08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92E9186104DEB49A68ABE040E9C0972" ma:contentTypeVersion="16" ma:contentTypeDescription="Create a new document." ma:contentTypeScope="" ma:versionID="7f4f1ac43400d34b78d01bc424fe115c">
  <xsd:schema xmlns:xsd="http://www.w3.org/2001/XMLSchema" xmlns:xs="http://www.w3.org/2001/XMLSchema" xmlns:p="http://schemas.microsoft.com/office/2006/metadata/properties" xmlns:ns2="ce315e5b-4664-4296-8c8f-4d6ecdbb4f81" xmlns:ns3="cfa9c32a-54df-401b-83fc-ff9d7b26fb45" targetNamespace="http://schemas.microsoft.com/office/2006/metadata/properties" ma:root="true" ma:fieldsID="8577eb9808f8ac135ed546afb657af03" ns2:_="" ns3:_="">
    <xsd:import namespace="ce315e5b-4664-4296-8c8f-4d6ecdbb4f81"/>
    <xsd:import namespace="cfa9c32a-54df-401b-83fc-ff9d7b26fb45"/>
    <xsd:element name="properties">
      <xsd:complexType>
        <xsd:sequence>
          <xsd:element name="documentManagement">
            <xsd:complexType>
              <xsd:all>
                <xsd:element ref="ns2:SmallGrants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315e5b-4664-4296-8c8f-4d6ecdbb4f81" elementFormDefault="qualified">
    <xsd:import namespace="http://schemas.microsoft.com/office/2006/documentManagement/types"/>
    <xsd:import namespace="http://schemas.microsoft.com/office/infopath/2007/PartnerControls"/>
    <xsd:element name="SmallGrants" ma:index="8" nillable="true" ma:displayName="Small Grants " ma:description="All Small Grants applications " ma:format="Dropdown" ma:internalName="SmallGrants">
      <xsd:simpleType>
        <xsd:restriction base="dms:Text">
          <xsd:maxLength value="255"/>
        </xsd:restriction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cc3fc6f2-f557-4b51-8471-95962e154da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a9c32a-54df-401b-83fc-ff9d7b26fb45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275be4df-24f6-4474-94fc-436692542bc6}" ma:internalName="TaxCatchAll" ma:showField="CatchAllData" ma:web="cfa9c32a-54df-401b-83fc-ff9d7b26fb4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mallGrants xmlns="ce315e5b-4664-4296-8c8f-4d6ecdbb4f81" xsi:nil="true"/>
    <TaxCatchAll xmlns="cfa9c32a-54df-401b-83fc-ff9d7b26fb45" xsi:nil="true"/>
    <lcf76f155ced4ddcb4097134ff3c332f xmlns="ce315e5b-4664-4296-8c8f-4d6ecdbb4f81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6540A1AA-F6AD-4073-A1D3-607BF660024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e315e5b-4664-4296-8c8f-4d6ecdbb4f81"/>
    <ds:schemaRef ds:uri="cfa9c32a-54df-401b-83fc-ff9d7b26fb4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2CD2B8F-7042-44EB-A52A-6AB633DBBD5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02F309A-F250-4C5A-B161-7EE5F3B009AB}">
  <ds:schemaRefs>
    <ds:schemaRef ds:uri="http://schemas.microsoft.com/office/2006/metadata/properties"/>
    <ds:schemaRef ds:uri="http://schemas.microsoft.com/office/infopath/2007/PartnerControls"/>
    <ds:schemaRef ds:uri="ce315e5b-4664-4296-8c8f-4d6ecdbb4f81"/>
    <ds:schemaRef ds:uri="cfa9c32a-54df-401b-83fc-ff9d7b26fb4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4</Pages>
  <Words>458</Words>
  <Characters>2612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3064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Fred Every</cp:lastModifiedBy>
  <cp:revision>5</cp:revision>
  <dcterms:created xsi:type="dcterms:W3CDTF">2025-07-09T09:01:00Z</dcterms:created>
  <dcterms:modified xsi:type="dcterms:W3CDTF">2025-07-23T10:10:00Z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0x010100C92E9186104DEB49A68ABE040E9C0972</vt:lpwstr>
  </property>
</Properties>
</file>