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A7664" w14:textId="32B51AF8" w:rsidR="008E68FD" w:rsidRPr="008E68FD" w:rsidRDefault="008E68FD" w:rsidP="008E68FD">
      <w:pPr>
        <w:pBdr>
          <w:top w:val="nil"/>
          <w:left w:val="nil"/>
          <w:bottom w:val="nil"/>
          <w:right w:val="nil"/>
          <w:between w:val="nil"/>
        </w:pBdr>
        <w:spacing w:after="240" w:line="240" w:lineRule="auto"/>
        <w:rPr>
          <w:rFonts w:ascii="TeachersPet" w:eastAsia="Google Sans Text" w:hAnsi="TeachersPet" w:cs="Google Sans Text"/>
          <w:b/>
          <w:color w:val="1B1C1D"/>
          <w:sz w:val="72"/>
          <w:szCs w:val="72"/>
        </w:rPr>
      </w:pPr>
      <w:r w:rsidRPr="008E68FD">
        <w:rPr>
          <w:rFonts w:ascii="TeachersPet" w:hAnsi="TeachersPet"/>
          <w:noProof/>
          <w:color w:val="000000" w:themeColor="text1"/>
          <w:sz w:val="32"/>
          <w:szCs w:val="32"/>
        </w:rPr>
        <mc:AlternateContent>
          <mc:Choice Requires="wps">
            <w:drawing>
              <wp:anchor distT="0" distB="0" distL="114300" distR="114300" simplePos="0" relativeHeight="251654656" behindDoc="0" locked="0" layoutInCell="1" allowOverlap="1" wp14:anchorId="0D7DDDEB" wp14:editId="6E8B6B82">
                <wp:simplePos x="0" y="0"/>
                <wp:positionH relativeFrom="column">
                  <wp:posOffset>-71120</wp:posOffset>
                </wp:positionH>
                <wp:positionV relativeFrom="paragraph">
                  <wp:posOffset>13065</wp:posOffset>
                </wp:positionV>
                <wp:extent cx="1488559" cy="1477926"/>
                <wp:effectExtent l="12700" t="12700" r="10160" b="8255"/>
                <wp:wrapSquare wrapText="bothSides"/>
                <wp:docPr id="1295468574" name="Rounded Rectangle 1"/>
                <wp:cNvGraphicFramePr/>
                <a:graphic xmlns:a="http://schemas.openxmlformats.org/drawingml/2006/main">
                  <a:graphicData uri="http://schemas.microsoft.com/office/word/2010/wordprocessingShape">
                    <wps:wsp>
                      <wps:cNvSpPr/>
                      <wps:spPr>
                        <a:xfrm>
                          <a:off x="0" y="0"/>
                          <a:ext cx="1488559" cy="1477926"/>
                        </a:xfrm>
                        <a:prstGeom prst="roundRect">
                          <a:avLst/>
                        </a:prstGeom>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A1F0E2" id="Rounded Rectangle 1" o:spid="_x0000_s1026" style="position:absolute;margin-left:-5.6pt;margin-top:1.05pt;width:117.2pt;height:116.35pt;z-index:25165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" fillcolor="white [3201]" strokecolor="black [3200]" strokeweight="2pt">
                <v:stroke dashstyle="1 1"/>
                <w10:wrap type="square"/>
              </v:roundrect>
            </w:pict>
          </mc:Fallback>
        </mc:AlternateContent>
      </w:r>
      <w:r w:rsidRPr="008E68FD">
        <w:rPr>
          <w:rFonts w:ascii="TeachersPet" w:eastAsia="Google Sans Text" w:hAnsi="TeachersPet" w:cs="Google Sans Text"/>
          <w:b/>
          <w:color w:val="1B1C1D"/>
          <w:sz w:val="72"/>
          <w:szCs w:val="72"/>
        </w:rPr>
        <w:t>[Preschool Name] Newsletter</w:t>
      </w:r>
    </w:p>
    <w:p w14:paraId="3B18510D" w14:textId="550C9D7B" w:rsidR="00452429" w:rsidRPr="008E68FD" w:rsidRDefault="00452429" w:rsidP="00452429">
      <w:pPr>
        <w:pStyle w:val="Title"/>
        <w:rPr>
          <w:rFonts w:ascii="TeachersPet" w:hAnsi="TeachersPet"/>
          <w:color w:val="000000" w:themeColor="text1"/>
          <w:sz w:val="32"/>
          <w:szCs w:val="32"/>
        </w:rPr>
      </w:pPr>
    </w:p>
    <w:p w14:paraId="0D78CFD7" w14:textId="68D869DE" w:rsidR="008E68FD" w:rsidRPr="008E68FD" w:rsidRDefault="008E68FD" w:rsidP="008E68FD">
      <w:pPr>
        <w:pBdr>
          <w:top w:val="nil"/>
          <w:left w:val="nil"/>
          <w:bottom w:val="nil"/>
          <w:right w:val="nil"/>
          <w:between w:val="nil"/>
        </w:pBdr>
        <w:spacing w:after="240" w:line="275" w:lineRule="auto"/>
        <w:jc w:val="right"/>
        <w:rPr>
          <w:rFonts w:ascii="TeachersPet" w:eastAsia="Google Sans Text" w:hAnsi="TeachersPet" w:cs="Google Sans Text"/>
          <w:color w:val="1B1C1D"/>
          <w:sz w:val="32"/>
          <w:szCs w:val="32"/>
        </w:rPr>
      </w:pPr>
      <w:r w:rsidRPr="008E68FD">
        <w:rPr>
          <w:rFonts w:ascii="TeachersPet" w:hAnsi="TeachersPet"/>
          <w:noProof/>
          <w:color w:val="000000" w:themeColor="text1"/>
          <w:sz w:val="32"/>
          <w:szCs w:val="32"/>
        </w:rPr>
        <mc:AlternateContent>
          <mc:Choice Requires="wps">
            <w:drawing>
              <wp:anchor distT="0" distB="0" distL="114300" distR="114300" simplePos="0" relativeHeight="251659264" behindDoc="0" locked="0" layoutInCell="1" allowOverlap="1" wp14:anchorId="399F6F60" wp14:editId="31802247">
                <wp:simplePos x="0" y="0"/>
                <wp:positionH relativeFrom="column">
                  <wp:posOffset>-6201</wp:posOffset>
                </wp:positionH>
                <wp:positionV relativeFrom="paragraph">
                  <wp:posOffset>330605</wp:posOffset>
                </wp:positionV>
                <wp:extent cx="1371600" cy="170121"/>
                <wp:effectExtent l="0" t="0" r="0" b="6350"/>
                <wp:wrapNone/>
                <wp:docPr id="1097117914" name="Text Box 2"/>
                <wp:cNvGraphicFramePr/>
                <a:graphic xmlns:a="http://schemas.openxmlformats.org/drawingml/2006/main">
                  <a:graphicData uri="http://schemas.microsoft.com/office/word/2010/wordprocessingShape">
                    <wps:wsp>
                      <wps:cNvSpPr txBox="1"/>
                      <wps:spPr>
                        <a:xfrm>
                          <a:off x="0" y="0"/>
                          <a:ext cx="1371600" cy="170121"/>
                        </a:xfrm>
                        <a:prstGeom prst="rect">
                          <a:avLst/>
                        </a:prstGeom>
                        <a:solidFill>
                          <a:schemeClr val="lt1"/>
                        </a:solidFill>
                        <a:ln w="6350">
                          <a:noFill/>
                        </a:ln>
                      </wps:spPr>
                      <wps:txbx>
                        <w:txbxContent>
                          <w:p w14:paraId="6D5D0BCD" w14:textId="77777777" w:rsidR="008E68FD" w:rsidRPr="00452429" w:rsidRDefault="008E68FD" w:rsidP="008E68FD">
                            <w:pPr>
                              <w:jc w:val="center"/>
                              <w:rPr>
                                <w:rFonts w:ascii="TeachersPet" w:hAnsi="TeachersPet"/>
                                <w:b/>
                                <w:bCs/>
                                <w:sz w:val="15"/>
                                <w:szCs w:val="15"/>
                              </w:rPr>
                            </w:pPr>
                            <w:r w:rsidRPr="00452429">
                              <w:rPr>
                                <w:rFonts w:ascii="TeachersPet" w:hAnsi="TeachersPet"/>
                                <w:b/>
                                <w:bCs/>
                                <w:sz w:val="15"/>
                                <w:szCs w:val="15"/>
                              </w:rPr>
                              <w:t>INSERT SCHOOL LOGO/STAMP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F6F60" id="_x0000_t202" coordsize="21600,21600" o:spt="202" path="m,l,21600r21600,l21600,xe">
                <v:stroke joinstyle="miter"/>
                <v:path gradientshapeok="t" o:connecttype="rect"/>
              </v:shapetype>
              <v:shape id="Text Box 2" o:spid="_x0000_s1026" type="#_x0000_t202" style="position:absolute;left:0;text-align:left;margin-left:-.5pt;margin-top:26.05pt;width:108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" fillcolor="white [3201]" stroked="f" strokeweight=".5pt">
                <v:textbox>
                  <w:txbxContent>
                    <w:p w14:paraId="6D5D0BCD" w14:textId="77777777" w:rsidR="008E68FD" w:rsidRPr="00452429" w:rsidRDefault="008E68FD" w:rsidP="008E68FD">
                      <w:pPr>
                        <w:jc w:val="center"/>
                        <w:rPr>
                          <w:rFonts w:ascii="TeachersPet" w:hAnsi="TeachersPet"/>
                          <w:b/>
                          <w:bCs/>
                          <w:sz w:val="15"/>
                          <w:szCs w:val="15"/>
                        </w:rPr>
                      </w:pPr>
                      <w:r w:rsidRPr="00452429">
                        <w:rPr>
                          <w:rFonts w:ascii="TeachersPet" w:hAnsi="TeachersPet"/>
                          <w:b/>
                          <w:bCs/>
                          <w:sz w:val="15"/>
                          <w:szCs w:val="15"/>
                        </w:rPr>
                        <w:t>INSERT SCHOOL LOGO/STAMP HERE</w:t>
                      </w:r>
                    </w:p>
                  </w:txbxContent>
                </v:textbox>
              </v:shape>
            </w:pict>
          </mc:Fallback>
        </mc:AlternateContent>
      </w:r>
      <w:r w:rsidRPr="008E68FD">
        <w:rPr>
          <w:rFonts w:ascii="TeachersPet" w:eastAsia="Google Sans Text" w:hAnsi="TeachersPet" w:cs="Google Sans Text"/>
          <w:b/>
          <w:color w:val="1B1C1D"/>
          <w:sz w:val="32"/>
          <w:szCs w:val="32"/>
        </w:rPr>
        <w:t>Date:</w:t>
      </w:r>
      <w:r w:rsidRPr="008E68FD">
        <w:rPr>
          <w:rFonts w:ascii="TeachersPet" w:eastAsia="Google Sans Text" w:hAnsi="TeachersPet" w:cs="Google Sans Text"/>
          <w:color w:val="1B1C1D"/>
          <w:sz w:val="32"/>
          <w:szCs w:val="32"/>
        </w:rPr>
        <w:t xml:space="preserve"> [Date]</w:t>
      </w:r>
    </w:p>
    <w:p w14:paraId="6ECA2D57" w14:textId="79BA442F" w:rsidR="008E68FD" w:rsidRPr="008E68FD" w:rsidRDefault="008E68FD" w:rsidP="008E68FD">
      <w:pPr>
        <w:pBdr>
          <w:top w:val="nil"/>
          <w:left w:val="nil"/>
          <w:bottom w:val="nil"/>
          <w:right w:val="nil"/>
          <w:between w:val="nil"/>
        </w:pBdr>
        <w:spacing w:after="240" w:line="275" w:lineRule="auto"/>
        <w:jc w:val="right"/>
        <w:rPr>
          <w:rFonts w:ascii="TeachersPet" w:eastAsia="Google Sans Text" w:hAnsi="TeachersPet" w:cs="Google Sans Text"/>
          <w:color w:val="1B1C1D"/>
          <w:sz w:val="32"/>
          <w:szCs w:val="32"/>
        </w:rPr>
      </w:pPr>
      <w:r w:rsidRPr="008E68FD">
        <w:rPr>
          <w:rFonts w:ascii="TeachersPet" w:eastAsia="Google Sans Text" w:hAnsi="TeachersPet" w:cs="Google Sans Text"/>
          <w:b/>
          <w:color w:val="1B1C1D"/>
          <w:sz w:val="32"/>
          <w:szCs w:val="32"/>
        </w:rPr>
        <w:t>Volume:</w:t>
      </w:r>
      <w:r w:rsidRPr="008E68FD">
        <w:rPr>
          <w:rFonts w:ascii="TeachersPet" w:eastAsia="Google Sans Text" w:hAnsi="TeachersPet" w:cs="Google Sans Text"/>
          <w:color w:val="1B1C1D"/>
          <w:sz w:val="32"/>
          <w:szCs w:val="32"/>
        </w:rPr>
        <w:t xml:space="preserve"> [Volume/Issue Number]</w:t>
      </w:r>
    </w:p>
    <w:p w14:paraId="5D3A5252" w14:textId="5C8488EE" w:rsidR="008E68FD" w:rsidRPr="008E68FD" w:rsidRDefault="008E68FD" w:rsidP="008E68FD">
      <w:pPr>
        <w:pStyle w:val="Heading2"/>
        <w:spacing w:before="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A Note from the Principal/Teachers</w:t>
      </w:r>
    </w:p>
    <w:p w14:paraId="21750D66"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[Insert a short, personal message to parents. This could be about the past month's activities, upcoming events, or a general reflection on the children's progress. Remember to keep it positive and engaging.]</w:t>
      </w:r>
    </w:p>
    <w:p w14:paraId="228FD454" w14:textId="77777777" w:rsidR="008E68FD" w:rsidRPr="008E68FD" w:rsidRDefault="008E68FD" w:rsidP="008E68FD">
      <w:pPr>
        <w:pStyle w:val="Heading2"/>
        <w:spacing w:before="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This Month's Theme: [Theme of the Month]</w:t>
      </w:r>
    </w:p>
    <w:p w14:paraId="02D15EEE"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[Describe the main theme or topic explored in the classroom this month. Explain what the children are learning and how the theme is being integrated into different activities.]</w:t>
      </w:r>
    </w:p>
    <w:p w14:paraId="35337DB8" w14:textId="77777777" w:rsidR="008E68FD" w:rsidRPr="008E68FD" w:rsidRDefault="008E68FD" w:rsidP="008E68FD">
      <w:pPr>
        <w:pStyle w:val="Heading2"/>
        <w:spacing w:before="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Classroom News</w:t>
      </w:r>
    </w:p>
    <w:p w14:paraId="136ACA99" w14:textId="77777777" w:rsidR="008E68FD" w:rsidRPr="008E68FD" w:rsidRDefault="008E68FD" w:rsidP="008E68FD">
      <w:pPr>
        <w:widowControl w:val="0"/>
        <w:numPr>
          <w:ilvl w:val="0"/>
          <w:numId w:val="10"/>
        </w:numPr>
        <w:pBdr>
          <w:top w:val="nil"/>
          <w:left w:val="nil"/>
          <w:bottom w:val="nil"/>
          <w:right w:val="nil"/>
          <w:between w:val="nil"/>
        </w:pBdr>
        <w:spacing w:after="0" w:line="275" w:lineRule="auto"/>
        <w:rPr>
          <w:rFonts w:ascii="TeachersPet" w:hAnsi="TeachersPet"/>
          <w:sz w:val="32"/>
          <w:szCs w:val="32"/>
        </w:rPr>
      </w:pPr>
      <w:r w:rsidRPr="008E68FD">
        <w:rPr>
          <w:rFonts w:ascii="TeachersPet" w:eastAsia="Google Sans Text" w:hAnsi="TeachersPet" w:cs="Google Sans Text"/>
          <w:b/>
          <w:color w:val="1B1C1D"/>
          <w:sz w:val="32"/>
          <w:szCs w:val="32"/>
        </w:rPr>
        <w:t>[Class Name/Age Group]:</w:t>
      </w:r>
      <w:r w:rsidRPr="008E68FD">
        <w:rPr>
          <w:rFonts w:ascii="TeachersPet" w:eastAsia="Google Sans Text" w:hAnsi="TeachersPet" w:cs="Google Sans Text"/>
          <w:color w:val="1B1C1D"/>
          <w:sz w:val="32"/>
          <w:szCs w:val="32"/>
        </w:rPr>
        <w:t xml:space="preserve"> [Share specific news and updates from this class. This could include highlights of activities, special projects, or developmental milestones. Mention specific skills the children are developing.]</w:t>
      </w:r>
    </w:p>
    <w:p w14:paraId="02EB1665" w14:textId="77777777" w:rsidR="008E68FD" w:rsidRPr="008E68FD" w:rsidRDefault="008E68FD" w:rsidP="008E68FD">
      <w:pPr>
        <w:widowControl w:val="0"/>
        <w:numPr>
          <w:ilvl w:val="0"/>
          <w:numId w:val="10"/>
        </w:numPr>
        <w:pBdr>
          <w:top w:val="nil"/>
          <w:left w:val="nil"/>
          <w:bottom w:val="nil"/>
          <w:right w:val="nil"/>
          <w:between w:val="nil"/>
        </w:pBdr>
        <w:spacing w:after="120" w:line="275" w:lineRule="auto"/>
        <w:rPr>
          <w:rFonts w:ascii="TeachersPet" w:hAnsi="TeachersPet"/>
          <w:sz w:val="32"/>
          <w:szCs w:val="32"/>
        </w:rPr>
      </w:pPr>
      <w:r w:rsidRPr="008E68FD">
        <w:rPr>
          <w:rFonts w:ascii="TeachersPet" w:eastAsia="Google Sans Text" w:hAnsi="TeachersPet" w:cs="Google Sans Text"/>
          <w:b/>
          <w:color w:val="1B1C1D"/>
          <w:sz w:val="32"/>
          <w:szCs w:val="32"/>
        </w:rPr>
        <w:t>[Class Name/Age Group]:</w:t>
      </w:r>
      <w:r w:rsidRPr="008E68FD">
        <w:rPr>
          <w:rFonts w:ascii="TeachersPet" w:eastAsia="Google Sans Text" w:hAnsi="TeachersPet" w:cs="Google Sans Text"/>
          <w:color w:val="1B1C1D"/>
          <w:sz w:val="32"/>
          <w:szCs w:val="32"/>
        </w:rPr>
        <w:t xml:space="preserve"> [Share specific news and updates from this class.]</w:t>
      </w:r>
    </w:p>
    <w:p w14:paraId="0FC6C6C2" w14:textId="77777777" w:rsidR="008E68FD" w:rsidRPr="008E68FD" w:rsidRDefault="008E68FD" w:rsidP="008E68FD">
      <w:pPr>
        <w:pStyle w:val="Heading2"/>
        <w:spacing w:before="12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Important Dates</w:t>
      </w:r>
    </w:p>
    <w:p w14:paraId="57C3BE72" w14:textId="77777777" w:rsidR="008E68FD" w:rsidRPr="008E68FD" w:rsidRDefault="008E68FD" w:rsidP="008E68FD">
      <w:pPr>
        <w:widowControl w:val="0"/>
        <w:numPr>
          <w:ilvl w:val="0"/>
          <w:numId w:val="11"/>
        </w:numPr>
        <w:pBdr>
          <w:top w:val="nil"/>
          <w:left w:val="nil"/>
          <w:bottom w:val="nil"/>
          <w:right w:val="nil"/>
          <w:between w:val="nil"/>
        </w:pBdr>
        <w:spacing w:after="0" w:line="275" w:lineRule="auto"/>
        <w:rPr>
          <w:rFonts w:ascii="TeachersPet" w:hAnsi="TeachersPet"/>
          <w:sz w:val="32"/>
          <w:szCs w:val="32"/>
        </w:rPr>
      </w:pPr>
      <w:r w:rsidRPr="008E68FD">
        <w:rPr>
          <w:rFonts w:ascii="TeachersPet" w:eastAsia="Google Sans Text" w:hAnsi="TeachersPet" w:cs="Google Sans Text"/>
          <w:color w:val="1B1C1D"/>
          <w:sz w:val="32"/>
          <w:szCs w:val="32"/>
        </w:rPr>
        <w:t>[Date]: [Event Name and Description (e.g., School Holiday, Parent-Teacher Meeting)]</w:t>
      </w:r>
    </w:p>
    <w:p w14:paraId="0B6DEE37" w14:textId="77777777" w:rsidR="008E68FD" w:rsidRPr="008E68FD" w:rsidRDefault="008E68FD" w:rsidP="008E68FD">
      <w:pPr>
        <w:widowControl w:val="0"/>
        <w:numPr>
          <w:ilvl w:val="0"/>
          <w:numId w:val="11"/>
        </w:numPr>
        <w:pBdr>
          <w:top w:val="nil"/>
          <w:left w:val="nil"/>
          <w:bottom w:val="nil"/>
          <w:right w:val="nil"/>
          <w:between w:val="nil"/>
        </w:pBdr>
        <w:spacing w:after="0" w:line="275" w:lineRule="auto"/>
        <w:rPr>
          <w:rFonts w:ascii="TeachersPet" w:hAnsi="TeachersPet"/>
          <w:sz w:val="32"/>
          <w:szCs w:val="32"/>
        </w:rPr>
      </w:pPr>
      <w:r w:rsidRPr="008E68FD">
        <w:rPr>
          <w:rFonts w:ascii="TeachersPet" w:eastAsia="Google Sans Text" w:hAnsi="TeachersPet" w:cs="Google Sans Text"/>
          <w:color w:val="1B1C1D"/>
          <w:sz w:val="32"/>
          <w:szCs w:val="32"/>
        </w:rPr>
        <w:t>[Date]: [Event Name and Description]</w:t>
      </w:r>
    </w:p>
    <w:p w14:paraId="13585C72" w14:textId="77777777" w:rsidR="008E68FD" w:rsidRPr="008E68FD" w:rsidRDefault="008E68FD" w:rsidP="008E68FD">
      <w:pPr>
        <w:widowControl w:val="0"/>
        <w:numPr>
          <w:ilvl w:val="0"/>
          <w:numId w:val="11"/>
        </w:numPr>
        <w:pBdr>
          <w:top w:val="nil"/>
          <w:left w:val="nil"/>
          <w:bottom w:val="nil"/>
          <w:right w:val="nil"/>
          <w:between w:val="nil"/>
        </w:pBdr>
        <w:spacing w:after="120" w:line="275" w:lineRule="auto"/>
        <w:rPr>
          <w:rFonts w:ascii="TeachersPet" w:hAnsi="TeachersPet"/>
          <w:sz w:val="32"/>
          <w:szCs w:val="32"/>
        </w:rPr>
      </w:pPr>
      <w:r w:rsidRPr="008E68FD">
        <w:rPr>
          <w:rFonts w:ascii="TeachersPet" w:eastAsia="Google Sans Text" w:hAnsi="TeachersPet" w:cs="Google Sans Text"/>
          <w:color w:val="1B1C1D"/>
          <w:sz w:val="32"/>
          <w:szCs w:val="32"/>
        </w:rPr>
        <w:t>[Date]: [Event Name and Description]</w:t>
      </w:r>
    </w:p>
    <w:p w14:paraId="3FDF3830" w14:textId="77777777" w:rsidR="008E68FD" w:rsidRPr="008E68FD" w:rsidRDefault="008E68FD" w:rsidP="008E68FD">
      <w:pPr>
        <w:pStyle w:val="Heading2"/>
        <w:spacing w:before="12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Special Events</w:t>
      </w:r>
    </w:p>
    <w:p w14:paraId="717B5ACF"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[Provide more details about any upcoming special events, such as field trips, performances, or cultural celebrations. Include information about dates, times, what children need to bring, and any volunteer opportunities.]</w:t>
      </w:r>
    </w:p>
    <w:p w14:paraId="24579B15" w14:textId="77777777" w:rsidR="008E68FD" w:rsidRPr="008E68FD" w:rsidRDefault="008E68FD" w:rsidP="008E68FD">
      <w:pPr>
        <w:pStyle w:val="Heading2"/>
        <w:spacing w:before="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Reminders</w:t>
      </w:r>
    </w:p>
    <w:p w14:paraId="4FE52D0D" w14:textId="77777777" w:rsidR="008E68FD" w:rsidRPr="008E68FD" w:rsidRDefault="008E68FD" w:rsidP="008E68FD">
      <w:pPr>
        <w:widowControl w:val="0"/>
        <w:numPr>
          <w:ilvl w:val="0"/>
          <w:numId w:val="12"/>
        </w:numPr>
        <w:pBdr>
          <w:top w:val="nil"/>
          <w:left w:val="nil"/>
          <w:bottom w:val="nil"/>
          <w:right w:val="nil"/>
          <w:between w:val="nil"/>
        </w:pBdr>
        <w:spacing w:after="0" w:line="275" w:lineRule="auto"/>
        <w:rPr>
          <w:rFonts w:ascii="TeachersPet" w:hAnsi="TeachersPet"/>
          <w:sz w:val="32"/>
          <w:szCs w:val="32"/>
        </w:rPr>
      </w:pPr>
      <w:r w:rsidRPr="008E68FD">
        <w:rPr>
          <w:rFonts w:ascii="TeachersPet" w:eastAsia="Google Sans Text" w:hAnsi="TeachersPet" w:cs="Google Sans Text"/>
          <w:color w:val="1B1C1D"/>
          <w:sz w:val="32"/>
          <w:szCs w:val="32"/>
        </w:rPr>
        <w:t>[Reminder 1: e.g., Please remember to send your child with a labeled water bottle every day.]</w:t>
      </w:r>
    </w:p>
    <w:p w14:paraId="25FE1CF2" w14:textId="77777777" w:rsidR="008E68FD" w:rsidRPr="008E68FD" w:rsidRDefault="008E68FD" w:rsidP="008E68FD">
      <w:pPr>
        <w:widowControl w:val="0"/>
        <w:numPr>
          <w:ilvl w:val="0"/>
          <w:numId w:val="12"/>
        </w:numPr>
        <w:pBdr>
          <w:top w:val="nil"/>
          <w:left w:val="nil"/>
          <w:bottom w:val="nil"/>
          <w:right w:val="nil"/>
          <w:between w:val="nil"/>
        </w:pBdr>
        <w:spacing w:after="0" w:line="275" w:lineRule="auto"/>
        <w:rPr>
          <w:rFonts w:ascii="TeachersPet" w:hAnsi="TeachersPet"/>
          <w:sz w:val="32"/>
          <w:szCs w:val="32"/>
        </w:rPr>
      </w:pPr>
      <w:r w:rsidRPr="008E68FD">
        <w:rPr>
          <w:rFonts w:ascii="TeachersPet" w:eastAsia="Google Sans Text" w:hAnsi="TeachersPet" w:cs="Google Sans Text"/>
          <w:color w:val="1B1C1D"/>
          <w:sz w:val="32"/>
          <w:szCs w:val="32"/>
        </w:rPr>
        <w:t>[Reminder 2: e.g., Parent-teacher meetings will be held on [Date]. Please sign up for a slot.]</w:t>
      </w:r>
    </w:p>
    <w:p w14:paraId="20A945DC" w14:textId="77777777" w:rsidR="008E68FD" w:rsidRPr="008E68FD" w:rsidRDefault="008E68FD" w:rsidP="008E68FD">
      <w:pPr>
        <w:widowControl w:val="0"/>
        <w:numPr>
          <w:ilvl w:val="0"/>
          <w:numId w:val="12"/>
        </w:numPr>
        <w:pBdr>
          <w:top w:val="nil"/>
          <w:left w:val="nil"/>
          <w:bottom w:val="nil"/>
          <w:right w:val="nil"/>
          <w:between w:val="nil"/>
        </w:pBdr>
        <w:spacing w:after="120" w:line="275" w:lineRule="auto"/>
        <w:rPr>
          <w:rFonts w:ascii="TeachersPet" w:hAnsi="TeachersPet"/>
          <w:sz w:val="32"/>
          <w:szCs w:val="32"/>
        </w:rPr>
      </w:pPr>
      <w:r w:rsidRPr="008E68FD">
        <w:rPr>
          <w:rFonts w:ascii="TeachersPet" w:eastAsia="Google Sans Text" w:hAnsi="TeachersPet" w:cs="Google Sans Text"/>
          <w:color w:val="1B1C1D"/>
          <w:sz w:val="32"/>
          <w:szCs w:val="32"/>
        </w:rPr>
        <w:t>[Reminder 3: e.g., School will be closed on [Date] for [Holiday].]</w:t>
      </w:r>
    </w:p>
    <w:p w14:paraId="18E9C983" w14:textId="77777777" w:rsidR="008E68FD" w:rsidRPr="008E68FD" w:rsidRDefault="008E68FD" w:rsidP="008E68FD">
      <w:pPr>
        <w:pStyle w:val="Heading2"/>
        <w:spacing w:before="12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lastRenderedPageBreak/>
        <w:t>Photos of the Month</w:t>
      </w:r>
    </w:p>
    <w:p w14:paraId="5BE47018"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[Include a few photos of the children participating in activities. Ensure you have permission to share photos of the children. Captions are encouraged.]</w:t>
      </w:r>
    </w:p>
    <w:p w14:paraId="65AD29D3" w14:textId="77777777" w:rsidR="008E68FD" w:rsidRPr="008E68FD" w:rsidRDefault="008E68FD" w:rsidP="008E68FD">
      <w:pPr>
        <w:pStyle w:val="Heading2"/>
        <w:spacing w:before="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At Home Learning Tips</w:t>
      </w:r>
    </w:p>
    <w:p w14:paraId="3F2A6D14" w14:textId="77777777" w:rsidR="008E68FD" w:rsidRPr="008E68FD" w:rsidRDefault="008E68FD" w:rsidP="008E68FD">
      <w:pPr>
        <w:pBdr>
          <w:top w:val="nil"/>
          <w:left w:val="nil"/>
          <w:bottom w:val="nil"/>
          <w:right w:val="nil"/>
          <w:between w:val="nil"/>
        </w:pBdr>
        <w:spacing w:after="12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[Provide parents with ideas on how they can support their child's learning at home. These could be activities related to the month's theme or general tips for early childhood development. For example:</w:t>
      </w:r>
    </w:p>
    <w:p w14:paraId="59A7618B" w14:textId="77777777" w:rsidR="008E68FD" w:rsidRPr="008E68FD" w:rsidRDefault="008E68FD" w:rsidP="008E68FD">
      <w:pPr>
        <w:widowControl w:val="0"/>
        <w:numPr>
          <w:ilvl w:val="0"/>
          <w:numId w:val="13"/>
        </w:numPr>
        <w:pBdr>
          <w:top w:val="nil"/>
          <w:left w:val="nil"/>
          <w:bottom w:val="nil"/>
          <w:right w:val="nil"/>
          <w:between w:val="nil"/>
        </w:pBdr>
        <w:spacing w:after="0" w:line="275" w:lineRule="auto"/>
        <w:rPr>
          <w:rFonts w:ascii="TeachersPet" w:hAnsi="TeachersPet"/>
          <w:sz w:val="32"/>
          <w:szCs w:val="32"/>
        </w:rPr>
      </w:pPr>
      <w:r w:rsidRPr="008E68FD">
        <w:rPr>
          <w:rFonts w:ascii="TeachersPet" w:eastAsia="Google Sans Text" w:hAnsi="TeachersPet" w:cs="Google Sans Text"/>
          <w:b/>
          <w:color w:val="1B1C1D"/>
          <w:sz w:val="32"/>
          <w:szCs w:val="32"/>
        </w:rPr>
        <w:t>Theme-Related:</w:t>
      </w:r>
      <w:r w:rsidRPr="008E68FD">
        <w:rPr>
          <w:rFonts w:ascii="TeachersPet" w:eastAsia="Google Sans Text" w:hAnsi="TeachersPet" w:cs="Google Sans Text"/>
          <w:color w:val="1B1C1D"/>
          <w:sz w:val="32"/>
          <w:szCs w:val="32"/>
        </w:rPr>
        <w:t xml:space="preserve"> "To reinforce our theme of [Theme], try [Activity Idea, e.g., reading books about different cultures, singing songs about families, or counting objects around the house]."</w:t>
      </w:r>
    </w:p>
    <w:p w14:paraId="05560411" w14:textId="51625851" w:rsidR="008E68FD" w:rsidRPr="008E68FD" w:rsidRDefault="008E68FD" w:rsidP="008E68FD">
      <w:pPr>
        <w:widowControl w:val="0"/>
        <w:numPr>
          <w:ilvl w:val="0"/>
          <w:numId w:val="13"/>
        </w:numPr>
        <w:pBdr>
          <w:top w:val="nil"/>
          <w:left w:val="nil"/>
          <w:bottom w:val="nil"/>
          <w:right w:val="nil"/>
          <w:between w:val="nil"/>
        </w:pBdr>
        <w:spacing w:after="120" w:line="275" w:lineRule="auto"/>
        <w:rPr>
          <w:rFonts w:ascii="TeachersPet" w:hAnsi="TeachersPet"/>
          <w:sz w:val="32"/>
          <w:szCs w:val="32"/>
        </w:rPr>
      </w:pPr>
      <w:r w:rsidRPr="008E68FD">
        <w:rPr>
          <w:rFonts w:ascii="TeachersPet" w:eastAsia="Google Sans Text" w:hAnsi="TeachersPet" w:cs="Google Sans Text"/>
          <w:color w:val="1B1C1D"/>
          <w:sz w:val="32"/>
          <w:szCs w:val="32"/>
        </w:rPr>
        <w:t>General Tip: "Encourage your child's language development by [Tip, e.g., asking open-ended questions, reading aloud, or engaging in conversations during mealtimes]."</w:t>
      </w:r>
      <w:r w:rsidRPr="008E68FD">
        <w:rPr>
          <w:rFonts w:ascii="TeachersPet" w:eastAsia="Arial" w:hAnsi="TeachersPet" w:cs="Arial"/>
          <w:color w:val="000000"/>
          <w:sz w:val="32"/>
          <w:szCs w:val="32"/>
        </w:rPr>
        <w:br/>
      </w:r>
    </w:p>
    <w:p w14:paraId="4FE6A93C" w14:textId="77777777" w:rsidR="008E68FD" w:rsidRPr="008E68FD" w:rsidRDefault="008E68FD" w:rsidP="008E68FD">
      <w:pPr>
        <w:pStyle w:val="Heading2"/>
        <w:spacing w:before="12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Staff Spotlight</w:t>
      </w:r>
    </w:p>
    <w:p w14:paraId="5EF75151"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[Introduce a staff member (teacher, assistant, etc.) each month. Share a short bio and a fun fact to help parents get to know the preschool staff better.]</w:t>
      </w:r>
    </w:p>
    <w:p w14:paraId="50F76731" w14:textId="77777777" w:rsidR="008E68FD" w:rsidRPr="008E68FD" w:rsidRDefault="008E68FD" w:rsidP="008E68FD">
      <w:pPr>
        <w:pStyle w:val="Heading2"/>
        <w:spacing w:before="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Community Corner</w:t>
      </w:r>
    </w:p>
    <w:p w14:paraId="3E3EA9AE"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[Share information about any relevant community events or resources that may be of interest to parents.]</w:t>
      </w:r>
    </w:p>
    <w:p w14:paraId="05003AC0" w14:textId="77777777" w:rsidR="008E68FD" w:rsidRPr="008E68FD" w:rsidRDefault="008E68FD" w:rsidP="008E68FD">
      <w:pPr>
        <w:pStyle w:val="Heading2"/>
        <w:spacing w:before="0" w:after="120" w:line="275" w:lineRule="auto"/>
        <w:rPr>
          <w:rFonts w:ascii="TeachersPet" w:eastAsia="Google Sans" w:hAnsi="TeachersPet" w:cs="Google Sans"/>
          <w:color w:val="1B1C1D"/>
          <w:sz w:val="32"/>
          <w:szCs w:val="32"/>
        </w:rPr>
      </w:pPr>
      <w:r w:rsidRPr="008E68FD">
        <w:rPr>
          <w:rFonts w:ascii="TeachersPet" w:eastAsia="Google Sans" w:hAnsi="TeachersPet" w:cs="Google Sans"/>
          <w:color w:val="1B1C1D"/>
          <w:sz w:val="32"/>
          <w:szCs w:val="32"/>
        </w:rPr>
        <w:t>Contact Us</w:t>
      </w:r>
    </w:p>
    <w:p w14:paraId="74DA969D"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[Include the preschool's contact information, including phone number, email address, and website.]</w:t>
      </w:r>
    </w:p>
    <w:p w14:paraId="00D0EE17"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[Preschool Name]</w:t>
      </w:r>
    </w:p>
    <w:p w14:paraId="6A4A8ECB"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[Preschool Address]</w:t>
      </w:r>
    </w:p>
    <w:p w14:paraId="4954E28E"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[Phone Number]</w:t>
      </w:r>
    </w:p>
    <w:p w14:paraId="58843A99"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[Email Address]</w:t>
      </w:r>
    </w:p>
    <w:p w14:paraId="63C8F7B1" w14:textId="77777777" w:rsidR="008E68FD" w:rsidRPr="008E68FD" w:rsidRDefault="008E68FD" w:rsidP="008E68FD">
      <w:pPr>
        <w:pBdr>
          <w:top w:val="nil"/>
          <w:left w:val="nil"/>
          <w:bottom w:val="nil"/>
          <w:right w:val="nil"/>
          <w:between w:val="nil"/>
        </w:pBdr>
        <w:spacing w:after="240" w:line="275" w:lineRule="auto"/>
        <w:rPr>
          <w:rFonts w:ascii="TeachersPet" w:eastAsia="Google Sans Text" w:hAnsi="TeachersPet" w:cs="Google Sans Text"/>
          <w:color w:val="1B1C1D"/>
          <w:sz w:val="32"/>
          <w:szCs w:val="32"/>
        </w:rPr>
      </w:pPr>
      <w:r w:rsidRPr="008E68FD">
        <w:rPr>
          <w:rFonts w:ascii="TeachersPet" w:eastAsia="Google Sans Text" w:hAnsi="TeachersPet" w:cs="Google Sans Text"/>
          <w:color w:val="1B1C1D"/>
          <w:sz w:val="32"/>
          <w:szCs w:val="32"/>
        </w:rPr>
        <w:t>[Website]</w:t>
      </w:r>
    </w:p>
    <w:p w14:paraId="3F60965E" w14:textId="65DFA0C5" w:rsidR="00EB604A" w:rsidRPr="008E68FD" w:rsidRDefault="00EB604A" w:rsidP="00452429">
      <w:pPr>
        <w:spacing w:line="240" w:lineRule="auto"/>
        <w:rPr>
          <w:rFonts w:ascii="TeachersPet" w:hAnsi="TeachersPet"/>
          <w:color w:val="000000" w:themeColor="text1"/>
          <w:sz w:val="32"/>
          <w:szCs w:val="32"/>
        </w:rPr>
      </w:pPr>
    </w:p>
    <w:sectPr w:rsidR="00EB604A" w:rsidRPr="008E68FD" w:rsidSect="00EB604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A8AF5" w14:textId="77777777" w:rsidR="00474ADD" w:rsidRDefault="00474ADD" w:rsidP="00EB604A">
      <w:pPr>
        <w:spacing w:after="0" w:line="240" w:lineRule="auto"/>
      </w:pPr>
      <w:r>
        <w:separator/>
      </w:r>
    </w:p>
  </w:endnote>
  <w:endnote w:type="continuationSeparator" w:id="0">
    <w:p w14:paraId="56AF8A4E" w14:textId="77777777" w:rsidR="00474ADD" w:rsidRDefault="00474ADD" w:rsidP="00EB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TeachersPet">
    <w:panose1 w:val="020B0500000000000000"/>
    <w:charset w:val="00"/>
    <w:family w:val="swiss"/>
    <w:pitch w:val="variable"/>
    <w:sig w:usb0="00000003" w:usb1="00000000" w:usb2="00000000" w:usb3="00000000" w:csb0="00000001" w:csb1="00000000"/>
  </w:font>
  <w:font w:name="Google Sans Text">
    <w:altName w:val="Calibri"/>
    <w:panose1 w:val="020B0604020202020204"/>
    <w:charset w:val="00"/>
    <w:family w:val="auto"/>
    <w:pitch w:val="default"/>
  </w:font>
  <w:font w:name="Google Sans">
    <w:altName w:val="Calibri"/>
    <w:panose1 w:val="020B0604020202020204"/>
    <w:charset w:val="00"/>
    <w:family w:val="auto"/>
    <w:pitch w:val="default"/>
  </w:font>
  <w:font w:name="Visby CF">
    <w:panose1 w:val="00000000000000000000"/>
    <w:charset w:val="4D"/>
    <w:family w:val="auto"/>
    <w:notTrueType/>
    <w:pitch w:val="variable"/>
    <w:sig w:usb0="A00002FF" w:usb1="4000205A"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7AAFA" w14:textId="77777777" w:rsidR="00753C51" w:rsidRDefault="00753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962D5" w14:textId="77777777" w:rsidR="00753C51" w:rsidRPr="00DD1E16" w:rsidRDefault="00753C51" w:rsidP="00753C51">
    <w:pPr>
      <w:pStyle w:val="Footer"/>
      <w:jc w:val="center"/>
      <w:rPr>
        <w:rFonts w:ascii="Visby CF" w:hAnsi="Visby CF"/>
        <w:b/>
        <w:bCs/>
        <w:sz w:val="18"/>
        <w:szCs w:val="18"/>
      </w:rPr>
    </w:pPr>
    <w:r w:rsidRPr="00DD1E16">
      <w:rPr>
        <w:rFonts w:ascii="Visby CF" w:hAnsi="Visby CF"/>
        <w:b/>
        <w:bCs/>
        <w:sz w:val="18"/>
        <w:szCs w:val="18"/>
      </w:rPr>
      <w:t>CC BY-NC 4.0 License</w:t>
    </w:r>
  </w:p>
  <w:p w14:paraId="0D2DC817" w14:textId="5CC60216" w:rsidR="00EB604A" w:rsidRPr="00753C51" w:rsidRDefault="00753C51" w:rsidP="00753C51">
    <w:pPr>
      <w:pStyle w:val="Footer"/>
      <w:jc w:val="center"/>
      <w:rPr>
        <w:rFonts w:ascii="Visby CF" w:hAnsi="Visby CF"/>
        <w:b/>
        <w:bCs/>
        <w:sz w:val="18"/>
        <w:szCs w:val="18"/>
      </w:rPr>
    </w:pPr>
    <w:r w:rsidRPr="00DD1E16">
      <w:rPr>
        <w:rFonts w:ascii="Visby CF" w:hAnsi="Visby CF"/>
        <w:b/>
        <w:bCs/>
        <w:sz w:val="18"/>
        <w:szCs w:val="18"/>
      </w:rPr>
      <w:t>You are free to copy, remix, transform, build upon</w:t>
    </w:r>
    <w:r>
      <w:rPr>
        <w:rFonts w:ascii="Visby CF" w:hAnsi="Visby CF"/>
        <w:b/>
        <w:bCs/>
        <w:sz w:val="18"/>
        <w:szCs w:val="18"/>
      </w:rPr>
      <w:t>,</w:t>
    </w:r>
    <w:r w:rsidRPr="00DD1E16">
      <w:rPr>
        <w:rFonts w:ascii="Visby CF" w:hAnsi="Visby CF"/>
        <w:b/>
        <w:bCs/>
        <w:sz w:val="18"/>
        <w:szCs w:val="18"/>
      </w:rPr>
      <w:t xml:space="preserve"> and redistribute this material for NONCOMMERCIAL purposes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F83A1" w14:textId="77777777" w:rsidR="00753C51" w:rsidRDefault="00753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6CE26" w14:textId="77777777" w:rsidR="00474ADD" w:rsidRDefault="00474ADD" w:rsidP="00EB604A">
      <w:pPr>
        <w:spacing w:after="0" w:line="240" w:lineRule="auto"/>
      </w:pPr>
      <w:r>
        <w:separator/>
      </w:r>
    </w:p>
  </w:footnote>
  <w:footnote w:type="continuationSeparator" w:id="0">
    <w:p w14:paraId="42ED07C8" w14:textId="77777777" w:rsidR="00474ADD" w:rsidRDefault="00474ADD" w:rsidP="00EB6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D4B05" w14:textId="77777777" w:rsidR="00753C51" w:rsidRDefault="00753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1A86C" w14:textId="77777777" w:rsidR="00753C51" w:rsidRDefault="00753C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96A8F" w14:textId="77777777" w:rsidR="00753C51" w:rsidRDefault="00753C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6076E9"/>
    <w:multiLevelType w:val="multilevel"/>
    <w:tmpl w:val="208E4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254E5D5B"/>
    <w:multiLevelType w:val="multilevel"/>
    <w:tmpl w:val="77E4C8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3BDF0E19"/>
    <w:multiLevelType w:val="multilevel"/>
    <w:tmpl w:val="F580CD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3EFD2074"/>
    <w:multiLevelType w:val="multilevel"/>
    <w:tmpl w:val="6A8A8A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365064734">
    <w:abstractNumId w:val="8"/>
  </w:num>
  <w:num w:numId="2" w16cid:durableId="1403212495">
    <w:abstractNumId w:val="6"/>
  </w:num>
  <w:num w:numId="3" w16cid:durableId="1697000965">
    <w:abstractNumId w:val="5"/>
  </w:num>
  <w:num w:numId="4" w16cid:durableId="1117286932">
    <w:abstractNumId w:val="4"/>
  </w:num>
  <w:num w:numId="5" w16cid:durableId="1599287951">
    <w:abstractNumId w:val="7"/>
  </w:num>
  <w:num w:numId="6" w16cid:durableId="1194927230">
    <w:abstractNumId w:val="3"/>
  </w:num>
  <w:num w:numId="7" w16cid:durableId="1151361765">
    <w:abstractNumId w:val="2"/>
  </w:num>
  <w:num w:numId="8" w16cid:durableId="1220172373">
    <w:abstractNumId w:val="1"/>
  </w:num>
  <w:num w:numId="9" w16cid:durableId="1076365134">
    <w:abstractNumId w:val="0"/>
  </w:num>
  <w:num w:numId="10" w16cid:durableId="1621381500">
    <w:abstractNumId w:val="11"/>
  </w:num>
  <w:num w:numId="11" w16cid:durableId="1244490464">
    <w:abstractNumId w:val="12"/>
  </w:num>
  <w:num w:numId="12" w16cid:durableId="1541701400">
    <w:abstractNumId w:val="9"/>
  </w:num>
  <w:num w:numId="13" w16cid:durableId="3837163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E81"/>
    <w:rsid w:val="000D396E"/>
    <w:rsid w:val="0015074B"/>
    <w:rsid w:val="00263FB8"/>
    <w:rsid w:val="0029639D"/>
    <w:rsid w:val="002F42B8"/>
    <w:rsid w:val="002F550D"/>
    <w:rsid w:val="00326F90"/>
    <w:rsid w:val="003B5227"/>
    <w:rsid w:val="00452429"/>
    <w:rsid w:val="00474ADD"/>
    <w:rsid w:val="00753C51"/>
    <w:rsid w:val="007C5AA5"/>
    <w:rsid w:val="007F1C70"/>
    <w:rsid w:val="008439EA"/>
    <w:rsid w:val="008E68FD"/>
    <w:rsid w:val="009727CA"/>
    <w:rsid w:val="009936BA"/>
    <w:rsid w:val="009B7755"/>
    <w:rsid w:val="00AA1D8D"/>
    <w:rsid w:val="00B47730"/>
    <w:rsid w:val="00BB1207"/>
    <w:rsid w:val="00CB0664"/>
    <w:rsid w:val="00D32392"/>
    <w:rsid w:val="00D67B2E"/>
    <w:rsid w:val="00DC3DA7"/>
    <w:rsid w:val="00DD7199"/>
    <w:rsid w:val="00EB60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D07AC"/>
  <w14:defaultImageDpi w14:val="300"/>
  <w15:docId w15:val="{8E7E7DB2-E6EE-5843-8C54-B1914B84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mallGrants xmlns="ce315e5b-4664-4296-8c8f-4d6ecdbb4f81" xsi:nil="true"/>
    <TaxCatchAll xmlns="cfa9c32a-54df-401b-83fc-ff9d7b26fb45" xsi:nil="true"/>
    <lcf76f155ced4ddcb4097134ff3c332f xmlns="ce315e5b-4664-4296-8c8f-4d6ecdbb4f8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2E9186104DEB49A68ABE040E9C0972" ma:contentTypeVersion="16" ma:contentTypeDescription="Create a new document." ma:contentTypeScope="" ma:versionID="7f4f1ac43400d34b78d01bc424fe115c">
  <xsd:schema xmlns:xsd="http://www.w3.org/2001/XMLSchema" xmlns:xs="http://www.w3.org/2001/XMLSchema" xmlns:p="http://schemas.microsoft.com/office/2006/metadata/properties" xmlns:ns2="ce315e5b-4664-4296-8c8f-4d6ecdbb4f81" xmlns:ns3="cfa9c32a-54df-401b-83fc-ff9d7b26fb45" targetNamespace="http://schemas.microsoft.com/office/2006/metadata/properties" ma:root="true" ma:fieldsID="8577eb9808f8ac135ed546afb657af03" ns2:_="" ns3:_="">
    <xsd:import namespace="ce315e5b-4664-4296-8c8f-4d6ecdbb4f81"/>
    <xsd:import namespace="cfa9c32a-54df-401b-83fc-ff9d7b26fb45"/>
    <xsd:element name="properties">
      <xsd:complexType>
        <xsd:sequence>
          <xsd:element name="documentManagement">
            <xsd:complexType>
              <xsd:all>
                <xsd:element ref="ns2:SmallGrant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15e5b-4664-4296-8c8f-4d6ecdbb4f81" elementFormDefault="qualified">
    <xsd:import namespace="http://schemas.microsoft.com/office/2006/documentManagement/types"/>
    <xsd:import namespace="http://schemas.microsoft.com/office/infopath/2007/PartnerControls"/>
    <xsd:element name="SmallGrants" ma:index="8" nillable="true" ma:displayName="Small Grants " ma:description="All Small Grants applications " ma:format="Dropdown" ma:internalName="SmallGrant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3fc6f2-f557-4b51-8471-95962e154d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9c32a-54df-401b-83fc-ff9d7b26fb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5be4df-24f6-4474-94fc-436692542bc6}" ma:internalName="TaxCatchAll" ma:showField="CatchAllData" ma:web="cfa9c32a-54df-401b-83fc-ff9d7b26fb4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2CD2B8F-7042-44EB-A52A-6AB633DBBD5C}">
  <ds:schemaRefs>
    <ds:schemaRef ds:uri="http://schemas.microsoft.com/sharepoint/v3/contenttype/forms"/>
  </ds:schemaRefs>
</ds:datastoreItem>
</file>

<file path=customXml/itemProps3.xml><?xml version="1.0" encoding="utf-8"?>
<ds:datastoreItem xmlns:ds="http://schemas.openxmlformats.org/officeDocument/2006/customXml" ds:itemID="{402F309A-F250-4C5A-B161-7EE5F3B009AB}">
  <ds:schemaRefs>
    <ds:schemaRef ds:uri="http://schemas.microsoft.com/office/2006/metadata/properties"/>
    <ds:schemaRef ds:uri="http://schemas.microsoft.com/office/infopath/2007/PartnerControls"/>
    <ds:schemaRef ds:uri="ce315e5b-4664-4296-8c8f-4d6ecdbb4f81"/>
    <ds:schemaRef ds:uri="cfa9c32a-54df-401b-83fc-ff9d7b26fb45"/>
  </ds:schemaRefs>
</ds:datastoreItem>
</file>

<file path=customXml/itemProps4.xml><?xml version="1.0" encoding="utf-8"?>
<ds:datastoreItem xmlns:ds="http://schemas.openxmlformats.org/officeDocument/2006/customXml" ds:itemID="{6540A1AA-F6AD-4073-A1D3-607BF6600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15e5b-4664-4296-8c8f-4d6ecdbb4f81"/>
    <ds:schemaRef ds:uri="cfa9c32a-54df-401b-83fc-ff9d7b26f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Fred Every</cp:lastModifiedBy>
  <cp:revision>3</cp:revision>
  <dcterms:created xsi:type="dcterms:W3CDTF">2025-07-09T09:00:00Z</dcterms:created>
  <dcterms:modified xsi:type="dcterms:W3CDTF">2025-07-23T10:03:00Z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0x010100C92E9186104DEB49A68ABE040E9C0972</vt:lpwstr>
  </property>
</Properties>
</file>