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FEEF9" w14:textId="5A032250" w:rsidR="00E71B88" w:rsidRPr="00E71B88" w:rsidRDefault="00E71B88" w:rsidP="00E71B88">
      <w:pPr>
        <w:pStyle w:val="Heading1"/>
        <w:spacing w:before="0" w:after="120" w:line="275" w:lineRule="auto"/>
        <w:rPr>
          <w:rFonts w:ascii="TeachersPet" w:eastAsia="Google Sans" w:hAnsi="TeachersPet" w:cs="Google Sans"/>
          <w:color w:val="4F81BD" w:themeColor="accent1"/>
          <w:sz w:val="72"/>
          <w:szCs w:val="72"/>
        </w:rPr>
      </w:pPr>
      <w:r w:rsidRPr="00E71B88">
        <w:rPr>
          <w:rFonts w:ascii="TeachersPet" w:hAnsi="TeachersPet"/>
          <w:noProof/>
          <w:color w:val="000000" w:themeColor="text1"/>
          <w:sz w:val="32"/>
          <w:szCs w:val="32"/>
        </w:rPr>
        <mc:AlternateContent>
          <mc:Choice Requires="wps">
            <w:drawing>
              <wp:anchor distT="0" distB="0" distL="114300" distR="114300" simplePos="0" relativeHeight="251654656" behindDoc="0" locked="0" layoutInCell="1" allowOverlap="1" wp14:anchorId="0D7DDDEB" wp14:editId="0B0350A9">
                <wp:simplePos x="0" y="0"/>
                <wp:positionH relativeFrom="column">
                  <wp:posOffset>-71120</wp:posOffset>
                </wp:positionH>
                <wp:positionV relativeFrom="paragraph">
                  <wp:posOffset>12903</wp:posOffset>
                </wp:positionV>
                <wp:extent cx="1488559" cy="1477926"/>
                <wp:effectExtent l="12700" t="12700" r="10160" b="8255"/>
                <wp:wrapSquare wrapText="bothSides"/>
                <wp:docPr id="1295468574" name="Rounded Rectangle 1"/>
                <wp:cNvGraphicFramePr/>
                <a:graphic xmlns:a="http://schemas.openxmlformats.org/drawingml/2006/main">
                  <a:graphicData uri="http://schemas.microsoft.com/office/word/2010/wordprocessingShape">
                    <wps:wsp>
                      <wps:cNvSpPr/>
                      <wps:spPr>
                        <a:xfrm>
                          <a:off x="0" y="0"/>
                          <a:ext cx="1488559" cy="1477926"/>
                        </a:xfrm>
                        <a:prstGeom prst="round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2E9501" id="Rounded Rectangle 1" o:spid="_x0000_s1026" style="position:absolute;margin-left:-5.6pt;margin-top:1pt;width:117.2pt;height:116.35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" fillcolor="white [3201]" strokecolor="black [3200]" strokeweight="2pt">
                <v:stroke dashstyle="1 1"/>
                <w10:wrap type="square"/>
              </v:roundrect>
            </w:pict>
          </mc:Fallback>
        </mc:AlternateContent>
      </w:r>
      <w:r w:rsidRPr="00E71B88">
        <w:rPr>
          <w:rFonts w:ascii="TeachersPet" w:eastAsia="Google Sans" w:hAnsi="TeachersPet" w:cs="Google Sans"/>
          <w:color w:val="1B1C1D"/>
          <w:sz w:val="72"/>
          <w:szCs w:val="72"/>
        </w:rPr>
        <w:t xml:space="preserve">Parent Handbook for </w:t>
      </w:r>
      <w:r w:rsidRPr="00E71B88">
        <w:rPr>
          <w:rFonts w:ascii="TeachersPet" w:eastAsia="Google Sans" w:hAnsi="TeachersPet" w:cs="Google Sans"/>
          <w:color w:val="4F81BD" w:themeColor="accent1"/>
          <w:sz w:val="72"/>
          <w:szCs w:val="72"/>
        </w:rPr>
        <w:t>[Preschool Name]</w:t>
      </w:r>
    </w:p>
    <w:p w14:paraId="3B18510D" w14:textId="454836E5" w:rsidR="00452429" w:rsidRPr="00E71B88" w:rsidRDefault="00E71B88" w:rsidP="00452429">
      <w:pPr>
        <w:pStyle w:val="Title"/>
        <w:rPr>
          <w:rFonts w:ascii="TeachersPet" w:hAnsi="TeachersPet"/>
          <w:color w:val="000000" w:themeColor="text1"/>
          <w:sz w:val="32"/>
          <w:szCs w:val="32"/>
        </w:rPr>
      </w:pPr>
      <w:r w:rsidRPr="00E71B88">
        <w:rPr>
          <w:rFonts w:ascii="TeachersPet" w:hAnsi="TeachersPet"/>
          <w:noProof/>
          <w:color w:val="000000" w:themeColor="text1"/>
          <w:sz w:val="32"/>
          <w:szCs w:val="32"/>
        </w:rPr>
        <mc:AlternateContent>
          <mc:Choice Requires="wps">
            <w:drawing>
              <wp:anchor distT="0" distB="0" distL="114300" distR="114300" simplePos="0" relativeHeight="251659264" behindDoc="0" locked="0" layoutInCell="1" allowOverlap="1" wp14:anchorId="3115708B" wp14:editId="3F974A00">
                <wp:simplePos x="0" y="0"/>
                <wp:positionH relativeFrom="column">
                  <wp:posOffset>-22481</wp:posOffset>
                </wp:positionH>
                <wp:positionV relativeFrom="paragraph">
                  <wp:posOffset>189257</wp:posOffset>
                </wp:positionV>
                <wp:extent cx="1371600" cy="170121"/>
                <wp:effectExtent l="0" t="0" r="0" b="0"/>
                <wp:wrapNone/>
                <wp:docPr id="1097117914" name="Text Box 2"/>
                <wp:cNvGraphicFramePr/>
                <a:graphic xmlns:a="http://schemas.openxmlformats.org/drawingml/2006/main">
                  <a:graphicData uri="http://schemas.microsoft.com/office/word/2010/wordprocessingShape">
                    <wps:wsp>
                      <wps:cNvSpPr txBox="1"/>
                      <wps:spPr>
                        <a:xfrm>
                          <a:off x="0" y="0"/>
                          <a:ext cx="1371600" cy="170121"/>
                        </a:xfrm>
                        <a:prstGeom prst="rect">
                          <a:avLst/>
                        </a:prstGeom>
                        <a:solidFill>
                          <a:schemeClr val="lt1"/>
                        </a:solidFill>
                        <a:ln w="6350">
                          <a:noFill/>
                        </a:ln>
                      </wps:spPr>
                      <wps:txbx>
                        <w:txbxContent>
                          <w:p w14:paraId="17A4627E" w14:textId="77777777" w:rsidR="00E71B88" w:rsidRPr="00452429" w:rsidRDefault="00E71B88" w:rsidP="00E71B88">
                            <w:pPr>
                              <w:jc w:val="center"/>
                              <w:rPr>
                                <w:rFonts w:ascii="TeachersPet" w:hAnsi="TeachersPet"/>
                                <w:b/>
                                <w:bCs/>
                                <w:sz w:val="15"/>
                                <w:szCs w:val="15"/>
                              </w:rPr>
                            </w:pPr>
                            <w:r w:rsidRPr="00452429">
                              <w:rPr>
                                <w:rFonts w:ascii="TeachersPet" w:hAnsi="TeachersPet"/>
                                <w:b/>
                                <w:bCs/>
                                <w:sz w:val="15"/>
                                <w:szCs w:val="15"/>
                              </w:rPr>
                              <w:t>INSERT SCHOOL LOGO/STAMP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5708B" id="_x0000_t202" coordsize="21600,21600" o:spt="202" path="m,l,21600r21600,l21600,xe">
                <v:stroke joinstyle="miter"/>
                <v:path gradientshapeok="t" o:connecttype="rect"/>
              </v:shapetype>
              <v:shape id="Text Box 2" o:spid="_x0000_s1026" type="#_x0000_t202" style="position:absolute;margin-left:-1.75pt;margin-top:14.9pt;width:10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" fillcolor="white [3201]" stroked="f" strokeweight=".5pt">
                <v:textbox>
                  <w:txbxContent>
                    <w:p w14:paraId="17A4627E" w14:textId="77777777" w:rsidR="00E71B88" w:rsidRPr="00452429" w:rsidRDefault="00E71B88" w:rsidP="00E71B88">
                      <w:pPr>
                        <w:jc w:val="center"/>
                        <w:rPr>
                          <w:rFonts w:ascii="TeachersPet" w:hAnsi="TeachersPet"/>
                          <w:b/>
                          <w:bCs/>
                          <w:sz w:val="15"/>
                          <w:szCs w:val="15"/>
                        </w:rPr>
                      </w:pPr>
                      <w:r w:rsidRPr="00452429">
                        <w:rPr>
                          <w:rFonts w:ascii="TeachersPet" w:hAnsi="TeachersPet"/>
                          <w:b/>
                          <w:bCs/>
                          <w:sz w:val="15"/>
                          <w:szCs w:val="15"/>
                        </w:rPr>
                        <w:t>INSERT SCHOOL LOGO/STAMP HERE</w:t>
                      </w:r>
                    </w:p>
                  </w:txbxContent>
                </v:textbox>
              </v:shape>
            </w:pict>
          </mc:Fallback>
        </mc:AlternateContent>
      </w:r>
    </w:p>
    <w:p w14:paraId="5FD21287" w14:textId="77777777" w:rsidR="008C7F30" w:rsidRPr="00E71B88" w:rsidRDefault="008C7F30" w:rsidP="008C7F30">
      <w:pPr>
        <w:pStyle w:val="Heading2"/>
        <w:spacing w:before="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Welcome!</w:t>
      </w:r>
    </w:p>
    <w:p w14:paraId="191DAC12" w14:textId="77777777" w:rsidR="008C7F30" w:rsidRPr="00E71B88" w:rsidRDefault="008C7F30" w:rsidP="008C7F30">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E71B88">
        <w:rPr>
          <w:rFonts w:ascii="TeachersPet" w:eastAsia="Google Sans Text" w:hAnsi="TeachersPet" w:cs="Google Sans Text"/>
          <w:color w:val="1B1C1D"/>
          <w:sz w:val="32"/>
          <w:szCs w:val="32"/>
        </w:rPr>
        <w:t>Dear Parents/Guardians,</w:t>
      </w:r>
    </w:p>
    <w:p w14:paraId="225EFF04" w14:textId="77777777" w:rsidR="008C7F30" w:rsidRPr="00E71B88" w:rsidRDefault="008C7F30" w:rsidP="008C7F30">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E71B88">
        <w:rPr>
          <w:rFonts w:ascii="TeachersPet" w:eastAsia="Google Sans Text" w:hAnsi="TeachersPet" w:cs="Google Sans Text"/>
          <w:color w:val="1B1C1D"/>
          <w:sz w:val="32"/>
          <w:szCs w:val="32"/>
        </w:rPr>
        <w:t xml:space="preserve">Welcome to </w:t>
      </w:r>
      <w:r w:rsidRPr="00E71B88">
        <w:rPr>
          <w:rFonts w:ascii="TeachersPet" w:eastAsia="Google Sans Text" w:hAnsi="TeachersPet" w:cs="Google Sans Text"/>
          <w:color w:val="4F81BD" w:themeColor="accent1"/>
          <w:sz w:val="32"/>
          <w:szCs w:val="32"/>
        </w:rPr>
        <w:t xml:space="preserve">[Preschool Name]! </w:t>
      </w:r>
      <w:r w:rsidRPr="00E71B88">
        <w:rPr>
          <w:rFonts w:ascii="TeachersPet" w:eastAsia="Google Sans Text" w:hAnsi="TeachersPet" w:cs="Google Sans Text"/>
          <w:color w:val="1B1C1D"/>
          <w:sz w:val="32"/>
          <w:szCs w:val="32"/>
        </w:rPr>
        <w:t>We are delighted to partner with you in your child's early education journey. This handbook outlines our policies and procedures to ensure a safe, healthy, and nurturing environment for all children. Please read it carefully and keep it for future reference.</w:t>
      </w:r>
    </w:p>
    <w:p w14:paraId="3169F314" w14:textId="77777777" w:rsidR="008C7F30" w:rsidRPr="00E71B88" w:rsidRDefault="008C7F30" w:rsidP="008C7F30">
      <w:pPr>
        <w:pStyle w:val="Heading2"/>
        <w:spacing w:before="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1. About Our Preschool</w:t>
      </w:r>
    </w:p>
    <w:p w14:paraId="489F09B3" w14:textId="77777777" w:rsidR="008C7F30" w:rsidRPr="00E71B88" w:rsidRDefault="008C7F30" w:rsidP="008C7F30">
      <w:pPr>
        <w:widowControl w:val="0"/>
        <w:numPr>
          <w:ilvl w:val="0"/>
          <w:numId w:val="10"/>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Mission and Philosophy: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[Insert your preschool's mission statement and philosophy here. This should reflect your core values and approach to early childhood education. Example: "Our mission is to provide a stimulating and culturally rich environment where children can learn through play, develop a love of learning, and celebrate their unique identities within the diverse South African context."]</w:t>
      </w:r>
    </w:p>
    <w:p w14:paraId="18440427" w14:textId="77777777" w:rsidR="008C7F30" w:rsidRPr="00E71B88" w:rsidRDefault="008C7F30" w:rsidP="008C7F30">
      <w:pPr>
        <w:widowControl w:val="0"/>
        <w:numPr>
          <w:ilvl w:val="0"/>
          <w:numId w:val="10"/>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Curriculum:</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[Describe your preschool's curriculum. Mention if you follow the National Curriculum Framework (NCF) or any other specific approach. Highlight key learning areas.]</w:t>
      </w:r>
    </w:p>
    <w:p w14:paraId="046003C5" w14:textId="77777777" w:rsidR="008C7F30" w:rsidRPr="00E71B88" w:rsidRDefault="008C7F30" w:rsidP="008C7F30">
      <w:pPr>
        <w:widowControl w:val="0"/>
        <w:numPr>
          <w:ilvl w:val="0"/>
          <w:numId w:val="10"/>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Staff:</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[Introduce the teaching staff, their qualifications, and experience. Emphasize their commitment to the children's well-being and development.]</w:t>
      </w:r>
    </w:p>
    <w:p w14:paraId="727D477F" w14:textId="77777777" w:rsidR="008C7F30" w:rsidRPr="00E71B88" w:rsidRDefault="008C7F30" w:rsidP="008C7F30">
      <w:pPr>
        <w:widowControl w:val="0"/>
        <w:numPr>
          <w:ilvl w:val="0"/>
          <w:numId w:val="10"/>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Centre Hours: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[Specify the preschool's operating hours, including drop-off and pick-up times.]</w:t>
      </w:r>
    </w:p>
    <w:p w14:paraId="4B2CD669" w14:textId="77777777" w:rsidR="008C7F30" w:rsidRPr="00E71B88" w:rsidRDefault="008C7F30" w:rsidP="008C7F30">
      <w:pPr>
        <w:widowControl w:val="0"/>
        <w:numPr>
          <w:ilvl w:val="0"/>
          <w:numId w:val="10"/>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Public Holidays and School Calendar:</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[Provide a calendar of the school year, including term dates, holidays, and special events.]</w:t>
      </w:r>
    </w:p>
    <w:p w14:paraId="122A5CFA"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2. Admission and Enrollment</w:t>
      </w:r>
    </w:p>
    <w:p w14:paraId="7E3DACB2" w14:textId="77777777" w:rsidR="008C7F30" w:rsidRPr="00E71B88" w:rsidRDefault="008C7F30" w:rsidP="008C7F30">
      <w:pPr>
        <w:widowControl w:val="0"/>
        <w:numPr>
          <w:ilvl w:val="0"/>
          <w:numId w:val="1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Age Requirements: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[State the age requirements for admission to each class/group.]</w:t>
      </w:r>
    </w:p>
    <w:p w14:paraId="1F172C9D" w14:textId="77777777" w:rsidR="008C7F30" w:rsidRPr="00E71B88" w:rsidRDefault="008C7F30" w:rsidP="008C7F30">
      <w:pPr>
        <w:widowControl w:val="0"/>
        <w:numPr>
          <w:ilvl w:val="0"/>
          <w:numId w:val="1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Application Process: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the steps involved in the application process, including required documents and any fees.]</w:t>
      </w:r>
    </w:p>
    <w:p w14:paraId="571757EE" w14:textId="77777777" w:rsidR="008C7F30" w:rsidRPr="00E71B88" w:rsidRDefault="008C7F30" w:rsidP="008C7F30">
      <w:pPr>
        <w:widowControl w:val="0"/>
        <w:numPr>
          <w:ilvl w:val="0"/>
          <w:numId w:val="1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Enrollment Forms: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[List all required enrollment forms (e.g., registration form, health information, emergency contacts). You may want to include a checklist.]</w:t>
      </w:r>
    </w:p>
    <w:p w14:paraId="35951795" w14:textId="77777777" w:rsidR="008C7F30" w:rsidRPr="00E71B88" w:rsidRDefault="008C7F30" w:rsidP="008C7F30">
      <w:pPr>
        <w:widowControl w:val="0"/>
        <w:numPr>
          <w:ilvl w:val="0"/>
          <w:numId w:val="1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Waiting List Policy: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[If applicable, explain how the waiting list is managed.]</w:t>
      </w:r>
    </w:p>
    <w:p w14:paraId="33B68BF7" w14:textId="77777777" w:rsidR="008C7F30" w:rsidRPr="00E71B88" w:rsidRDefault="008C7F30" w:rsidP="008C7F30">
      <w:pPr>
        <w:widowControl w:val="0"/>
        <w:numPr>
          <w:ilvl w:val="0"/>
          <w:numId w:val="13"/>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Fees and Payment:</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[Clearly outline the school fees, payment schedule, and accepted methods of payment. Include information on any deposit, late payment fees, or refund policies.]</w:t>
      </w:r>
    </w:p>
    <w:p w14:paraId="1BE70725" w14:textId="77777777" w:rsidR="00E71B88" w:rsidRPr="00E71B88" w:rsidRDefault="00E71B88" w:rsidP="00E71B88">
      <w:pPr>
        <w:widowControl w:val="0"/>
        <w:pBdr>
          <w:top w:val="nil"/>
          <w:left w:val="nil"/>
          <w:bottom w:val="nil"/>
          <w:right w:val="nil"/>
          <w:between w:val="nil"/>
        </w:pBdr>
        <w:spacing w:after="120" w:line="275" w:lineRule="auto"/>
        <w:ind w:left="465"/>
        <w:rPr>
          <w:rFonts w:ascii="TeachersPet" w:hAnsi="TeachersPet"/>
          <w:color w:val="4F81BD" w:themeColor="accent1"/>
          <w:sz w:val="32"/>
          <w:szCs w:val="32"/>
        </w:rPr>
      </w:pPr>
    </w:p>
    <w:p w14:paraId="7D245E97"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lastRenderedPageBreak/>
        <w:t>3. Daily Procedures</w:t>
      </w:r>
    </w:p>
    <w:p w14:paraId="774DBB37" w14:textId="77777777" w:rsidR="008C7F30" w:rsidRPr="00E71B88" w:rsidRDefault="008C7F30" w:rsidP="008C7F30">
      <w:pPr>
        <w:widowControl w:val="0"/>
        <w:numPr>
          <w:ilvl w:val="0"/>
          <w:numId w:val="14"/>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Arrival and Departure:</w:t>
      </w:r>
    </w:p>
    <w:p w14:paraId="7C1430A0" w14:textId="77777777" w:rsidR="008C7F30" w:rsidRPr="00E71B88" w:rsidRDefault="008C7F30" w:rsidP="008C7F30">
      <w:pPr>
        <w:widowControl w:val="0"/>
        <w:numPr>
          <w:ilvl w:val="1"/>
          <w:numId w:val="15"/>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[Specify drop-off and pick-up procedures. Emphasize the importance of punctuality and signing children in and out.]</w:t>
      </w:r>
    </w:p>
    <w:p w14:paraId="2D9A6FE0" w14:textId="77777777" w:rsidR="008C7F30" w:rsidRPr="00E71B88" w:rsidRDefault="008C7F30" w:rsidP="008C7F30">
      <w:pPr>
        <w:widowControl w:val="0"/>
        <w:numPr>
          <w:ilvl w:val="1"/>
          <w:numId w:val="15"/>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[State who is authorized to pick up children. Include procedures for when someone other than the usual person is collecting a child (e.g., prior notification, ID verification).]</w:t>
      </w:r>
    </w:p>
    <w:p w14:paraId="18C2A0B2" w14:textId="77777777" w:rsidR="008C7F30" w:rsidRPr="00E71B88" w:rsidRDefault="008C7F30" w:rsidP="008C7F30">
      <w:pPr>
        <w:widowControl w:val="0"/>
        <w:numPr>
          <w:ilvl w:val="0"/>
          <w:numId w:val="14"/>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What to Bring:</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[List what children need to bring to preschool daily (e.g., backpack, lunchbox, water bottle, change of clothes). Specify any items that should be labeled.]</w:t>
      </w:r>
    </w:p>
    <w:p w14:paraId="7D9B889A" w14:textId="77777777" w:rsidR="008C7F30" w:rsidRPr="00E71B88" w:rsidRDefault="008C7F30" w:rsidP="008C7F30">
      <w:pPr>
        <w:widowControl w:val="0"/>
        <w:numPr>
          <w:ilvl w:val="0"/>
          <w:numId w:val="14"/>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Meals and Snacks:</w:t>
      </w:r>
    </w:p>
    <w:p w14:paraId="52D48823" w14:textId="77777777" w:rsidR="008C7F30" w:rsidRPr="00E71B88" w:rsidRDefault="008C7F30" w:rsidP="008C7F30">
      <w:pPr>
        <w:widowControl w:val="0"/>
        <w:numPr>
          <w:ilvl w:val="1"/>
          <w:numId w:val="16"/>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[Describe the preschool's policy on meals and snacks. If meals are provided, state what they include and any dietary guidelines. If parents provide meals, give guidelines on healthy options and any restrictions (e.g., no sugary drinks, no nuts). Address how you handle children with allergies.]</w:t>
      </w:r>
    </w:p>
    <w:p w14:paraId="3E777ADC" w14:textId="77777777" w:rsidR="008C7F30" w:rsidRPr="00E71B88" w:rsidRDefault="008C7F30" w:rsidP="008C7F30">
      <w:pPr>
        <w:widowControl w:val="0"/>
        <w:numPr>
          <w:ilvl w:val="0"/>
          <w:numId w:val="14"/>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Rest Time:</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the rest time policy, including the time, what children should bring, and how you ensure a comfortable environment.]</w:t>
      </w:r>
    </w:p>
    <w:p w14:paraId="08B12317" w14:textId="77777777" w:rsidR="008C7F30" w:rsidRPr="00E71B88" w:rsidRDefault="008C7F30" w:rsidP="008C7F30">
      <w:pPr>
        <w:widowControl w:val="0"/>
        <w:numPr>
          <w:ilvl w:val="0"/>
          <w:numId w:val="14"/>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Toilet Training:</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[Outline your approach to toilet training and how you work with parents to support this process.]</w:t>
      </w:r>
    </w:p>
    <w:p w14:paraId="0E9BE2AE" w14:textId="77777777" w:rsidR="008C7F30" w:rsidRPr="00E71B88" w:rsidRDefault="008C7F30" w:rsidP="008C7F30">
      <w:pPr>
        <w:widowControl w:val="0"/>
        <w:numPr>
          <w:ilvl w:val="0"/>
          <w:numId w:val="14"/>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Clothing:</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[Specify appropriate clothing for preschool, emphasizing comfort, practicality, and weather suitability. You may want to specify types of shoes. Also, state the policy on labeling clothing.]</w:t>
      </w:r>
    </w:p>
    <w:p w14:paraId="0D53DEF7"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4. Health and Safety</w:t>
      </w:r>
    </w:p>
    <w:p w14:paraId="659D7495" w14:textId="77777777" w:rsidR="008C7F30" w:rsidRPr="00E71B88" w:rsidRDefault="008C7F30" w:rsidP="008C7F30">
      <w:pPr>
        <w:widowControl w:val="0"/>
        <w:numPr>
          <w:ilvl w:val="0"/>
          <w:numId w:val="17"/>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Immunizations: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State the required immunizations for children attending the preschool, in line with South African Department of Health guidelines.]</w:t>
      </w:r>
    </w:p>
    <w:p w14:paraId="648E6393" w14:textId="77777777" w:rsidR="008C7F30" w:rsidRPr="00E71B88" w:rsidRDefault="008C7F30" w:rsidP="008C7F30">
      <w:pPr>
        <w:widowControl w:val="0"/>
        <w:numPr>
          <w:ilvl w:val="0"/>
          <w:numId w:val="17"/>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Illness Policy:</w:t>
      </w:r>
    </w:p>
    <w:p w14:paraId="458EEA60" w14:textId="77777777" w:rsidR="008C7F30" w:rsidRPr="00E71B88" w:rsidRDefault="008C7F30" w:rsidP="008C7F30">
      <w:pPr>
        <w:widowControl w:val="0"/>
        <w:numPr>
          <w:ilvl w:val="1"/>
          <w:numId w:val="18"/>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[Clearly define when a child should stay home (e.g., fever, contagious illness). List specific symptoms.]</w:t>
      </w:r>
    </w:p>
    <w:p w14:paraId="16C234E7" w14:textId="77777777" w:rsidR="008C7F30" w:rsidRPr="00E71B88" w:rsidRDefault="008C7F30" w:rsidP="008C7F30">
      <w:pPr>
        <w:widowControl w:val="0"/>
        <w:numPr>
          <w:ilvl w:val="1"/>
          <w:numId w:val="18"/>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[Explain the procedure if a child becomes ill at preschool.]</w:t>
      </w:r>
    </w:p>
    <w:p w14:paraId="33743518" w14:textId="77777777" w:rsidR="008C7F30" w:rsidRPr="00E71B88" w:rsidRDefault="008C7F30" w:rsidP="008C7F30">
      <w:pPr>
        <w:widowControl w:val="0"/>
        <w:numPr>
          <w:ilvl w:val="1"/>
          <w:numId w:val="18"/>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[State the requirements for a child returning to preschool after an illness (e.g., doctor's note).]</w:t>
      </w:r>
    </w:p>
    <w:p w14:paraId="0C25B5E2" w14:textId="77777777" w:rsidR="008C7F30" w:rsidRPr="00E71B88" w:rsidRDefault="008C7F30" w:rsidP="008C7F30">
      <w:pPr>
        <w:widowControl w:val="0"/>
        <w:numPr>
          <w:ilvl w:val="0"/>
          <w:numId w:val="17"/>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Medication Administration:</w:t>
      </w:r>
    </w:p>
    <w:p w14:paraId="1DBF629D" w14:textId="77777777" w:rsidR="008C7F30" w:rsidRPr="00E71B88" w:rsidRDefault="008C7F30" w:rsidP="008C7F30">
      <w:pPr>
        <w:widowControl w:val="0"/>
        <w:numPr>
          <w:ilvl w:val="1"/>
          <w:numId w:val="19"/>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[Outline the policy on administering medication, including prescription and non-prescription drugs. Specify required forms, labeling requirements, and storage procedures.]</w:t>
      </w:r>
    </w:p>
    <w:p w14:paraId="5236EDC3" w14:textId="77777777" w:rsidR="008C7F30" w:rsidRPr="00E71B88" w:rsidRDefault="008C7F30" w:rsidP="008C7F30">
      <w:pPr>
        <w:widowControl w:val="0"/>
        <w:numPr>
          <w:ilvl w:val="0"/>
          <w:numId w:val="17"/>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Accidents and Emergencies:</w:t>
      </w:r>
    </w:p>
    <w:p w14:paraId="204C2BAE" w14:textId="77777777" w:rsidR="008C7F30" w:rsidRPr="00E71B88" w:rsidRDefault="008C7F30" w:rsidP="008C7F30">
      <w:pPr>
        <w:widowControl w:val="0"/>
        <w:numPr>
          <w:ilvl w:val="1"/>
          <w:numId w:val="20"/>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t>[Describe how the preschool handles accidents and emergencies. Include procedures for first aid, contacting parents, and emergency medical care. State if you have any tie-ups with local hospitals.]</w:t>
      </w:r>
    </w:p>
    <w:p w14:paraId="253483E2" w14:textId="77777777" w:rsidR="008C7F30" w:rsidRPr="00E71B88" w:rsidRDefault="008C7F30" w:rsidP="008C7F30">
      <w:pPr>
        <w:widowControl w:val="0"/>
        <w:numPr>
          <w:ilvl w:val="0"/>
          <w:numId w:val="17"/>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Safety Procedures:</w:t>
      </w:r>
    </w:p>
    <w:p w14:paraId="6AB44E7D" w14:textId="77777777" w:rsidR="008C7F30" w:rsidRPr="00E71B88" w:rsidRDefault="008C7F30" w:rsidP="008C7F30">
      <w:pPr>
        <w:widowControl w:val="0"/>
        <w:numPr>
          <w:ilvl w:val="1"/>
          <w:numId w:val="21"/>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color w:val="4F81BD" w:themeColor="accent1"/>
          <w:sz w:val="32"/>
          <w:szCs w:val="32"/>
        </w:rPr>
        <w:lastRenderedPageBreak/>
        <w:t>[Describe measures taken to ensure children's safety within the preschool, including supervision, playground safety, and security procedures (e.g., controlled access, visitor policy). Also include fire safety and emergency evacuation plans and drills.]</w:t>
      </w:r>
    </w:p>
    <w:p w14:paraId="22340600" w14:textId="77777777" w:rsidR="008C7F30" w:rsidRPr="00E71B88" w:rsidRDefault="008C7F30" w:rsidP="008C7F30">
      <w:pPr>
        <w:widowControl w:val="0"/>
        <w:numPr>
          <w:ilvl w:val="0"/>
          <w:numId w:val="17"/>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COVID-19 Policy: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[Include your preschool's policy regarding COVID-19, including protocols for symptoms, positive cases, and any other relevant safety measures. This section needs to be updated regularly.]</w:t>
      </w:r>
    </w:p>
    <w:p w14:paraId="40D6F9C1"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 xml:space="preserve">5. </w:t>
      </w:r>
      <w:proofErr w:type="spellStart"/>
      <w:r w:rsidRPr="00E71B88">
        <w:rPr>
          <w:rFonts w:ascii="TeachersPet" w:eastAsia="Google Sans" w:hAnsi="TeachersPet" w:cs="Google Sans"/>
          <w:color w:val="1B1C1D"/>
          <w:sz w:val="40"/>
          <w:szCs w:val="36"/>
        </w:rPr>
        <w:t>Behaviour</w:t>
      </w:r>
      <w:proofErr w:type="spellEnd"/>
      <w:r w:rsidRPr="00E71B88">
        <w:rPr>
          <w:rFonts w:ascii="TeachersPet" w:eastAsia="Google Sans" w:hAnsi="TeachersPet" w:cs="Google Sans"/>
          <w:color w:val="1B1C1D"/>
          <w:sz w:val="40"/>
          <w:szCs w:val="36"/>
        </w:rPr>
        <w:t xml:space="preserve"> Management</w:t>
      </w:r>
    </w:p>
    <w:p w14:paraId="12382D18" w14:textId="77777777" w:rsidR="008C7F30" w:rsidRPr="00E71B88" w:rsidRDefault="008C7F30" w:rsidP="008C7F30">
      <w:pPr>
        <w:widowControl w:val="0"/>
        <w:numPr>
          <w:ilvl w:val="0"/>
          <w:numId w:val="22"/>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Positive Discipline:</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 xml:space="preserve">[Explain your preschool's approach to </w:t>
      </w:r>
      <w:proofErr w:type="spellStart"/>
      <w:r w:rsidRPr="00E71B88">
        <w:rPr>
          <w:rFonts w:ascii="TeachersPet" w:eastAsia="Google Sans Text" w:hAnsi="TeachersPet" w:cs="Google Sans Text"/>
          <w:color w:val="4F81BD" w:themeColor="accent1"/>
          <w:sz w:val="32"/>
          <w:szCs w:val="32"/>
        </w:rPr>
        <w:t>behaviour</w:t>
      </w:r>
      <w:proofErr w:type="spellEnd"/>
      <w:r w:rsidRPr="00E71B88">
        <w:rPr>
          <w:rFonts w:ascii="TeachersPet" w:eastAsia="Google Sans Text" w:hAnsi="TeachersPet" w:cs="Google Sans Text"/>
          <w:color w:val="4F81BD" w:themeColor="accent1"/>
          <w:sz w:val="32"/>
          <w:szCs w:val="32"/>
        </w:rPr>
        <w:t xml:space="preserve"> management. Emphasize positive reinforcement, redirection, and setting clear expectations. State that physical punishment is prohibited.]</w:t>
      </w:r>
    </w:p>
    <w:p w14:paraId="1026AC3E" w14:textId="77777777" w:rsidR="008C7F30" w:rsidRPr="00E71B88" w:rsidRDefault="008C7F30" w:rsidP="008C7F30">
      <w:pPr>
        <w:widowControl w:val="0"/>
        <w:numPr>
          <w:ilvl w:val="0"/>
          <w:numId w:val="22"/>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Guiding Principles</w:t>
      </w:r>
      <w:r w:rsidRPr="00E71B88">
        <w:rPr>
          <w:rFonts w:ascii="TeachersPet" w:eastAsia="Google Sans Text" w:hAnsi="TeachersPet" w:cs="Google Sans Text"/>
          <w:b/>
          <w:color w:val="4F81BD" w:themeColor="accent1"/>
          <w:sz w:val="32"/>
          <w:szCs w:val="32"/>
        </w:rPr>
        <w:t>:</w:t>
      </w:r>
      <w:r w:rsidRPr="00E71B88">
        <w:rPr>
          <w:rFonts w:ascii="TeachersPet" w:eastAsia="Google Sans Text" w:hAnsi="TeachersPet" w:cs="Google Sans Text"/>
          <w:color w:val="4F81BD" w:themeColor="accent1"/>
          <w:sz w:val="32"/>
          <w:szCs w:val="32"/>
        </w:rPr>
        <w:t xml:space="preserve"> [Outline the principles you use to guide children's </w:t>
      </w:r>
      <w:proofErr w:type="spellStart"/>
      <w:r w:rsidRPr="00E71B88">
        <w:rPr>
          <w:rFonts w:ascii="TeachersPet" w:eastAsia="Google Sans Text" w:hAnsi="TeachersPet" w:cs="Google Sans Text"/>
          <w:color w:val="4F81BD" w:themeColor="accent1"/>
          <w:sz w:val="32"/>
          <w:szCs w:val="32"/>
        </w:rPr>
        <w:t>behaviour</w:t>
      </w:r>
      <w:proofErr w:type="spellEnd"/>
      <w:r w:rsidRPr="00E71B88">
        <w:rPr>
          <w:rFonts w:ascii="TeachersPet" w:eastAsia="Google Sans Text" w:hAnsi="TeachersPet" w:cs="Google Sans Text"/>
          <w:color w:val="4F81BD" w:themeColor="accent1"/>
          <w:sz w:val="32"/>
          <w:szCs w:val="32"/>
        </w:rPr>
        <w:t xml:space="preserve"> (e.g., respect, responsibility, cooperation). You may want to refer to "Ubuntu".]</w:t>
      </w:r>
    </w:p>
    <w:p w14:paraId="36AA74AE" w14:textId="77777777" w:rsidR="008C7F30" w:rsidRPr="00E71B88" w:rsidRDefault="008C7F30" w:rsidP="008C7F30">
      <w:pPr>
        <w:widowControl w:val="0"/>
        <w:numPr>
          <w:ilvl w:val="0"/>
          <w:numId w:val="22"/>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 xml:space="preserve">Procedures for Challenging </w:t>
      </w:r>
      <w:proofErr w:type="spellStart"/>
      <w:r w:rsidRPr="00E71B88">
        <w:rPr>
          <w:rFonts w:ascii="TeachersPet" w:eastAsia="Google Sans Text" w:hAnsi="TeachersPet" w:cs="Google Sans Text"/>
          <w:b/>
          <w:color w:val="1B1C1D"/>
          <w:sz w:val="32"/>
          <w:szCs w:val="32"/>
        </w:rPr>
        <w:t>Behaviour</w:t>
      </w:r>
      <w:proofErr w:type="spellEnd"/>
      <w:r w:rsidRPr="00E71B88">
        <w:rPr>
          <w:rFonts w:ascii="TeachersPet" w:eastAsia="Google Sans Text" w:hAnsi="TeachersPet" w:cs="Google Sans Text"/>
          <w:b/>
          <w:color w:val="1B1C1D"/>
          <w:sz w:val="32"/>
          <w:szCs w:val="32"/>
        </w:rPr>
        <w:t>:</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 xml:space="preserve">Describe how the preschool addresses challenging </w:t>
      </w:r>
      <w:proofErr w:type="spellStart"/>
      <w:r w:rsidRPr="00E71B88">
        <w:rPr>
          <w:rFonts w:ascii="TeachersPet" w:eastAsia="Google Sans Text" w:hAnsi="TeachersPet" w:cs="Google Sans Text"/>
          <w:color w:val="4F81BD" w:themeColor="accent1"/>
          <w:sz w:val="32"/>
          <w:szCs w:val="32"/>
        </w:rPr>
        <w:t>behaviour</w:t>
      </w:r>
      <w:proofErr w:type="spellEnd"/>
      <w:r w:rsidRPr="00E71B88">
        <w:rPr>
          <w:rFonts w:ascii="TeachersPet" w:eastAsia="Google Sans Text" w:hAnsi="TeachersPet" w:cs="Google Sans Text"/>
          <w:color w:val="4F81BD" w:themeColor="accent1"/>
          <w:sz w:val="32"/>
          <w:szCs w:val="32"/>
        </w:rPr>
        <w:t>, including steps taken to work with the child and parents. State that the preschool will work with parents and children with challenging behaviors and when the preschool might ask the parent to seek outside professional help.]</w:t>
      </w:r>
    </w:p>
    <w:p w14:paraId="444B0CDB" w14:textId="77777777" w:rsidR="008C7F30" w:rsidRPr="00E71B88" w:rsidRDefault="008C7F30" w:rsidP="008C7F30">
      <w:pPr>
        <w:widowControl w:val="0"/>
        <w:numPr>
          <w:ilvl w:val="0"/>
          <w:numId w:val="22"/>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 xml:space="preserve">Prohibited </w:t>
      </w:r>
      <w:proofErr w:type="spellStart"/>
      <w:r w:rsidRPr="00E71B88">
        <w:rPr>
          <w:rFonts w:ascii="TeachersPet" w:eastAsia="Google Sans Text" w:hAnsi="TeachersPet" w:cs="Google Sans Text"/>
          <w:b/>
          <w:color w:val="1B1C1D"/>
          <w:sz w:val="32"/>
          <w:szCs w:val="32"/>
        </w:rPr>
        <w:t>Behaviour</w:t>
      </w:r>
      <w:proofErr w:type="spellEnd"/>
      <w:r w:rsidRPr="00E71B88">
        <w:rPr>
          <w:rFonts w:ascii="TeachersPet" w:eastAsia="Google Sans Text" w:hAnsi="TeachersPet" w:cs="Google Sans Text"/>
          <w:b/>
          <w:color w:val="1B1C1D"/>
          <w:sz w:val="32"/>
          <w:szCs w:val="32"/>
        </w:rPr>
        <w:t>:</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 xml:space="preserve">[List </w:t>
      </w:r>
      <w:proofErr w:type="spellStart"/>
      <w:r w:rsidRPr="00E71B88">
        <w:rPr>
          <w:rFonts w:ascii="TeachersPet" w:eastAsia="Google Sans Text" w:hAnsi="TeachersPet" w:cs="Google Sans Text"/>
          <w:color w:val="4F81BD" w:themeColor="accent1"/>
          <w:sz w:val="32"/>
          <w:szCs w:val="32"/>
        </w:rPr>
        <w:t>behaviours</w:t>
      </w:r>
      <w:proofErr w:type="spellEnd"/>
      <w:r w:rsidRPr="00E71B88">
        <w:rPr>
          <w:rFonts w:ascii="TeachersPet" w:eastAsia="Google Sans Text" w:hAnsi="TeachersPet" w:cs="Google Sans Text"/>
          <w:color w:val="4F81BD" w:themeColor="accent1"/>
          <w:sz w:val="32"/>
          <w:szCs w:val="32"/>
        </w:rPr>
        <w:t xml:space="preserve"> that are not acceptable (e.g., hitting, biting, verbal abuse).]</w:t>
      </w:r>
    </w:p>
    <w:p w14:paraId="0E38F8A4"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6. Communication</w:t>
      </w:r>
    </w:p>
    <w:p w14:paraId="3AA75F34" w14:textId="77777777" w:rsidR="008C7F30" w:rsidRPr="00E71B88" w:rsidRDefault="008C7F30" w:rsidP="008C7F30">
      <w:pPr>
        <w:widowControl w:val="0"/>
        <w:numPr>
          <w:ilvl w:val="0"/>
          <w:numId w:val="2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Parent-Teacher Communication:</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how parents and teachers will communicate (e.g., daily communication books, regular meetings, emails, phone calls).]</w:t>
      </w:r>
    </w:p>
    <w:p w14:paraId="41FC2D80" w14:textId="77777777" w:rsidR="008C7F30" w:rsidRPr="00E71B88" w:rsidRDefault="008C7F30" w:rsidP="008C7F30">
      <w:pPr>
        <w:widowControl w:val="0"/>
        <w:numPr>
          <w:ilvl w:val="0"/>
          <w:numId w:val="2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Parent Meetings: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[State how often parent-teacher meetings are held and their purpose.]</w:t>
      </w:r>
    </w:p>
    <w:p w14:paraId="026A58A7" w14:textId="77777777" w:rsidR="008C7F30" w:rsidRPr="00E71B88" w:rsidRDefault="008C7F30" w:rsidP="008C7F30">
      <w:pPr>
        <w:widowControl w:val="0"/>
        <w:numPr>
          <w:ilvl w:val="0"/>
          <w:numId w:val="2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Newsletters and Notices: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[Describe how the preschool will keep parents informed about important information, events, and updates (e.g., newsletters, website, social media, notice boards).]</w:t>
      </w:r>
    </w:p>
    <w:p w14:paraId="44D7A747" w14:textId="77777777" w:rsidR="008C7F30" w:rsidRPr="00E71B88" w:rsidRDefault="008C7F30" w:rsidP="008C7F30">
      <w:pPr>
        <w:widowControl w:val="0"/>
        <w:numPr>
          <w:ilvl w:val="0"/>
          <w:numId w:val="23"/>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Open Door Policy: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your preschool's open-door policy and what it means for parents.]</w:t>
      </w:r>
    </w:p>
    <w:p w14:paraId="203939DF" w14:textId="77777777" w:rsidR="008C7F30" w:rsidRPr="00E71B88" w:rsidRDefault="008C7F30" w:rsidP="008C7F30">
      <w:pPr>
        <w:widowControl w:val="0"/>
        <w:numPr>
          <w:ilvl w:val="0"/>
          <w:numId w:val="23"/>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Addressing Concerns: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[Outline the procedure for parents to raise concerns or complaints. Include who to contact first and the steps for resolution.]</w:t>
      </w:r>
    </w:p>
    <w:p w14:paraId="4E6DD9C8"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7. Parent Involvement</w:t>
      </w:r>
    </w:p>
    <w:p w14:paraId="6748A937" w14:textId="77777777" w:rsidR="008C7F30" w:rsidRPr="00E71B88" w:rsidRDefault="008C7F30" w:rsidP="008C7F30">
      <w:pPr>
        <w:widowControl w:val="0"/>
        <w:numPr>
          <w:ilvl w:val="0"/>
          <w:numId w:val="24"/>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Volunteer Opportunities: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[If applicable, describe opportunities for parents to volunteer at the preschool (e.g., helping in the classroom, assisting with events).]</w:t>
      </w:r>
    </w:p>
    <w:p w14:paraId="6990A1D5" w14:textId="77777777" w:rsidR="008C7F30" w:rsidRPr="00E71B88" w:rsidRDefault="008C7F30" w:rsidP="008C7F30">
      <w:pPr>
        <w:widowControl w:val="0"/>
        <w:numPr>
          <w:ilvl w:val="0"/>
          <w:numId w:val="24"/>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Parent Participation:</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how parents can be involved in their child's learning and the preschool community.]</w:t>
      </w:r>
    </w:p>
    <w:p w14:paraId="6C9D5612" w14:textId="77777777" w:rsidR="008C7F30" w:rsidRPr="00E71B88" w:rsidRDefault="008C7F30" w:rsidP="008C7F30">
      <w:pPr>
        <w:widowControl w:val="0"/>
        <w:numPr>
          <w:ilvl w:val="0"/>
          <w:numId w:val="24"/>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Fundraising:</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[If applicable, describe any fundraising activities and how parents can contribute.]</w:t>
      </w:r>
    </w:p>
    <w:p w14:paraId="6AFBEDBE"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8. General Information</w:t>
      </w:r>
    </w:p>
    <w:p w14:paraId="5DDC7FF1" w14:textId="77777777" w:rsidR="008C7F30" w:rsidRPr="00E71B88" w:rsidRDefault="008C7F30" w:rsidP="008C7F30">
      <w:pPr>
        <w:widowControl w:val="0"/>
        <w:numPr>
          <w:ilvl w:val="0"/>
          <w:numId w:val="25"/>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Insurance:</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 xml:space="preserve">State the preschool's insurance coverage and whether parents are required to have </w:t>
      </w:r>
      <w:r w:rsidRPr="00E71B88">
        <w:rPr>
          <w:rFonts w:ascii="TeachersPet" w:eastAsia="Google Sans Text" w:hAnsi="TeachersPet" w:cs="Google Sans Text"/>
          <w:color w:val="4F81BD" w:themeColor="accent1"/>
          <w:sz w:val="32"/>
          <w:szCs w:val="32"/>
        </w:rPr>
        <w:lastRenderedPageBreak/>
        <w:t>their own insurance for their children.]</w:t>
      </w:r>
    </w:p>
    <w:p w14:paraId="6F252C5F" w14:textId="77777777" w:rsidR="008C7F30" w:rsidRPr="00E71B88" w:rsidRDefault="008C7F30" w:rsidP="008C7F30">
      <w:pPr>
        <w:widowControl w:val="0"/>
        <w:numPr>
          <w:ilvl w:val="0"/>
          <w:numId w:val="25"/>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Liability: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[Include a statement regarding the preschool's liability.]</w:t>
      </w:r>
    </w:p>
    <w:p w14:paraId="002420F7" w14:textId="77777777" w:rsidR="008C7F30" w:rsidRPr="00E71B88" w:rsidRDefault="008C7F30" w:rsidP="008C7F30">
      <w:pPr>
        <w:widowControl w:val="0"/>
        <w:numPr>
          <w:ilvl w:val="0"/>
          <w:numId w:val="25"/>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Changes to Policies: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[Explain how parents will be notified of any changes to the policies and procedures outlined in the handbook.]</w:t>
      </w:r>
    </w:p>
    <w:p w14:paraId="05115F27"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9. Cultural Considerations</w:t>
      </w:r>
    </w:p>
    <w:p w14:paraId="067C1039" w14:textId="77777777" w:rsidR="008C7F30" w:rsidRPr="00E71B88" w:rsidRDefault="008C7F30" w:rsidP="008C7F30">
      <w:pPr>
        <w:widowControl w:val="0"/>
        <w:numPr>
          <w:ilvl w:val="0"/>
          <w:numId w:val="26"/>
        </w:numPr>
        <w:pBdr>
          <w:top w:val="nil"/>
          <w:left w:val="nil"/>
          <w:bottom w:val="nil"/>
          <w:right w:val="nil"/>
          <w:between w:val="nil"/>
        </w:pBdr>
        <w:spacing w:after="0" w:line="275" w:lineRule="auto"/>
        <w:rPr>
          <w:rFonts w:ascii="TeachersPet" w:hAnsi="TeachersPet"/>
          <w:bCs/>
          <w:color w:val="4F81BD" w:themeColor="accent1"/>
          <w:sz w:val="32"/>
          <w:szCs w:val="32"/>
        </w:rPr>
      </w:pPr>
      <w:r w:rsidRPr="00E71B88">
        <w:rPr>
          <w:rFonts w:ascii="TeachersPet" w:eastAsia="Google Sans Text" w:hAnsi="TeachersPet" w:cs="Google Sans Text"/>
          <w:b/>
          <w:color w:val="1B1C1D"/>
          <w:sz w:val="32"/>
          <w:szCs w:val="32"/>
        </w:rPr>
        <w:t xml:space="preserve">Diversity and Inclusion: </w:t>
      </w:r>
      <w:r w:rsidRPr="00E71B88">
        <w:rPr>
          <w:rFonts w:ascii="TeachersPet" w:eastAsia="Google Sans Text" w:hAnsi="TeachersPet" w:cs="Google Sans Text"/>
          <w:bCs/>
          <w:color w:val="4F81BD" w:themeColor="accent1"/>
          <w:sz w:val="32"/>
          <w:szCs w:val="32"/>
        </w:rPr>
        <w:t>[Explain how the preschool celebrates and embraces South Africa's cultural diversity. Describe how you create an inclusive environment for all children and families, respecting different languages, religions, and traditions.]</w:t>
      </w:r>
    </w:p>
    <w:p w14:paraId="60870D45" w14:textId="77777777" w:rsidR="008C7F30" w:rsidRPr="00E71B88" w:rsidRDefault="008C7F30" w:rsidP="008C7F30">
      <w:pPr>
        <w:widowControl w:val="0"/>
        <w:numPr>
          <w:ilvl w:val="0"/>
          <w:numId w:val="26"/>
        </w:numPr>
        <w:pBdr>
          <w:top w:val="nil"/>
          <w:left w:val="nil"/>
          <w:bottom w:val="nil"/>
          <w:right w:val="nil"/>
          <w:between w:val="nil"/>
        </w:pBdr>
        <w:spacing w:after="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Language Policy:</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[State the language(s) of instruction and how you support children who are learning a new language.]</w:t>
      </w:r>
    </w:p>
    <w:p w14:paraId="3814EA53" w14:textId="77777777" w:rsidR="008C7F30" w:rsidRPr="00E71B88" w:rsidRDefault="008C7F30" w:rsidP="008C7F30">
      <w:pPr>
        <w:widowControl w:val="0"/>
        <w:numPr>
          <w:ilvl w:val="0"/>
          <w:numId w:val="26"/>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Cultural Events:</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[Mention if the preschool celebrates specific cultural events and how parents are involved.]</w:t>
      </w:r>
    </w:p>
    <w:p w14:paraId="156E3837"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10. Acknowledgment</w:t>
      </w:r>
    </w:p>
    <w:p w14:paraId="406F4316" w14:textId="77777777" w:rsidR="008C7F30" w:rsidRPr="00E71B88" w:rsidRDefault="008C7F30" w:rsidP="008C7F30">
      <w:pPr>
        <w:widowControl w:val="0"/>
        <w:numPr>
          <w:ilvl w:val="0"/>
          <w:numId w:val="11"/>
        </w:numPr>
        <w:pBdr>
          <w:top w:val="nil"/>
          <w:left w:val="nil"/>
          <w:bottom w:val="nil"/>
          <w:right w:val="nil"/>
          <w:between w:val="nil"/>
        </w:pBdr>
        <w:spacing w:after="120" w:line="275" w:lineRule="auto"/>
        <w:rPr>
          <w:rFonts w:ascii="TeachersPet" w:hAnsi="TeachersPet"/>
          <w:color w:val="4F81BD" w:themeColor="accent1"/>
          <w:sz w:val="32"/>
          <w:szCs w:val="32"/>
        </w:rPr>
      </w:pPr>
      <w:r w:rsidRPr="00E71B88">
        <w:rPr>
          <w:rFonts w:ascii="TeachersPet" w:eastAsia="Google Sans Text" w:hAnsi="TeachersPet" w:cs="Google Sans Text"/>
          <w:b/>
          <w:color w:val="1B1C1D"/>
          <w:sz w:val="32"/>
          <w:szCs w:val="32"/>
        </w:rPr>
        <w:t>Parent Agreement:</w:t>
      </w:r>
      <w:r w:rsidRPr="00E71B88">
        <w:rPr>
          <w:rFonts w:ascii="TeachersPet" w:eastAsia="Google Sans Text" w:hAnsi="TeachersPet" w:cs="Google Sans Text"/>
          <w:color w:val="1B1C1D"/>
          <w:sz w:val="32"/>
          <w:szCs w:val="32"/>
        </w:rPr>
        <w:t xml:space="preserve"> </w:t>
      </w:r>
      <w:r w:rsidRPr="00E71B88">
        <w:rPr>
          <w:rFonts w:ascii="TeachersPet" w:eastAsia="Google Sans Text" w:hAnsi="TeachersPet" w:cs="Google Sans Text"/>
          <w:color w:val="4F81BD" w:themeColor="accent1"/>
          <w:sz w:val="32"/>
          <w:szCs w:val="32"/>
        </w:rPr>
        <w:t>[Include a section for parents to sign, acknowledging that they have read and understood the policies and procedures outlined in the handbook.]</w:t>
      </w:r>
    </w:p>
    <w:p w14:paraId="076D8A2C" w14:textId="77777777" w:rsidR="008C7F30" w:rsidRPr="00E71B88" w:rsidRDefault="008C7F30" w:rsidP="008C7F30">
      <w:pPr>
        <w:pStyle w:val="Heading2"/>
        <w:spacing w:before="120" w:after="120" w:line="275" w:lineRule="auto"/>
        <w:rPr>
          <w:rFonts w:ascii="TeachersPet" w:eastAsia="Google Sans" w:hAnsi="TeachersPet" w:cs="Google Sans"/>
          <w:color w:val="1B1C1D"/>
          <w:sz w:val="40"/>
          <w:szCs w:val="36"/>
        </w:rPr>
      </w:pPr>
      <w:r w:rsidRPr="00E71B88">
        <w:rPr>
          <w:rFonts w:ascii="TeachersPet" w:eastAsia="Google Sans" w:hAnsi="TeachersPet" w:cs="Google Sans"/>
          <w:color w:val="1B1C1D"/>
          <w:sz w:val="40"/>
          <w:szCs w:val="36"/>
        </w:rPr>
        <w:t>11. Contact Information</w:t>
      </w:r>
    </w:p>
    <w:p w14:paraId="105A7209" w14:textId="77777777" w:rsidR="008C7F30" w:rsidRPr="00E71B88" w:rsidRDefault="008C7F30" w:rsidP="008C7F30">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Preschool Address:</w:t>
      </w:r>
    </w:p>
    <w:p w14:paraId="78D571A6" w14:textId="77777777" w:rsidR="008C7F30" w:rsidRPr="00E71B88" w:rsidRDefault="008C7F30" w:rsidP="008C7F30">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Phone Number:</w:t>
      </w:r>
    </w:p>
    <w:p w14:paraId="2F75D7DB" w14:textId="77777777" w:rsidR="008C7F30" w:rsidRPr="00E71B88" w:rsidRDefault="008C7F30" w:rsidP="008C7F30">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Email Address:</w:t>
      </w:r>
    </w:p>
    <w:p w14:paraId="56E6AB46" w14:textId="77777777" w:rsidR="008C7F30" w:rsidRPr="00E71B88" w:rsidRDefault="008C7F30" w:rsidP="008C7F30">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E71B88">
        <w:rPr>
          <w:rFonts w:ascii="TeachersPet" w:eastAsia="Google Sans Text" w:hAnsi="TeachersPet" w:cs="Google Sans Text"/>
          <w:b/>
          <w:color w:val="1B1C1D"/>
          <w:sz w:val="32"/>
          <w:szCs w:val="32"/>
        </w:rPr>
        <w:t>Website:</w:t>
      </w:r>
    </w:p>
    <w:p w14:paraId="6A45778A" w14:textId="77777777" w:rsidR="008C7F30" w:rsidRPr="00E71B88" w:rsidRDefault="008C7F30" w:rsidP="008C7F30">
      <w:pPr>
        <w:widowControl w:val="0"/>
        <w:numPr>
          <w:ilvl w:val="0"/>
          <w:numId w:val="12"/>
        </w:numPr>
        <w:pBdr>
          <w:top w:val="nil"/>
          <w:left w:val="nil"/>
          <w:bottom w:val="nil"/>
          <w:right w:val="nil"/>
          <w:between w:val="nil"/>
        </w:pBdr>
        <w:spacing w:after="120" w:line="275" w:lineRule="auto"/>
        <w:rPr>
          <w:rFonts w:ascii="TeachersPet" w:hAnsi="TeachersPet"/>
          <w:sz w:val="32"/>
          <w:szCs w:val="32"/>
        </w:rPr>
      </w:pPr>
      <w:r w:rsidRPr="00E71B88">
        <w:rPr>
          <w:rFonts w:ascii="TeachersPet" w:eastAsia="Google Sans Text" w:hAnsi="TeachersPet" w:cs="Google Sans Text"/>
          <w:b/>
          <w:color w:val="1B1C1D"/>
          <w:sz w:val="32"/>
          <w:szCs w:val="32"/>
        </w:rPr>
        <w:t>Principal's Name and Contact Information:</w:t>
      </w:r>
    </w:p>
    <w:p w14:paraId="07B36854" w14:textId="77777777" w:rsidR="00E71B88" w:rsidRPr="00E71B88" w:rsidRDefault="00E71B88" w:rsidP="00E71B88">
      <w:pPr>
        <w:widowControl w:val="0"/>
        <w:pBdr>
          <w:top w:val="nil"/>
          <w:left w:val="nil"/>
          <w:bottom w:val="nil"/>
          <w:right w:val="nil"/>
          <w:between w:val="nil"/>
        </w:pBdr>
        <w:spacing w:after="120" w:line="275" w:lineRule="auto"/>
        <w:ind w:left="465"/>
        <w:rPr>
          <w:rFonts w:ascii="TeachersPet" w:hAnsi="TeachersPet"/>
          <w:sz w:val="32"/>
          <w:szCs w:val="32"/>
        </w:rPr>
      </w:pPr>
    </w:p>
    <w:p w14:paraId="0607E48B" w14:textId="77777777" w:rsidR="008C7F30" w:rsidRPr="00E71B88" w:rsidRDefault="008C7F30" w:rsidP="00E71B88">
      <w:pPr>
        <w:pBdr>
          <w:top w:val="nil"/>
          <w:left w:val="nil"/>
          <w:bottom w:val="nil"/>
          <w:right w:val="nil"/>
          <w:between w:val="nil"/>
        </w:pBdr>
        <w:spacing w:before="120" w:after="240" w:line="275" w:lineRule="auto"/>
        <w:jc w:val="center"/>
        <w:rPr>
          <w:rFonts w:ascii="TeachersPet" w:eastAsia="Google Sans Text" w:hAnsi="TeachersPet" w:cs="Google Sans Text"/>
          <w:b/>
          <w:color w:val="1B1C1D"/>
          <w:sz w:val="36"/>
          <w:szCs w:val="34"/>
        </w:rPr>
      </w:pPr>
      <w:r w:rsidRPr="00E71B88">
        <w:rPr>
          <w:rFonts w:ascii="TeachersPet" w:eastAsia="Google Sans Text" w:hAnsi="TeachersPet" w:cs="Google Sans Text"/>
          <w:b/>
          <w:color w:val="1B1C1D"/>
          <w:sz w:val="36"/>
          <w:szCs w:val="34"/>
        </w:rPr>
        <w:t>We look forward to a happy and successful year with your child!</w:t>
      </w:r>
    </w:p>
    <w:p w14:paraId="3F60965E" w14:textId="65DFA0C5" w:rsidR="00EB604A" w:rsidRPr="00E71B88" w:rsidRDefault="00EB604A" w:rsidP="00452429">
      <w:pPr>
        <w:spacing w:line="240" w:lineRule="auto"/>
        <w:rPr>
          <w:rFonts w:ascii="TeachersPet" w:hAnsi="TeachersPet"/>
          <w:color w:val="000000" w:themeColor="text1"/>
          <w:sz w:val="32"/>
          <w:szCs w:val="32"/>
        </w:rPr>
      </w:pPr>
    </w:p>
    <w:sectPr w:rsidR="00EB604A" w:rsidRPr="00E71B88" w:rsidSect="00EB604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D44E3" w14:textId="77777777" w:rsidR="005B752A" w:rsidRDefault="005B752A" w:rsidP="00EB604A">
      <w:pPr>
        <w:spacing w:after="0" w:line="240" w:lineRule="auto"/>
      </w:pPr>
      <w:r>
        <w:separator/>
      </w:r>
    </w:p>
  </w:endnote>
  <w:endnote w:type="continuationSeparator" w:id="0">
    <w:p w14:paraId="3B2736F2" w14:textId="77777777" w:rsidR="005B752A" w:rsidRDefault="005B752A"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Google Sans">
    <w:altName w:val="Calibri"/>
    <w:panose1 w:val="020B0604020202020204"/>
    <w:charset w:val="00"/>
    <w:family w:val="auto"/>
    <w:pitch w:val="default"/>
  </w:font>
  <w:font w:name="Google Sans Text">
    <w:altName w:val="Calibri"/>
    <w:panose1 w:val="020B0604020202020204"/>
    <w:charset w:val="00"/>
    <w:family w:val="auto"/>
    <w:pitch w:val="default"/>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431B" w14:textId="77777777" w:rsidR="00CC481E" w:rsidRDefault="00CC4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1F7DD" w14:textId="77777777" w:rsidR="00CC481E" w:rsidRPr="00DD1E16" w:rsidRDefault="00CC481E" w:rsidP="00CC481E">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337FF56F" w:rsidR="00EB604A" w:rsidRPr="00CC481E" w:rsidRDefault="00CC481E" w:rsidP="00CC481E">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97BF3" w14:textId="77777777" w:rsidR="00CC481E" w:rsidRDefault="00CC4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1DB61" w14:textId="77777777" w:rsidR="005B752A" w:rsidRDefault="005B752A" w:rsidP="00EB604A">
      <w:pPr>
        <w:spacing w:after="0" w:line="240" w:lineRule="auto"/>
      </w:pPr>
      <w:r>
        <w:separator/>
      </w:r>
    </w:p>
  </w:footnote>
  <w:footnote w:type="continuationSeparator" w:id="0">
    <w:p w14:paraId="4D1AEEAB" w14:textId="77777777" w:rsidR="005B752A" w:rsidRDefault="005B752A" w:rsidP="00EB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A5A88" w14:textId="77777777" w:rsidR="00CC481E" w:rsidRDefault="00CC4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9053" w14:textId="77777777" w:rsidR="00CC481E" w:rsidRDefault="00CC48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C3A81" w14:textId="77777777" w:rsidR="00CC481E" w:rsidRDefault="00CC4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14163"/>
    <w:multiLevelType w:val="multilevel"/>
    <w:tmpl w:val="851E73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E2149FB"/>
    <w:multiLevelType w:val="multilevel"/>
    <w:tmpl w:val="D1D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218C26E4"/>
    <w:multiLevelType w:val="multilevel"/>
    <w:tmpl w:val="57B2B2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224017A0"/>
    <w:multiLevelType w:val="multilevel"/>
    <w:tmpl w:val="05B8D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3841012"/>
    <w:multiLevelType w:val="multilevel"/>
    <w:tmpl w:val="6772D6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33A4565D"/>
    <w:multiLevelType w:val="multilevel"/>
    <w:tmpl w:val="E6D634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3C542FEE"/>
    <w:multiLevelType w:val="multilevel"/>
    <w:tmpl w:val="00309D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4C825C79"/>
    <w:multiLevelType w:val="multilevel"/>
    <w:tmpl w:val="A9B299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5F65664B"/>
    <w:multiLevelType w:val="multilevel"/>
    <w:tmpl w:val="0FB4C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1D86743"/>
    <w:multiLevelType w:val="multilevel"/>
    <w:tmpl w:val="656A14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694F463E"/>
    <w:multiLevelType w:val="multilevel"/>
    <w:tmpl w:val="FA38E6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6B2E1963"/>
    <w:multiLevelType w:val="multilevel"/>
    <w:tmpl w:val="2E1C43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716A2FBF"/>
    <w:multiLevelType w:val="multilevel"/>
    <w:tmpl w:val="D458AA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72F57F29"/>
    <w:multiLevelType w:val="multilevel"/>
    <w:tmpl w:val="54CEF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7511663F"/>
    <w:multiLevelType w:val="multilevel"/>
    <w:tmpl w:val="A29A70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795F0FC4"/>
    <w:multiLevelType w:val="multilevel"/>
    <w:tmpl w:val="27AC5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7CC8570E"/>
    <w:multiLevelType w:val="multilevel"/>
    <w:tmpl w:val="079AF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 w:numId="10" w16cid:durableId="1121463092">
    <w:abstractNumId w:val="17"/>
  </w:num>
  <w:num w:numId="11" w16cid:durableId="1932544581">
    <w:abstractNumId w:val="19"/>
  </w:num>
  <w:num w:numId="12" w16cid:durableId="1864123357">
    <w:abstractNumId w:val="21"/>
  </w:num>
  <w:num w:numId="13" w16cid:durableId="309673437">
    <w:abstractNumId w:val="11"/>
  </w:num>
  <w:num w:numId="14" w16cid:durableId="4673184">
    <w:abstractNumId w:val="18"/>
  </w:num>
  <w:num w:numId="15" w16cid:durableId="1699625645">
    <w:abstractNumId w:val="15"/>
  </w:num>
  <w:num w:numId="16" w16cid:durableId="350761814">
    <w:abstractNumId w:val="13"/>
  </w:num>
  <w:num w:numId="17" w16cid:durableId="2140607315">
    <w:abstractNumId w:val="12"/>
  </w:num>
  <w:num w:numId="18" w16cid:durableId="1596089737">
    <w:abstractNumId w:val="25"/>
  </w:num>
  <w:num w:numId="19" w16cid:durableId="617033260">
    <w:abstractNumId w:val="16"/>
  </w:num>
  <w:num w:numId="20" w16cid:durableId="1679193817">
    <w:abstractNumId w:val="10"/>
  </w:num>
  <w:num w:numId="21" w16cid:durableId="300885569">
    <w:abstractNumId w:val="14"/>
  </w:num>
  <w:num w:numId="22" w16cid:durableId="372846649">
    <w:abstractNumId w:val="22"/>
  </w:num>
  <w:num w:numId="23" w16cid:durableId="206602137">
    <w:abstractNumId w:val="24"/>
  </w:num>
  <w:num w:numId="24" w16cid:durableId="1882932666">
    <w:abstractNumId w:val="20"/>
  </w:num>
  <w:num w:numId="25" w16cid:durableId="660043492">
    <w:abstractNumId w:val="23"/>
  </w:num>
  <w:num w:numId="26" w16cid:durableId="512691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6E"/>
    <w:rsid w:val="0015074B"/>
    <w:rsid w:val="00241D71"/>
    <w:rsid w:val="0029639D"/>
    <w:rsid w:val="00326F90"/>
    <w:rsid w:val="00452429"/>
    <w:rsid w:val="005B752A"/>
    <w:rsid w:val="007C5AA5"/>
    <w:rsid w:val="008439EA"/>
    <w:rsid w:val="008A13F6"/>
    <w:rsid w:val="008C7F30"/>
    <w:rsid w:val="0090307E"/>
    <w:rsid w:val="00AA1D8D"/>
    <w:rsid w:val="00B47730"/>
    <w:rsid w:val="00BB1207"/>
    <w:rsid w:val="00CB0664"/>
    <w:rsid w:val="00CC481E"/>
    <w:rsid w:val="00CF0B3C"/>
    <w:rsid w:val="00D32392"/>
    <w:rsid w:val="00D67B2E"/>
    <w:rsid w:val="00DC3DA7"/>
    <w:rsid w:val="00DD3C06"/>
    <w:rsid w:val="00DD7199"/>
    <w:rsid w:val="00E71B88"/>
    <w:rsid w:val="00EB6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4</cp:revision>
  <dcterms:created xsi:type="dcterms:W3CDTF">2025-05-28T07:56:00Z</dcterms:created>
  <dcterms:modified xsi:type="dcterms:W3CDTF">2025-07-23T10:03:00Z</dcterms:modified>
  <cp:category/>
</cp:coreProperties>
</file>