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8510D" w14:textId="05CE68AD" w:rsidR="00452429" w:rsidRPr="00583468" w:rsidRDefault="00452429" w:rsidP="00452429">
      <w:pPr>
        <w:pStyle w:val="Title"/>
        <w:rPr>
          <w:rFonts w:ascii="TeachersPet" w:hAnsi="TeachersPet"/>
          <w:color w:val="000000" w:themeColor="text1"/>
          <w:sz w:val="32"/>
          <w:szCs w:val="32"/>
        </w:rPr>
      </w:pPr>
      <w:r w:rsidRPr="00583468">
        <w:rPr>
          <w:rFonts w:ascii="TeachersPet" w:hAnsi="TeachersPet"/>
          <w:noProof/>
          <w:color w:val="000000" w:themeColor="text1"/>
          <w:sz w:val="32"/>
          <w:szCs w:val="32"/>
        </w:rPr>
        <mc:AlternateContent>
          <mc:Choice Requires="wps">
            <w:drawing>
              <wp:anchor distT="0" distB="0" distL="114300" distR="114300" simplePos="0" relativeHeight="251654656" behindDoc="0" locked="0" layoutInCell="1" allowOverlap="1" wp14:anchorId="0D7DDDEB" wp14:editId="1DE44976">
                <wp:simplePos x="0" y="0"/>
                <wp:positionH relativeFrom="column">
                  <wp:posOffset>-71120</wp:posOffset>
                </wp:positionH>
                <wp:positionV relativeFrom="paragraph">
                  <wp:posOffset>-173620</wp:posOffset>
                </wp:positionV>
                <wp:extent cx="1488559" cy="1477926"/>
                <wp:effectExtent l="12700" t="12700" r="10160" b="8255"/>
                <wp:wrapSquare wrapText="bothSides"/>
                <wp:docPr id="1295468574" name="Rounded Rectangle 1"/>
                <wp:cNvGraphicFramePr/>
                <a:graphic xmlns:a="http://schemas.openxmlformats.org/drawingml/2006/main">
                  <a:graphicData uri="http://schemas.microsoft.com/office/word/2010/wordprocessingShape">
                    <wps:wsp>
                      <wps:cNvSpPr/>
                      <wps:spPr>
                        <a:xfrm>
                          <a:off x="0" y="0"/>
                          <a:ext cx="1488559" cy="1477926"/>
                        </a:xfrm>
                        <a:prstGeom prst="roundRect">
                          <a:avLst/>
                        </a:prstGeom>
                        <a:ln>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6CCBBBA" id="Rounded Rectangle 1" o:spid="_x0000_s1026" style="position:absolute;margin-left:-5.6pt;margin-top:-13.65pt;width:117.2pt;height:116.35pt;z-index:251654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" fillcolor="white [3201]" strokecolor="black [3200]" strokeweight="2pt">
                <v:stroke dashstyle="1 1"/>
                <w10:wrap type="square"/>
              </v:roundrect>
            </w:pict>
          </mc:Fallback>
        </mc:AlternateContent>
      </w:r>
    </w:p>
    <w:p w14:paraId="171EE626" w14:textId="79A7A849" w:rsidR="00583468" w:rsidRDefault="00583468" w:rsidP="00583468">
      <w:pPr>
        <w:pStyle w:val="Title"/>
        <w:rPr>
          <w:rFonts w:ascii="TeachersPet" w:hAnsi="TeachersPet"/>
          <w:color w:val="000000" w:themeColor="text1"/>
          <w:sz w:val="72"/>
          <w:szCs w:val="72"/>
        </w:rPr>
      </w:pPr>
      <w:r w:rsidRPr="00583468">
        <w:rPr>
          <w:rFonts w:ascii="TeachersPet" w:hAnsi="TeachersPet"/>
          <w:color w:val="000000" w:themeColor="text1"/>
          <w:sz w:val="72"/>
          <w:szCs w:val="72"/>
        </w:rPr>
        <w:t xml:space="preserve">Notice to Parents: </w:t>
      </w:r>
    </w:p>
    <w:p w14:paraId="69E5F667" w14:textId="6410E002" w:rsidR="00583468" w:rsidRPr="00583468" w:rsidRDefault="00583468" w:rsidP="00583468">
      <w:pPr>
        <w:pStyle w:val="Title"/>
        <w:rPr>
          <w:rFonts w:ascii="TeachersPet" w:hAnsi="TeachersPet"/>
          <w:color w:val="000000" w:themeColor="text1"/>
          <w:sz w:val="72"/>
          <w:szCs w:val="72"/>
        </w:rPr>
      </w:pPr>
      <w:r w:rsidRPr="00583468">
        <w:rPr>
          <w:rFonts w:ascii="TeachersPet" w:hAnsi="TeachersPet"/>
          <w:color w:val="000000" w:themeColor="text1"/>
          <w:sz w:val="72"/>
          <w:szCs w:val="72"/>
        </w:rPr>
        <w:t>POPIA Compliance</w:t>
      </w:r>
    </w:p>
    <w:p w14:paraId="3EF56185" w14:textId="5A9276DC" w:rsidR="00583468" w:rsidRDefault="00583468" w:rsidP="00583468">
      <w:pPr>
        <w:rPr>
          <w:rFonts w:ascii="TeachersPet" w:hAnsi="TeachersPet"/>
          <w:color w:val="000000" w:themeColor="text1"/>
          <w:sz w:val="32"/>
          <w:szCs w:val="32"/>
        </w:rPr>
      </w:pPr>
      <w:r w:rsidRPr="00583468">
        <w:rPr>
          <w:rFonts w:ascii="TeachersPet" w:hAnsi="TeachersPet"/>
          <w:noProof/>
          <w:color w:val="000000" w:themeColor="text1"/>
          <w:sz w:val="32"/>
          <w:szCs w:val="32"/>
        </w:rPr>
        <mc:AlternateContent>
          <mc:Choice Requires="wps">
            <w:drawing>
              <wp:anchor distT="0" distB="0" distL="114300" distR="114300" simplePos="0" relativeHeight="251659264" behindDoc="0" locked="0" layoutInCell="1" allowOverlap="1" wp14:anchorId="685FD339" wp14:editId="01B92062">
                <wp:simplePos x="0" y="0"/>
                <wp:positionH relativeFrom="column">
                  <wp:posOffset>-6201</wp:posOffset>
                </wp:positionH>
                <wp:positionV relativeFrom="paragraph">
                  <wp:posOffset>40815</wp:posOffset>
                </wp:positionV>
                <wp:extent cx="1371600" cy="170121"/>
                <wp:effectExtent l="0" t="0" r="0" b="0"/>
                <wp:wrapNone/>
                <wp:docPr id="1097117914" name="Text Box 2"/>
                <wp:cNvGraphicFramePr/>
                <a:graphic xmlns:a="http://schemas.openxmlformats.org/drawingml/2006/main">
                  <a:graphicData uri="http://schemas.microsoft.com/office/word/2010/wordprocessingShape">
                    <wps:wsp>
                      <wps:cNvSpPr txBox="1"/>
                      <wps:spPr>
                        <a:xfrm>
                          <a:off x="0" y="0"/>
                          <a:ext cx="1371600" cy="170121"/>
                        </a:xfrm>
                        <a:prstGeom prst="rect">
                          <a:avLst/>
                        </a:prstGeom>
                        <a:solidFill>
                          <a:schemeClr val="lt1"/>
                        </a:solidFill>
                        <a:ln w="6350">
                          <a:noFill/>
                        </a:ln>
                      </wps:spPr>
                      <wps:txbx>
                        <w:txbxContent>
                          <w:p w14:paraId="6045C24D" w14:textId="77777777" w:rsidR="00583468" w:rsidRPr="00452429" w:rsidRDefault="00583468" w:rsidP="00583468">
                            <w:pPr>
                              <w:jc w:val="center"/>
                              <w:rPr>
                                <w:rFonts w:ascii="TeachersPet" w:hAnsi="TeachersPet"/>
                                <w:b/>
                                <w:bCs/>
                                <w:sz w:val="15"/>
                                <w:szCs w:val="15"/>
                              </w:rPr>
                            </w:pPr>
                            <w:r w:rsidRPr="00452429">
                              <w:rPr>
                                <w:rFonts w:ascii="TeachersPet" w:hAnsi="TeachersPet"/>
                                <w:b/>
                                <w:bCs/>
                                <w:sz w:val="15"/>
                                <w:szCs w:val="15"/>
                              </w:rPr>
                              <w:t>INSERT SCHOOL LOGO/STAMP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5FD339" id="_x0000_t202" coordsize="21600,21600" o:spt="202" path="m,l,21600r21600,l21600,xe">
                <v:stroke joinstyle="miter"/>
                <v:path gradientshapeok="t" o:connecttype="rect"/>
              </v:shapetype>
              <v:shape id="Text Box 2" o:spid="_x0000_s1026" type="#_x0000_t202" style="position:absolute;margin-left:-.5pt;margin-top:3.2pt;width:108pt;height: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" fillcolor="white [3201]" stroked="f" strokeweight=".5pt">
                <v:textbox>
                  <w:txbxContent>
                    <w:p w14:paraId="6045C24D" w14:textId="77777777" w:rsidR="00583468" w:rsidRPr="00452429" w:rsidRDefault="00583468" w:rsidP="00583468">
                      <w:pPr>
                        <w:jc w:val="center"/>
                        <w:rPr>
                          <w:rFonts w:ascii="TeachersPet" w:hAnsi="TeachersPet"/>
                          <w:b/>
                          <w:bCs/>
                          <w:sz w:val="15"/>
                          <w:szCs w:val="15"/>
                        </w:rPr>
                      </w:pPr>
                      <w:r w:rsidRPr="00452429">
                        <w:rPr>
                          <w:rFonts w:ascii="TeachersPet" w:hAnsi="TeachersPet"/>
                          <w:b/>
                          <w:bCs/>
                          <w:sz w:val="15"/>
                          <w:szCs w:val="15"/>
                        </w:rPr>
                        <w:t>INSERT SCHOOL LOGO/STAMP HERE</w:t>
                      </w:r>
                    </w:p>
                  </w:txbxContent>
                </v:textbox>
              </v:shape>
            </w:pict>
          </mc:Fallback>
        </mc:AlternateContent>
      </w:r>
    </w:p>
    <w:p w14:paraId="362AB9FD" w14:textId="3FE6B0BC" w:rsidR="00583468" w:rsidRPr="00583468" w:rsidRDefault="00583468" w:rsidP="00583468">
      <w:pPr>
        <w:rPr>
          <w:rFonts w:ascii="TeachersPet" w:hAnsi="TeachersPet"/>
          <w:color w:val="000000" w:themeColor="text1"/>
          <w:sz w:val="32"/>
          <w:szCs w:val="32"/>
        </w:rPr>
      </w:pPr>
      <w:r w:rsidRPr="00583468">
        <w:rPr>
          <w:rFonts w:ascii="TeachersPet" w:hAnsi="TeachersPet"/>
          <w:color w:val="000000" w:themeColor="text1"/>
          <w:sz w:val="32"/>
          <w:szCs w:val="32"/>
        </w:rPr>
        <w:t>Dear Parents and Guardians,</w:t>
      </w:r>
      <w:r w:rsidRPr="00583468">
        <w:rPr>
          <w:rFonts w:ascii="TeachersPet" w:hAnsi="TeachersPet"/>
          <w:color w:val="000000" w:themeColor="text1"/>
          <w:sz w:val="32"/>
          <w:szCs w:val="32"/>
        </w:rPr>
        <w:br/>
      </w:r>
      <w:r w:rsidRPr="00583468">
        <w:rPr>
          <w:rFonts w:ascii="TeachersPet" w:hAnsi="TeachersPet"/>
          <w:color w:val="000000" w:themeColor="text1"/>
          <w:sz w:val="32"/>
          <w:szCs w:val="32"/>
        </w:rPr>
        <w:br/>
        <w:t>In line with the Protection of Personal Information Act (POPIA), we are committed to protecting the personal information of all children and families in our care. Any personal data you provide to us—including contact details, medical information, and emergency contacts—will be handled with the utmost confidentiality and used solely for the purpose of caring for your child and ensuring their safety and well-being.</w:t>
      </w:r>
      <w:r w:rsidRPr="00583468">
        <w:rPr>
          <w:rFonts w:ascii="TeachersPet" w:hAnsi="TeachersPet"/>
          <w:color w:val="000000" w:themeColor="text1"/>
          <w:sz w:val="32"/>
          <w:szCs w:val="32"/>
        </w:rPr>
        <w:br/>
      </w:r>
      <w:r w:rsidRPr="00583468">
        <w:rPr>
          <w:rFonts w:ascii="TeachersPet" w:hAnsi="TeachersPet"/>
          <w:color w:val="000000" w:themeColor="text1"/>
          <w:sz w:val="32"/>
          <w:szCs w:val="32"/>
        </w:rPr>
        <w:br/>
        <w:t>Please note that we may need to share certain information with relevant staff members, emergency services, or educational authorities when necessary. We will never share your or your child’s information with third parties for marketing or unrelated purposes without your consent.</w:t>
      </w:r>
      <w:r w:rsidRPr="00583468">
        <w:rPr>
          <w:rFonts w:ascii="TeachersPet" w:hAnsi="TeachersPet"/>
          <w:color w:val="000000" w:themeColor="text1"/>
          <w:sz w:val="32"/>
          <w:szCs w:val="32"/>
        </w:rPr>
        <w:br/>
      </w:r>
      <w:r w:rsidRPr="00583468">
        <w:rPr>
          <w:rFonts w:ascii="TeachersPet" w:hAnsi="TeachersPet"/>
          <w:color w:val="000000" w:themeColor="text1"/>
          <w:sz w:val="32"/>
          <w:szCs w:val="32"/>
        </w:rPr>
        <w:br/>
        <w:t>By continuing your child’s enrollment, you acknowledge and support our compliance with POPIA.</w:t>
      </w:r>
      <w:r w:rsidRPr="00583468">
        <w:rPr>
          <w:rFonts w:ascii="TeachersPet" w:hAnsi="TeachersPet"/>
          <w:color w:val="000000" w:themeColor="text1"/>
          <w:sz w:val="32"/>
          <w:szCs w:val="32"/>
        </w:rPr>
        <w:br/>
      </w:r>
      <w:r w:rsidRPr="00583468">
        <w:rPr>
          <w:rFonts w:ascii="TeachersPet" w:hAnsi="TeachersPet"/>
          <w:color w:val="000000" w:themeColor="text1"/>
          <w:sz w:val="32"/>
          <w:szCs w:val="32"/>
        </w:rPr>
        <w:br/>
        <w:t>If you have any questions or wish to update your personal information, please contact the school office.</w:t>
      </w:r>
      <w:r w:rsidRPr="00583468">
        <w:rPr>
          <w:rFonts w:ascii="TeachersPet" w:hAnsi="TeachersPet"/>
          <w:color w:val="000000" w:themeColor="text1"/>
          <w:sz w:val="32"/>
          <w:szCs w:val="32"/>
        </w:rPr>
        <w:br/>
      </w:r>
      <w:r w:rsidRPr="00583468">
        <w:rPr>
          <w:rFonts w:ascii="TeachersPet" w:hAnsi="TeachersPet"/>
          <w:color w:val="000000" w:themeColor="text1"/>
          <w:sz w:val="32"/>
          <w:szCs w:val="32"/>
        </w:rPr>
        <w:br/>
        <w:t>Warm regards,</w:t>
      </w:r>
      <w:r w:rsidRPr="00583468">
        <w:rPr>
          <w:rFonts w:ascii="TeachersPet" w:hAnsi="TeachersPet"/>
          <w:color w:val="000000" w:themeColor="text1"/>
          <w:sz w:val="32"/>
          <w:szCs w:val="32"/>
        </w:rPr>
        <w:br/>
      </w:r>
    </w:p>
    <w:p w14:paraId="3F60965E" w14:textId="5224A1AC" w:rsidR="00EB604A" w:rsidRDefault="00583468" w:rsidP="00452429">
      <w:pPr>
        <w:spacing w:line="240" w:lineRule="auto"/>
        <w:rPr>
          <w:rFonts w:ascii="TeachersPet" w:hAnsi="TeachersPet"/>
          <w:color w:val="000000" w:themeColor="text1"/>
          <w:sz w:val="32"/>
          <w:szCs w:val="32"/>
        </w:rPr>
      </w:pPr>
      <w:r>
        <w:rPr>
          <w:rFonts w:ascii="TeachersPet" w:hAnsi="TeachersPet"/>
          <w:color w:val="000000" w:themeColor="text1"/>
          <w:sz w:val="32"/>
          <w:szCs w:val="32"/>
        </w:rPr>
        <w:t>_____________________________________</w:t>
      </w:r>
    </w:p>
    <w:p w14:paraId="28EA24E5" w14:textId="77777777" w:rsidR="00583468" w:rsidRPr="00583468" w:rsidRDefault="00583468" w:rsidP="00452429">
      <w:pPr>
        <w:spacing w:line="240" w:lineRule="auto"/>
        <w:rPr>
          <w:rFonts w:ascii="TeachersPet" w:hAnsi="TeachersPet"/>
          <w:color w:val="000000" w:themeColor="text1"/>
          <w:sz w:val="32"/>
          <w:szCs w:val="32"/>
        </w:rPr>
      </w:pPr>
    </w:p>
    <w:sectPr w:rsidR="00583468" w:rsidRPr="00583468" w:rsidSect="00EB604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1C0D0" w14:textId="77777777" w:rsidR="00CD6C0B" w:rsidRDefault="00CD6C0B" w:rsidP="00EB604A">
      <w:pPr>
        <w:spacing w:after="0" w:line="240" w:lineRule="auto"/>
      </w:pPr>
      <w:r>
        <w:separator/>
      </w:r>
    </w:p>
  </w:endnote>
  <w:endnote w:type="continuationSeparator" w:id="0">
    <w:p w14:paraId="4EEF4D6F" w14:textId="77777777" w:rsidR="00CD6C0B" w:rsidRDefault="00CD6C0B" w:rsidP="00EB6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TeachersPet">
    <w:panose1 w:val="020B0500000000000000"/>
    <w:charset w:val="00"/>
    <w:family w:val="swiss"/>
    <w:pitch w:val="variable"/>
    <w:sig w:usb0="00000003" w:usb1="00000000" w:usb2="00000000" w:usb3="00000000" w:csb0="00000001" w:csb1="00000000"/>
  </w:font>
  <w:font w:name="Visby CF">
    <w:panose1 w:val="00000000000000000000"/>
    <w:charset w:val="4D"/>
    <w:family w:val="auto"/>
    <w:notTrueType/>
    <w:pitch w:val="variable"/>
    <w:sig w:usb0="A00002FF" w:usb1="4000205A"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A83BC" w14:textId="77777777" w:rsidR="00422E64" w:rsidRDefault="00422E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68A8A" w14:textId="77777777" w:rsidR="00422E64" w:rsidRPr="00DD1E16" w:rsidRDefault="00422E64" w:rsidP="00422E64">
    <w:pPr>
      <w:pStyle w:val="Footer"/>
      <w:jc w:val="center"/>
      <w:rPr>
        <w:rFonts w:ascii="Visby CF" w:hAnsi="Visby CF"/>
        <w:b/>
        <w:bCs/>
        <w:sz w:val="18"/>
        <w:szCs w:val="18"/>
      </w:rPr>
    </w:pPr>
    <w:r w:rsidRPr="00DD1E16">
      <w:rPr>
        <w:rFonts w:ascii="Visby CF" w:hAnsi="Visby CF"/>
        <w:b/>
        <w:bCs/>
        <w:sz w:val="18"/>
        <w:szCs w:val="18"/>
      </w:rPr>
      <w:t>CC BY-NC 4.0 License</w:t>
    </w:r>
  </w:p>
  <w:p w14:paraId="0D2DC817" w14:textId="433F30A6" w:rsidR="00EB604A" w:rsidRPr="00422E64" w:rsidRDefault="00422E64" w:rsidP="00422E64">
    <w:pPr>
      <w:pStyle w:val="Footer"/>
      <w:jc w:val="center"/>
      <w:rPr>
        <w:rFonts w:ascii="Visby CF" w:hAnsi="Visby CF"/>
        <w:b/>
        <w:bCs/>
        <w:sz w:val="18"/>
        <w:szCs w:val="18"/>
      </w:rPr>
    </w:pPr>
    <w:r w:rsidRPr="00DD1E16">
      <w:rPr>
        <w:rFonts w:ascii="Visby CF" w:hAnsi="Visby CF"/>
        <w:b/>
        <w:bCs/>
        <w:sz w:val="18"/>
        <w:szCs w:val="18"/>
      </w:rPr>
      <w:t>You are free to copy, remix, transform, build upon</w:t>
    </w:r>
    <w:r>
      <w:rPr>
        <w:rFonts w:ascii="Visby CF" w:hAnsi="Visby CF"/>
        <w:b/>
        <w:bCs/>
        <w:sz w:val="18"/>
        <w:szCs w:val="18"/>
      </w:rPr>
      <w:t>,</w:t>
    </w:r>
    <w:r w:rsidRPr="00DD1E16">
      <w:rPr>
        <w:rFonts w:ascii="Visby CF" w:hAnsi="Visby CF"/>
        <w:b/>
        <w:bCs/>
        <w:sz w:val="18"/>
        <w:szCs w:val="18"/>
      </w:rPr>
      <w:t xml:space="preserve"> and redistribute this material for NONCOMMERCIAL purposes only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3ECA9" w14:textId="77777777" w:rsidR="00422E64" w:rsidRDefault="00422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4F319" w14:textId="77777777" w:rsidR="00CD6C0B" w:rsidRDefault="00CD6C0B" w:rsidP="00EB604A">
      <w:pPr>
        <w:spacing w:after="0" w:line="240" w:lineRule="auto"/>
      </w:pPr>
      <w:r>
        <w:separator/>
      </w:r>
    </w:p>
  </w:footnote>
  <w:footnote w:type="continuationSeparator" w:id="0">
    <w:p w14:paraId="5E7557A7" w14:textId="77777777" w:rsidR="00CD6C0B" w:rsidRDefault="00CD6C0B" w:rsidP="00EB6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2EE44" w14:textId="77777777" w:rsidR="00422E64" w:rsidRDefault="00422E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30934" w14:textId="77777777" w:rsidR="00422E64" w:rsidRDefault="00422E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C94BA" w14:textId="77777777" w:rsidR="00422E64" w:rsidRDefault="00422E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65064734">
    <w:abstractNumId w:val="8"/>
  </w:num>
  <w:num w:numId="2" w16cid:durableId="1403212495">
    <w:abstractNumId w:val="6"/>
  </w:num>
  <w:num w:numId="3" w16cid:durableId="1697000965">
    <w:abstractNumId w:val="5"/>
  </w:num>
  <w:num w:numId="4" w16cid:durableId="1117286932">
    <w:abstractNumId w:val="4"/>
  </w:num>
  <w:num w:numId="5" w16cid:durableId="1599287951">
    <w:abstractNumId w:val="7"/>
  </w:num>
  <w:num w:numId="6" w16cid:durableId="1194927230">
    <w:abstractNumId w:val="3"/>
  </w:num>
  <w:num w:numId="7" w16cid:durableId="1151361765">
    <w:abstractNumId w:val="2"/>
  </w:num>
  <w:num w:numId="8" w16cid:durableId="1220172373">
    <w:abstractNumId w:val="1"/>
  </w:num>
  <w:num w:numId="9" w16cid:durableId="1076365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396E"/>
    <w:rsid w:val="0015074B"/>
    <w:rsid w:val="001766CF"/>
    <w:rsid w:val="0029639D"/>
    <w:rsid w:val="00326F90"/>
    <w:rsid w:val="00422E64"/>
    <w:rsid w:val="00452429"/>
    <w:rsid w:val="0049543B"/>
    <w:rsid w:val="00583468"/>
    <w:rsid w:val="007C5AA5"/>
    <w:rsid w:val="008439EA"/>
    <w:rsid w:val="00AA1D8D"/>
    <w:rsid w:val="00AA2018"/>
    <w:rsid w:val="00B47730"/>
    <w:rsid w:val="00BB1207"/>
    <w:rsid w:val="00C51E42"/>
    <w:rsid w:val="00CB0664"/>
    <w:rsid w:val="00CD6C0B"/>
    <w:rsid w:val="00D32392"/>
    <w:rsid w:val="00D67B2E"/>
    <w:rsid w:val="00DC3DA7"/>
    <w:rsid w:val="00DD7199"/>
    <w:rsid w:val="00EB60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DD07AC"/>
  <w14:defaultImageDpi w14:val="300"/>
  <w15:docId w15:val="{8E7E7DB2-E6EE-5843-8C54-B1914B84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Fred Every</cp:lastModifiedBy>
  <cp:revision>3</cp:revision>
  <dcterms:created xsi:type="dcterms:W3CDTF">2025-05-05T11:42:00Z</dcterms:created>
  <dcterms:modified xsi:type="dcterms:W3CDTF">2025-07-23T10:04:00Z</dcterms:modified>
  <cp:category/>
</cp:coreProperties>
</file>