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0437E" w14:textId="71779D52" w:rsidR="00C00D71" w:rsidRPr="00861596" w:rsidRDefault="00E11473" w:rsidP="00C00D71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3A809175">
                <wp:simplePos x="0" y="0"/>
                <wp:positionH relativeFrom="column">
                  <wp:posOffset>-71120</wp:posOffset>
                </wp:positionH>
                <wp:positionV relativeFrom="paragraph">
                  <wp:posOffset>12876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421AA8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3D9401B3" w14:textId="398E9B83" w:rsidR="00861596" w:rsidRDefault="00861596" w:rsidP="00861596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861596">
        <w:rPr>
          <w:rFonts w:ascii="TeachersPet" w:hAnsi="TeachersPet"/>
          <w:color w:val="000000" w:themeColor="text1"/>
          <w:sz w:val="72"/>
          <w:szCs w:val="72"/>
        </w:rPr>
        <w:t>Medical and Allergy Information Form</w:t>
      </w:r>
    </w:p>
    <w:p w14:paraId="04C11E05" w14:textId="14DB4715" w:rsidR="00861596" w:rsidRPr="00861596" w:rsidRDefault="00861596" w:rsidP="00861596">
      <w:pPr>
        <w:rPr>
          <w:rFonts w:ascii="TeachersPet" w:hAnsi="TeachersPet"/>
          <w:sz w:val="32"/>
          <w:szCs w:val="32"/>
        </w:rPr>
      </w:pPr>
      <w:r w:rsidRPr="00861596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E22AA" wp14:editId="69A6B43F">
                <wp:simplePos x="0" y="0"/>
                <wp:positionH relativeFrom="column">
                  <wp:posOffset>-6201</wp:posOffset>
                </wp:positionH>
                <wp:positionV relativeFrom="paragraph">
                  <wp:posOffset>21360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42740" w14:textId="77777777" w:rsidR="00861596" w:rsidRPr="00452429" w:rsidRDefault="00861596" w:rsidP="00861596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E22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5pt;margin-top:1.7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" fillcolor="white [3201]" stroked="f" strokeweight=".5pt">
                <v:textbox>
                  <w:txbxContent>
                    <w:p w14:paraId="13B42740" w14:textId="77777777" w:rsidR="00861596" w:rsidRPr="00452429" w:rsidRDefault="00861596" w:rsidP="00861596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861596">
        <w:rPr>
          <w:rFonts w:ascii="TeachersPet" w:hAnsi="TeachersPet"/>
          <w:sz w:val="32"/>
          <w:szCs w:val="32"/>
        </w:rPr>
        <w:t xml:space="preserve">This form </w:t>
      </w:r>
      <w:r>
        <w:rPr>
          <w:rFonts w:ascii="TeachersPet" w:hAnsi="TeachersPet"/>
          <w:sz w:val="32"/>
          <w:szCs w:val="32"/>
        </w:rPr>
        <w:t xml:space="preserve">is </w:t>
      </w:r>
      <w:r w:rsidRPr="00861596">
        <w:rPr>
          <w:rFonts w:ascii="TeachersPet" w:hAnsi="TeachersPet"/>
          <w:sz w:val="32"/>
          <w:szCs w:val="32"/>
        </w:rPr>
        <w:t xml:space="preserve">to be completed and submitted along with the child’s clinic records/Road to Health Chart. </w:t>
      </w:r>
    </w:p>
    <w:p w14:paraId="721207EA" w14:textId="210AE693" w:rsidR="00861596" w:rsidRPr="00861596" w:rsidRDefault="00861596" w:rsidP="00861596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861596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38C69EAF" w14:textId="0A93B2BC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Full Name of Child: 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________________</w:t>
      </w:r>
    </w:p>
    <w:p w14:paraId="36C27106" w14:textId="2D6056EB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Date of Birth: 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_____  Age: _______  Gender: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Male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Female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Other</w:t>
      </w:r>
    </w:p>
    <w:p w14:paraId="5C76B7AA" w14:textId="1C854EF1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Home Address: _____________________________________________________________________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</w:t>
      </w:r>
    </w:p>
    <w:p w14:paraId="5170CF58" w14:textId="50FB545C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City: 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___________  </w:t>
      </w:r>
      <w:r>
        <w:rPr>
          <w:rFonts w:ascii="TeachersPet" w:hAnsi="TeachersPet"/>
          <w:color w:val="000000" w:themeColor="text1"/>
          <w:sz w:val="32"/>
          <w:szCs w:val="32"/>
        </w:rPr>
        <w:t>Post Code: _______________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________________</w:t>
      </w:r>
    </w:p>
    <w:p w14:paraId="6FCF53F5" w14:textId="77777777" w:rsidR="00861596" w:rsidRPr="00861596" w:rsidRDefault="00861596" w:rsidP="00861596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861596">
        <w:rPr>
          <w:rFonts w:ascii="TeachersPet" w:hAnsi="TeachersPet"/>
          <w:color w:val="000000" w:themeColor="text1"/>
          <w:sz w:val="52"/>
          <w:szCs w:val="52"/>
        </w:rPr>
        <w:t>2. Parent/Guardian Contact Information</w:t>
      </w:r>
    </w:p>
    <w:p w14:paraId="7FD4DAE8" w14:textId="2D2F881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Parent/Guardian Name: 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_____________</w:t>
      </w:r>
    </w:p>
    <w:p w14:paraId="23DEEEB1" w14:textId="6BE90A25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Relationship to Child: 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  Phone: _______________________</w:t>
      </w:r>
    </w:p>
    <w:p w14:paraId="3A77D23F" w14:textId="2C8FFAD5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Email Address: 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__________________________________</w:t>
      </w:r>
    </w:p>
    <w:p w14:paraId="21C97B7A" w14:textId="3F3A9DE1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Emergency Contact (if different): _______________________________________________________________</w:t>
      </w:r>
    </w:p>
    <w:p w14:paraId="4992C0D3" w14:textId="17DD26A8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Phone Number: __________________________ Relationship: 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_____________</w:t>
      </w:r>
    </w:p>
    <w:p w14:paraId="1DFC3FC3" w14:textId="77777777" w:rsidR="00861596" w:rsidRPr="00861596" w:rsidRDefault="00861596" w:rsidP="00861596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861596">
        <w:rPr>
          <w:rFonts w:ascii="TeachersPet" w:hAnsi="TeachersPet"/>
          <w:color w:val="000000" w:themeColor="text1"/>
          <w:sz w:val="52"/>
          <w:szCs w:val="52"/>
        </w:rPr>
        <w:t>3. Medical Information</w:t>
      </w:r>
    </w:p>
    <w:p w14:paraId="7126DEE6" w14:textId="320562F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Child’s Doctor: 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 Phone: ____________________</w:t>
      </w:r>
    </w:p>
    <w:p w14:paraId="7B420D32" w14:textId="35616793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Preferred Hospital: 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</w:t>
      </w:r>
    </w:p>
    <w:p w14:paraId="300129BB" w14:textId="1044974C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>
        <w:rPr>
          <w:rFonts w:ascii="TeachersPet" w:hAnsi="TeachersPet"/>
          <w:color w:val="000000" w:themeColor="text1"/>
          <w:sz w:val="32"/>
          <w:szCs w:val="32"/>
        </w:rPr>
        <w:t>Medical Aid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Provider: ____________________ P</w:t>
      </w:r>
      <w:r>
        <w:rPr>
          <w:rFonts w:ascii="TeachersPet" w:hAnsi="TeachersPet"/>
          <w:color w:val="000000" w:themeColor="text1"/>
          <w:sz w:val="32"/>
          <w:szCs w:val="32"/>
        </w:rPr>
        <w:t>lan Name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: _______________</w:t>
      </w:r>
      <w:r>
        <w:rPr>
          <w:rFonts w:ascii="TeachersPet" w:hAnsi="TeachersPet"/>
          <w:color w:val="000000" w:themeColor="text1"/>
          <w:sz w:val="32"/>
          <w:szCs w:val="32"/>
        </w:rPr>
        <w:t xml:space="preserve"> Medical Aid Number:__________</w:t>
      </w:r>
    </w:p>
    <w:p w14:paraId="2D153938" w14:textId="77777777" w:rsid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Medications Currently Taking: _____________________________________________________________________________________________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</w:t>
      </w:r>
    </w:p>
    <w:p w14:paraId="1C96C389" w14:textId="77777777" w:rsid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Chronic Medical Conditions (e.g., asthma, diabetes):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F6856D" w14:textId="62A2DA1F" w:rsidR="00861596" w:rsidRPr="00861596" w:rsidRDefault="00861596" w:rsidP="00861596">
      <w:pPr>
        <w:rPr>
          <w:rFonts w:ascii="TeachersPet" w:hAnsi="TeachersPet"/>
          <w:b/>
          <w:bCs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b/>
          <w:bCs/>
          <w:color w:val="000000" w:themeColor="text1"/>
          <w:sz w:val="52"/>
          <w:szCs w:val="52"/>
        </w:rPr>
        <w:t>4. Allergy Information</w:t>
      </w:r>
    </w:p>
    <w:p w14:paraId="4C697738" w14:textId="7777777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Does your child have any allergies?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6B4BFD2C" w14:textId="77777777" w:rsid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If yes, please list all known allergies (food, medication, environmental, etc.):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escribe the reaction and required treatment: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57F734" w14:textId="4F17DD09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Is an EpiPen </w:t>
      </w:r>
      <w:r>
        <w:rPr>
          <w:rFonts w:ascii="TeachersPet" w:hAnsi="TeachersPet"/>
          <w:color w:val="000000" w:themeColor="text1"/>
          <w:sz w:val="32"/>
          <w:szCs w:val="32"/>
        </w:rPr>
        <w:t xml:space="preserve">(or similar) 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required?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31B34030" w14:textId="04DD0442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Other important allergy-related instructions: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10A1BC" w14:textId="77777777" w:rsidR="00861596" w:rsidRPr="00861596" w:rsidRDefault="00861596" w:rsidP="00861596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861596">
        <w:rPr>
          <w:rFonts w:ascii="TeachersPet" w:hAnsi="TeachersPet"/>
          <w:color w:val="000000" w:themeColor="text1"/>
          <w:sz w:val="52"/>
          <w:szCs w:val="52"/>
        </w:rPr>
        <w:t>5. Immunization Records</w:t>
      </w:r>
    </w:p>
    <w:p w14:paraId="30194CE4" w14:textId="7777777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Has your child received all required immunizations?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861596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55A78505" w14:textId="0AC0B6C2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If no, please explain: __________________________________________________________________________________________________________________________________________________________________________________________</w:t>
      </w:r>
    </w:p>
    <w:p w14:paraId="16A6F885" w14:textId="7777777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lastRenderedPageBreak/>
        <w:t>Please attach a copy of the official immunization record.</w:t>
      </w:r>
    </w:p>
    <w:p w14:paraId="37AEFC3C" w14:textId="77777777" w:rsidR="00861596" w:rsidRPr="00861596" w:rsidRDefault="00861596" w:rsidP="00861596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861596">
        <w:rPr>
          <w:rFonts w:ascii="TeachersPet" w:hAnsi="TeachersPet"/>
          <w:color w:val="000000" w:themeColor="text1"/>
          <w:sz w:val="52"/>
          <w:szCs w:val="52"/>
        </w:rPr>
        <w:t>7. Consent and Signature</w:t>
      </w:r>
    </w:p>
    <w:p w14:paraId="4F0F564C" w14:textId="7777777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I certify that the information provided is accurate and complete to the best of my knowledge.</w:t>
      </w:r>
    </w:p>
    <w:p w14:paraId="1A6E8CE9" w14:textId="77777777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I authorize the school/center to take appropriate action in case of medical emergency.</w:t>
      </w:r>
    </w:p>
    <w:p w14:paraId="1E207E52" w14:textId="3D998476" w:rsidR="00861596" w:rsidRPr="00861596" w:rsidRDefault="00861596" w:rsidP="00861596">
      <w:pPr>
        <w:rPr>
          <w:rFonts w:ascii="TeachersPet" w:hAnsi="TeachersPet"/>
          <w:color w:val="000000" w:themeColor="text1"/>
          <w:sz w:val="32"/>
          <w:szCs w:val="32"/>
        </w:rPr>
      </w:pPr>
      <w:r w:rsidRPr="00861596">
        <w:rPr>
          <w:rFonts w:ascii="TeachersPet" w:hAnsi="TeachersPet"/>
          <w:color w:val="000000" w:themeColor="text1"/>
          <w:sz w:val="32"/>
          <w:szCs w:val="32"/>
        </w:rPr>
        <w:t>Signature of Parent/Guardian: 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</w:t>
      </w:r>
      <w:r w:rsidRPr="00861596">
        <w:rPr>
          <w:rFonts w:ascii="TeachersPet" w:hAnsi="TeachersPet"/>
          <w:color w:val="000000" w:themeColor="text1"/>
          <w:sz w:val="32"/>
          <w:szCs w:val="32"/>
        </w:rPr>
        <w:t>____________  Date: _______________</w:t>
      </w:r>
    </w:p>
    <w:p w14:paraId="17081BB0" w14:textId="435EDC8D" w:rsidR="000C6962" w:rsidRPr="00861596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</w:p>
    <w:sectPr w:rsidR="000C6962" w:rsidRPr="00861596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F6636" w14:textId="77777777" w:rsidR="00B50685" w:rsidRDefault="00B50685" w:rsidP="00EB604A">
      <w:pPr>
        <w:spacing w:after="0" w:line="240" w:lineRule="auto"/>
      </w:pPr>
      <w:r>
        <w:separator/>
      </w:r>
    </w:p>
  </w:endnote>
  <w:endnote w:type="continuationSeparator" w:id="0">
    <w:p w14:paraId="59E181B8" w14:textId="77777777" w:rsidR="00B50685" w:rsidRDefault="00B50685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8176E" w14:textId="77777777" w:rsidR="00FA0C6D" w:rsidRDefault="00FA0C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05669" w14:textId="77777777" w:rsidR="00FA0C6D" w:rsidRPr="00DD1E16" w:rsidRDefault="00FA0C6D" w:rsidP="00FA0C6D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4EE847AE" w:rsidR="00EB604A" w:rsidRPr="00FA0C6D" w:rsidRDefault="00FA0C6D" w:rsidP="00FA0C6D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151DE" w14:textId="77777777" w:rsidR="00FA0C6D" w:rsidRDefault="00FA0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A36DD" w14:textId="77777777" w:rsidR="00B50685" w:rsidRDefault="00B50685" w:rsidP="00EB604A">
      <w:pPr>
        <w:spacing w:after="0" w:line="240" w:lineRule="auto"/>
      </w:pPr>
      <w:r>
        <w:separator/>
      </w:r>
    </w:p>
  </w:footnote>
  <w:footnote w:type="continuationSeparator" w:id="0">
    <w:p w14:paraId="4403C973" w14:textId="77777777" w:rsidR="00B50685" w:rsidRDefault="00B50685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832E" w14:textId="77777777" w:rsidR="00FA0C6D" w:rsidRDefault="00FA0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B4C05" w14:textId="77777777" w:rsidR="00FA0C6D" w:rsidRDefault="00FA0C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9BC8A" w14:textId="77777777" w:rsidR="00FA0C6D" w:rsidRDefault="00FA0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962"/>
    <w:rsid w:val="000D3417"/>
    <w:rsid w:val="000D396E"/>
    <w:rsid w:val="0012271C"/>
    <w:rsid w:val="0015074B"/>
    <w:rsid w:val="0029639D"/>
    <w:rsid w:val="0029730C"/>
    <w:rsid w:val="00326F90"/>
    <w:rsid w:val="003F7062"/>
    <w:rsid w:val="0045046B"/>
    <w:rsid w:val="00452429"/>
    <w:rsid w:val="007C5AA5"/>
    <w:rsid w:val="008439EA"/>
    <w:rsid w:val="00861596"/>
    <w:rsid w:val="00AA1D8D"/>
    <w:rsid w:val="00B47730"/>
    <w:rsid w:val="00B50685"/>
    <w:rsid w:val="00B93A38"/>
    <w:rsid w:val="00BB1207"/>
    <w:rsid w:val="00C00D71"/>
    <w:rsid w:val="00CB0664"/>
    <w:rsid w:val="00D32392"/>
    <w:rsid w:val="00D560FB"/>
    <w:rsid w:val="00D67B2E"/>
    <w:rsid w:val="00DC3DA7"/>
    <w:rsid w:val="00DD7199"/>
    <w:rsid w:val="00E11473"/>
    <w:rsid w:val="00E530F5"/>
    <w:rsid w:val="00EB604A"/>
    <w:rsid w:val="00F25A55"/>
    <w:rsid w:val="00FA0C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2025-05-05T11:30:00Z</dcterms:created>
  <dcterms:modified xsi:type="dcterms:W3CDTF">2025-07-23T10:02:00Z</dcterms:modified>
  <cp:category/>
</cp:coreProperties>
</file>