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5453B" w14:textId="77777777" w:rsidR="00A231F9" w:rsidRPr="00A231F9" w:rsidRDefault="00A231F9" w:rsidP="00A231F9">
      <w:pPr>
        <w:pBdr>
          <w:top w:val="nil"/>
          <w:left w:val="nil"/>
          <w:bottom w:val="nil"/>
          <w:right w:val="nil"/>
          <w:between w:val="nil"/>
        </w:pBdr>
        <w:rPr>
          <w:rFonts w:ascii="TeachersPet" w:eastAsia="Google Sans Text" w:hAnsi="TeachersPet" w:cs="Google Sans Text"/>
          <w:color w:val="1B1C1D"/>
          <w:sz w:val="32"/>
          <w:szCs w:val="32"/>
        </w:rPr>
      </w:pPr>
    </w:p>
    <w:p w14:paraId="4A226B03" w14:textId="1E771B2A" w:rsidR="00A231F9" w:rsidRPr="00A231F9" w:rsidRDefault="00E71B88" w:rsidP="00A231F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72"/>
          <w:szCs w:val="72"/>
        </w:rPr>
      </w:pPr>
      <w:r w:rsidRPr="00A231F9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0B0350A9">
                <wp:simplePos x="0" y="0"/>
                <wp:positionH relativeFrom="column">
                  <wp:posOffset>-71120</wp:posOffset>
                </wp:positionH>
                <wp:positionV relativeFrom="paragraph">
                  <wp:posOffset>12903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036CEF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="00A231F9" w:rsidRPr="00A231F9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 </w:t>
      </w:r>
      <w:r w:rsidR="00A231F9" w:rsidRPr="00A231F9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 xml:space="preserve">Daily and Weekly Lesson Plan </w:t>
      </w:r>
      <w:r w:rsidR="0010303D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[</w:t>
      </w:r>
      <w:r w:rsidR="00A231F9" w:rsidRPr="00A231F9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Template</w:t>
      </w:r>
      <w:r w:rsidR="0010303D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]</w:t>
      </w:r>
    </w:p>
    <w:p w14:paraId="3B18510D" w14:textId="44CB8D3C" w:rsidR="00452429" w:rsidRPr="00A231F9" w:rsidRDefault="00A231F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A231F9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5708B" wp14:editId="39D12C0A">
                <wp:simplePos x="0" y="0"/>
                <wp:positionH relativeFrom="column">
                  <wp:posOffset>-22481</wp:posOffset>
                </wp:positionH>
                <wp:positionV relativeFrom="paragraph">
                  <wp:posOffset>189257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4627E" w14:textId="77777777" w:rsidR="00E71B88" w:rsidRPr="00452429" w:rsidRDefault="00E71B88" w:rsidP="00E71B88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570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14.9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" fillcolor="white [3201]" stroked="f" strokeweight=".5pt">
                <v:textbox>
                  <w:txbxContent>
                    <w:p w14:paraId="17A4627E" w14:textId="77777777" w:rsidR="00E71B88" w:rsidRPr="00452429" w:rsidRDefault="00E71B88" w:rsidP="00E71B88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49252EA" w14:textId="088777D0" w:rsidR="00A231F9" w:rsidRPr="00A231F9" w:rsidRDefault="00A231F9" w:rsidP="00A231F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32"/>
          <w:szCs w:val="32"/>
        </w:rPr>
      </w:pPr>
      <w:r w:rsidRPr="00A231F9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Theme</w:t>
      </w:r>
      <w:r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>:</w:t>
      </w:r>
      <w:r w:rsidRPr="00A231F9">
        <w:rPr>
          <w:rFonts w:ascii="TeachersPet" w:eastAsia="Google Sans Text" w:hAnsi="TeachersPet" w:cs="Google Sans Text"/>
          <w:b/>
          <w:color w:val="1B1C1D"/>
          <w:sz w:val="32"/>
          <w:szCs w:val="32"/>
        </w:rPr>
        <w:t xml:space="preserve"> </w:t>
      </w:r>
    </w:p>
    <w:p w14:paraId="73EBB16F" w14:textId="424F902F" w:rsidR="00A231F9" w:rsidRPr="00A231F9" w:rsidRDefault="00A231F9" w:rsidP="00A231F9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A231F9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Weekly Learning Objectives:</w:t>
      </w:r>
    </w:p>
    <w:p w14:paraId="237EAD27" w14:textId="77777777" w:rsidR="00A231F9" w:rsidRPr="00A231F9" w:rsidRDefault="00A231F9" w:rsidP="00A231F9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A231F9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Daily Schedule (Example)</w:t>
      </w:r>
    </w:p>
    <w:p w14:paraId="4DC56DB6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7:30 - 8:00: Arrival and Free Play (Fine motor activities like puzzles, blocks, etc.)</w:t>
      </w:r>
    </w:p>
    <w:p w14:paraId="2A0EAFF7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8:00 - 8:30: Circle Time (Greetings, songs, calendar, weather)</w:t>
      </w:r>
    </w:p>
    <w:p w14:paraId="10817033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8:30 - 9:00: Literacy Activity (Storytime, letter/name recognition)</w:t>
      </w:r>
    </w:p>
    <w:p w14:paraId="50BA035B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9:00 - 9:30: Snack Time</w:t>
      </w:r>
    </w:p>
    <w:p w14:paraId="0B1FA80F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9:30 - 10:00: Math Activity (Counting, sorting, shapes)</w:t>
      </w:r>
    </w:p>
    <w:p w14:paraId="587EED70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10:00 - 10:30: Gross Motor Activity (Outdoor play, movement games)</w:t>
      </w:r>
    </w:p>
    <w:p w14:paraId="1867BF0D" w14:textId="36495EAE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10:30 - 11:00: Art Activity (using various materials)</w:t>
      </w:r>
    </w:p>
    <w:p w14:paraId="5F1915A3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11:00 - 11:30: Music and Movement (Singing, dancing, instruments)</w:t>
      </w:r>
    </w:p>
    <w:p w14:paraId="605FE5BB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11:30 - 12:00: Lunch Time</w:t>
      </w:r>
    </w:p>
    <w:p w14:paraId="59FD16C4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12:00 - 12:30: Quiet Time (Storytime, rest)</w:t>
      </w:r>
    </w:p>
    <w:p w14:paraId="5D5F4341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12:30 - 1:00: Free Play/Learning Centers</w:t>
      </w:r>
    </w:p>
    <w:p w14:paraId="2AA3FD97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1:00 - 1:30: Science/Sensory Activity</w:t>
      </w:r>
    </w:p>
    <w:p w14:paraId="70444FB0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1:30 - 2:00: Story Time/Wrap-up</w:t>
      </w:r>
    </w:p>
    <w:p w14:paraId="07B1F7DF" w14:textId="77777777" w:rsidR="00A231F9" w:rsidRPr="00A231F9" w:rsidRDefault="00A231F9" w:rsidP="00B34487">
      <w:pPr>
        <w:widowControl w:val="0"/>
        <w:numPr>
          <w:ilvl w:val="0"/>
          <w:numId w:val="2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A231F9">
        <w:rPr>
          <w:rFonts w:ascii="TeachersPet" w:eastAsia="Google Sans Text" w:hAnsi="TeachersPet" w:cs="Google Sans Text"/>
          <w:color w:val="1B1C1D"/>
          <w:sz w:val="32"/>
          <w:szCs w:val="32"/>
        </w:rPr>
        <w:t>2:00: Dismissal</w:t>
      </w:r>
    </w:p>
    <w:p w14:paraId="4B75D2BD" w14:textId="77777777" w:rsid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7ED2A20C" w14:textId="77777777" w:rsid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6949D178" w14:textId="77777777" w:rsid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27ABAEE3" w14:textId="77777777" w:rsid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380C127F" w14:textId="77777777" w:rsidR="00B34487" w:rsidRDefault="00B34487" w:rsidP="006C2DA4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2406EEF5" w14:textId="592D4064" w:rsid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B34487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lastRenderedPageBreak/>
        <w:t>Weekly Lesson Plan</w:t>
      </w:r>
      <w:r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: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1276"/>
        <w:gridCol w:w="1533"/>
        <w:gridCol w:w="1170"/>
        <w:gridCol w:w="1170"/>
        <w:gridCol w:w="1170"/>
        <w:gridCol w:w="1170"/>
        <w:gridCol w:w="1158"/>
      </w:tblGrid>
      <w:tr w:rsidR="00B34487" w:rsidRPr="00A231F9" w14:paraId="65AF18B3" w14:textId="77777777" w:rsidTr="00B34487">
        <w:trPr>
          <w:cantSplit/>
          <w:trHeight w:val="216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5B114414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406D92E0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Focus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46A86C86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Literacy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46581FA7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Math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3DC334BE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Art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04CB2628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Science/Sensory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00838ACD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Gross Motor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51708BC6" w14:textId="77777777" w:rsidR="00B34487" w:rsidRPr="00A231F9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A231F9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Music/Movement</w:t>
            </w:r>
          </w:p>
        </w:tc>
      </w:tr>
      <w:tr w:rsidR="00B34487" w:rsidRPr="00A231F9" w14:paraId="368A4E44" w14:textId="77777777" w:rsidTr="00B34487">
        <w:trPr>
          <w:cantSplit/>
          <w:trHeight w:val="17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0953744E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Monday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A18FAD" w14:textId="3F3B3EF4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1DAA9" w14:textId="5EEAE1CB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FE2DB4" w14:textId="6F6D909E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2C47F3" w14:textId="5951EDC1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D13541" w14:textId="371ADA02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F4E1BF" w14:textId="1C2A50DA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851BDA" w14:textId="1E6C71AC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</w:tr>
      <w:tr w:rsidR="00B34487" w:rsidRPr="00A231F9" w14:paraId="14FB7760" w14:textId="77777777" w:rsidTr="00B34487">
        <w:trPr>
          <w:cantSplit/>
          <w:trHeight w:val="201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72E958E6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Tuesday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04535B" w14:textId="5D56F5E7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FEC82A" w14:textId="6C248DF6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51C1B6" w14:textId="5166F78C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811D6A" w14:textId="7633A653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522B20" w14:textId="3680B0A5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4D2644" w14:textId="02057267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C1EF05" w14:textId="26027F55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</w:tr>
      <w:tr w:rsidR="00B34487" w:rsidRPr="00A231F9" w14:paraId="4E655AB1" w14:textId="77777777" w:rsidTr="00B34487">
        <w:trPr>
          <w:cantSplit/>
          <w:trHeight w:val="184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0E1F4836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Wednesday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20B25" w14:textId="48DBB646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1267E0" w14:textId="2FEC7678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7E99F" w14:textId="1D89A7AC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3A4C28" w14:textId="44F22F4D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887ABE" w14:textId="1A0D7132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D98731" w14:textId="10BC44F0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24372B" w14:textId="21AD6064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</w:tr>
      <w:tr w:rsidR="00B34487" w:rsidRPr="00A231F9" w14:paraId="1FC4497A" w14:textId="77777777" w:rsidTr="00B34487">
        <w:trPr>
          <w:cantSplit/>
          <w:trHeight w:val="186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21550BB3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Thursday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E8BDF" w14:textId="13578E75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38CC8C" w14:textId="2100E5D6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0BC4DD" w14:textId="3A7E1996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C405C" w14:textId="12A856FA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8DC1D7" w14:textId="5F1D733C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24CB1" w14:textId="07DAAA67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4F83E" w14:textId="6AC7F095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</w:tr>
      <w:tr w:rsidR="00B34487" w:rsidRPr="00A231F9" w14:paraId="4E131D7C" w14:textId="77777777" w:rsidTr="00B34487">
        <w:trPr>
          <w:cantSplit/>
          <w:trHeight w:val="173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textDirection w:val="btLr"/>
          </w:tcPr>
          <w:p w14:paraId="484396D3" w14:textId="77777777" w:rsidR="00B34487" w:rsidRPr="00B34487" w:rsidRDefault="00B34487" w:rsidP="00B34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3"/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</w:pPr>
            <w:r w:rsidRPr="00B34487">
              <w:rPr>
                <w:rFonts w:ascii="TeachersPet" w:eastAsia="Google Sans Text" w:hAnsi="TeachersPet" w:cs="Google Sans Text"/>
                <w:b/>
                <w:color w:val="1B1C1D"/>
                <w:sz w:val="32"/>
                <w:szCs w:val="32"/>
              </w:rPr>
              <w:t>Friday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FDFDC2" w14:textId="136562B1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FCE4E7" w14:textId="3387DC9F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E63B32" w14:textId="7E277BB3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79DFBC" w14:textId="4BC18E38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88D86F" w14:textId="5B79CE7D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3E972" w14:textId="6AF36A93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7FB36C" w14:textId="3CAFE3A6" w:rsidR="00B34487" w:rsidRPr="00A231F9" w:rsidRDefault="00B34487" w:rsidP="009A7C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eachersPet" w:eastAsia="Google Sans Text" w:hAnsi="TeachersPet" w:cs="Google Sans Text"/>
                <w:color w:val="1B1C1D"/>
                <w:sz w:val="32"/>
                <w:szCs w:val="32"/>
              </w:rPr>
            </w:pPr>
          </w:p>
        </w:tc>
      </w:tr>
    </w:tbl>
    <w:p w14:paraId="47066303" w14:textId="77777777" w:rsidR="00B34487" w:rsidRPr="00B34487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3A9FCF5F" w14:textId="5C94613A" w:rsidR="006C2DA4" w:rsidRDefault="006C2DA4" w:rsidP="006C2DA4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>
        <w:rPr>
          <w:rFonts w:ascii="TeachersPet" w:eastAsia="Google Sans Text" w:hAnsi="TeachersPet" w:cs="Google Sans Text"/>
          <w:b/>
          <w:color w:val="1B1C1D"/>
          <w:sz w:val="40"/>
          <w:szCs w:val="36"/>
        </w:rPr>
        <w:lastRenderedPageBreak/>
        <w:t>Single</w:t>
      </w:r>
      <w:r w:rsidRPr="00B34487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 xml:space="preserve"> Lesson Plan</w:t>
      </w:r>
      <w:r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4441"/>
        <w:gridCol w:w="224"/>
        <w:gridCol w:w="2242"/>
        <w:gridCol w:w="1839"/>
      </w:tblGrid>
      <w:tr w:rsidR="006C2DA4" w:rsidRPr="003F3EC6" w14:paraId="52CB0A1A" w14:textId="77777777" w:rsidTr="006C2DA4">
        <w:tc>
          <w:tcPr>
            <w:tcW w:w="3005" w:type="pct"/>
            <w:gridSpan w:val="2"/>
            <w:shd w:val="clear" w:color="auto" w:fill="auto"/>
          </w:tcPr>
          <w:p w14:paraId="528CA0CC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Theme:</w:t>
            </w:r>
          </w:p>
        </w:tc>
        <w:tc>
          <w:tcPr>
            <w:tcW w:w="1143" w:type="pct"/>
            <w:gridSpan w:val="2"/>
            <w:shd w:val="clear" w:color="auto" w:fill="auto"/>
          </w:tcPr>
          <w:p w14:paraId="78018D12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Date:</w:t>
            </w:r>
          </w:p>
        </w:tc>
        <w:tc>
          <w:tcPr>
            <w:tcW w:w="852" w:type="pct"/>
            <w:shd w:val="clear" w:color="auto" w:fill="auto"/>
          </w:tcPr>
          <w:p w14:paraId="6E8DD902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No. in class:</w:t>
            </w:r>
          </w:p>
        </w:tc>
      </w:tr>
      <w:tr w:rsidR="006C2DA4" w:rsidRPr="003F3EC6" w14:paraId="45B2E176" w14:textId="77777777" w:rsidTr="006C2DA4">
        <w:tc>
          <w:tcPr>
            <w:tcW w:w="3005" w:type="pct"/>
            <w:gridSpan w:val="2"/>
            <w:shd w:val="clear" w:color="auto" w:fill="auto"/>
          </w:tcPr>
          <w:p w14:paraId="524F6255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Early Learning and Development Area (or equivalent):</w:t>
            </w:r>
          </w:p>
          <w:p w14:paraId="4A7C3D61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1995" w:type="pct"/>
            <w:gridSpan w:val="3"/>
            <w:shd w:val="clear" w:color="auto" w:fill="auto"/>
          </w:tcPr>
          <w:p w14:paraId="3F128CDD" w14:textId="1A3DCDD9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Lesson duration:</w:t>
            </w:r>
          </w:p>
        </w:tc>
      </w:tr>
      <w:tr w:rsidR="006C2DA4" w:rsidRPr="003F3EC6" w14:paraId="09D42465" w14:textId="77777777" w:rsidTr="006C2DA4">
        <w:tc>
          <w:tcPr>
            <w:tcW w:w="5000" w:type="pct"/>
            <w:gridSpan w:val="5"/>
            <w:shd w:val="clear" w:color="auto" w:fill="auto"/>
          </w:tcPr>
          <w:p w14:paraId="7A804A46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 xml:space="preserve">Learning objective of the lesson: </w:t>
            </w:r>
          </w:p>
          <w:p w14:paraId="26AE5A8A" w14:textId="77777777" w:rsidR="006C2DA4" w:rsidRPr="003F3EC6" w:rsidRDefault="006C2DA4" w:rsidP="009A7C67">
            <w:pPr>
              <w:rPr>
                <w:rFonts w:ascii="TeachersPet" w:hAnsi="TeachersPet"/>
                <w:b/>
                <w:sz w:val="40"/>
                <w:szCs w:val="40"/>
                <w:lang w:val="en-ZA"/>
              </w:rPr>
            </w:pPr>
          </w:p>
        </w:tc>
      </w:tr>
      <w:tr w:rsidR="006C2DA4" w:rsidRPr="003F3EC6" w14:paraId="12FDAB12" w14:textId="77777777" w:rsidTr="006C2DA4">
        <w:tc>
          <w:tcPr>
            <w:tcW w:w="3005" w:type="pct"/>
            <w:gridSpan w:val="2"/>
            <w:shd w:val="clear" w:color="auto" w:fill="auto"/>
          </w:tcPr>
          <w:p w14:paraId="2A84FC60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Assessment tools:</w:t>
            </w:r>
          </w:p>
        </w:tc>
        <w:tc>
          <w:tcPr>
            <w:tcW w:w="1995" w:type="pct"/>
            <w:gridSpan w:val="3"/>
            <w:shd w:val="clear" w:color="auto" w:fill="auto"/>
          </w:tcPr>
          <w:p w14:paraId="4AD2C5DE" w14:textId="77777777" w:rsidR="006C2DA4" w:rsidRPr="003F3EC6" w:rsidRDefault="006C2DA4" w:rsidP="009A7C67">
            <w:pPr>
              <w:rPr>
                <w:rFonts w:ascii="TeachersPet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hAnsi="TeachersPet"/>
                <w:b/>
                <w:sz w:val="40"/>
                <w:szCs w:val="40"/>
                <w:lang w:val="en-ZA"/>
              </w:rPr>
              <w:t>Whole group/Small group/Individual?:</w:t>
            </w:r>
          </w:p>
        </w:tc>
      </w:tr>
      <w:tr w:rsidR="006C2DA4" w:rsidRPr="003F3EC6" w14:paraId="23ABD515" w14:textId="77777777" w:rsidTr="006C2DA4">
        <w:tc>
          <w:tcPr>
            <w:tcW w:w="5000" w:type="pct"/>
            <w:gridSpan w:val="5"/>
            <w:shd w:val="clear" w:color="auto" w:fill="auto"/>
          </w:tcPr>
          <w:p w14:paraId="289887B7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Resources:</w:t>
            </w:r>
          </w:p>
          <w:p w14:paraId="7E9B3777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i/>
                <w:sz w:val="40"/>
                <w:szCs w:val="40"/>
                <w:lang w:val="en-ZA"/>
              </w:rPr>
            </w:pPr>
          </w:p>
        </w:tc>
      </w:tr>
      <w:tr w:rsidR="006C2DA4" w:rsidRPr="003F3EC6" w14:paraId="2C169B67" w14:textId="77777777" w:rsidTr="006C2DA4">
        <w:tc>
          <w:tcPr>
            <w:tcW w:w="947" w:type="pct"/>
            <w:shd w:val="clear" w:color="auto" w:fill="EEECE1" w:themeFill="background2"/>
          </w:tcPr>
          <w:p w14:paraId="121A3C0E" w14:textId="77777777" w:rsidR="006C2DA4" w:rsidRPr="003F3EC6" w:rsidRDefault="006C2DA4" w:rsidP="009A7C67">
            <w:pPr>
              <w:jc w:val="center"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Stages of the lesson</w:t>
            </w:r>
          </w:p>
        </w:tc>
        <w:tc>
          <w:tcPr>
            <w:tcW w:w="2162" w:type="pct"/>
            <w:gridSpan w:val="2"/>
            <w:shd w:val="clear" w:color="auto" w:fill="EEECE1" w:themeFill="background2"/>
          </w:tcPr>
          <w:p w14:paraId="137EAC1F" w14:textId="77777777" w:rsidR="006C2DA4" w:rsidRPr="003F3EC6" w:rsidRDefault="006C2DA4" w:rsidP="009A7C67">
            <w:pPr>
              <w:jc w:val="center"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What will the teacher do?</w:t>
            </w:r>
          </w:p>
        </w:tc>
        <w:tc>
          <w:tcPr>
            <w:tcW w:w="1892" w:type="pct"/>
            <w:gridSpan w:val="2"/>
            <w:shd w:val="clear" w:color="auto" w:fill="EEECE1" w:themeFill="background2"/>
          </w:tcPr>
          <w:p w14:paraId="7D9DDC3A" w14:textId="77777777" w:rsidR="006C2DA4" w:rsidRPr="003F3EC6" w:rsidRDefault="006C2DA4" w:rsidP="009A7C67">
            <w:pPr>
              <w:jc w:val="center"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What will the children do?</w:t>
            </w:r>
          </w:p>
        </w:tc>
      </w:tr>
      <w:tr w:rsidR="006C2DA4" w:rsidRPr="003F3EC6" w14:paraId="63626E25" w14:textId="77777777" w:rsidTr="006C2DA4">
        <w:tc>
          <w:tcPr>
            <w:tcW w:w="947" w:type="pct"/>
            <w:shd w:val="clear" w:color="auto" w:fill="EEECE1" w:themeFill="background2"/>
          </w:tcPr>
          <w:p w14:paraId="7A547B55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>Introduction</w:t>
            </w:r>
          </w:p>
          <w:p w14:paraId="160C5F92" w14:textId="77777777" w:rsidR="006C2DA4" w:rsidRPr="003F3EC6" w:rsidRDefault="006C2DA4" w:rsidP="009A7C67">
            <w:pPr>
              <w:contextualSpacing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2162" w:type="pct"/>
            <w:gridSpan w:val="2"/>
            <w:shd w:val="clear" w:color="auto" w:fill="auto"/>
          </w:tcPr>
          <w:p w14:paraId="5F4D4E84" w14:textId="77777777" w:rsidR="006C2DA4" w:rsidRDefault="006C2DA4" w:rsidP="009A7C67">
            <w:pPr>
              <w:rPr>
                <w:rFonts w:ascii="TeachersPet" w:eastAsia="Calibri" w:hAnsi="TeachersPet"/>
                <w:b/>
                <w:i/>
                <w:sz w:val="40"/>
                <w:szCs w:val="40"/>
                <w:lang w:val="en-ZA"/>
              </w:rPr>
            </w:pPr>
          </w:p>
          <w:p w14:paraId="73BB28E5" w14:textId="77777777" w:rsidR="006C2DA4" w:rsidRPr="006C2DA4" w:rsidRDefault="006C2DA4" w:rsidP="009A7C67">
            <w:pPr>
              <w:rPr>
                <w:rFonts w:ascii="TeachersPet" w:eastAsia="Calibri" w:hAnsi="TeachersPet"/>
                <w:b/>
                <w:iCs/>
                <w:sz w:val="40"/>
                <w:szCs w:val="40"/>
                <w:lang w:val="en-ZA"/>
              </w:rPr>
            </w:pPr>
          </w:p>
        </w:tc>
        <w:tc>
          <w:tcPr>
            <w:tcW w:w="1892" w:type="pct"/>
            <w:gridSpan w:val="2"/>
            <w:shd w:val="clear" w:color="auto" w:fill="auto"/>
          </w:tcPr>
          <w:p w14:paraId="6E1CD69E" w14:textId="77777777" w:rsidR="006C2DA4" w:rsidRPr="006C2DA4" w:rsidRDefault="006C2DA4" w:rsidP="009A7C67">
            <w:pPr>
              <w:rPr>
                <w:rFonts w:ascii="TeachersPet" w:eastAsia="Calibri" w:hAnsi="TeachersPet"/>
                <w:b/>
                <w:iCs/>
                <w:sz w:val="40"/>
                <w:szCs w:val="40"/>
                <w:lang w:val="en-ZA"/>
              </w:rPr>
            </w:pPr>
          </w:p>
        </w:tc>
      </w:tr>
      <w:tr w:rsidR="006C2DA4" w:rsidRPr="003F3EC6" w14:paraId="076344B6" w14:textId="77777777" w:rsidTr="006C2DA4">
        <w:tc>
          <w:tcPr>
            <w:tcW w:w="947" w:type="pct"/>
            <w:shd w:val="clear" w:color="auto" w:fill="EEECE1" w:themeFill="background2"/>
          </w:tcPr>
          <w:p w14:paraId="5228804B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 xml:space="preserve">Lesson development </w:t>
            </w:r>
          </w:p>
          <w:p w14:paraId="76CEAAF0" w14:textId="77777777" w:rsidR="006C2DA4" w:rsidRPr="003F3EC6" w:rsidRDefault="006C2DA4" w:rsidP="009A7C67">
            <w:pPr>
              <w:contextualSpacing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2162" w:type="pct"/>
            <w:gridSpan w:val="2"/>
            <w:shd w:val="clear" w:color="auto" w:fill="auto"/>
          </w:tcPr>
          <w:p w14:paraId="16231CD3" w14:textId="4C63AEFB" w:rsidR="006C2DA4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  <w:p w14:paraId="60BA8ED6" w14:textId="77777777" w:rsidR="006C2DA4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  <w:p w14:paraId="48E1B20B" w14:textId="77777777" w:rsidR="006C2DA4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  <w:p w14:paraId="7180B664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1892" w:type="pct"/>
            <w:gridSpan w:val="2"/>
            <w:shd w:val="clear" w:color="auto" w:fill="auto"/>
          </w:tcPr>
          <w:p w14:paraId="71E2083F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</w:tr>
      <w:tr w:rsidR="006C2DA4" w:rsidRPr="003F3EC6" w14:paraId="285E141E" w14:textId="77777777" w:rsidTr="006C2DA4">
        <w:tc>
          <w:tcPr>
            <w:tcW w:w="947" w:type="pct"/>
            <w:shd w:val="clear" w:color="auto" w:fill="EEECE1" w:themeFill="background2"/>
          </w:tcPr>
          <w:p w14:paraId="064FBC48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  <w:r w:rsidRPr="003F3EC6"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  <w:t xml:space="preserve">Consolidation / conclusion </w:t>
            </w:r>
          </w:p>
          <w:p w14:paraId="3BF6D88B" w14:textId="77777777" w:rsidR="006C2DA4" w:rsidRPr="003F3EC6" w:rsidRDefault="006C2DA4" w:rsidP="009A7C67">
            <w:pPr>
              <w:contextualSpacing/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2162" w:type="pct"/>
            <w:gridSpan w:val="2"/>
            <w:shd w:val="clear" w:color="auto" w:fill="auto"/>
          </w:tcPr>
          <w:p w14:paraId="07DE23CB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  <w:tc>
          <w:tcPr>
            <w:tcW w:w="1892" w:type="pct"/>
            <w:gridSpan w:val="2"/>
            <w:shd w:val="clear" w:color="auto" w:fill="auto"/>
          </w:tcPr>
          <w:p w14:paraId="700FC74F" w14:textId="77777777" w:rsidR="006C2DA4" w:rsidRPr="003F3EC6" w:rsidRDefault="006C2DA4" w:rsidP="009A7C67">
            <w:pPr>
              <w:rPr>
                <w:rFonts w:ascii="TeachersPet" w:eastAsia="Calibri" w:hAnsi="TeachersPet"/>
                <w:b/>
                <w:sz w:val="40"/>
                <w:szCs w:val="40"/>
                <w:lang w:val="en-ZA"/>
              </w:rPr>
            </w:pPr>
          </w:p>
        </w:tc>
      </w:tr>
    </w:tbl>
    <w:p w14:paraId="3F60965E" w14:textId="65DFA0C5" w:rsidR="00EB604A" w:rsidRPr="00A231F9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A231F9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C951A" w14:textId="77777777" w:rsidR="00025595" w:rsidRDefault="00025595" w:rsidP="00EB604A">
      <w:pPr>
        <w:spacing w:after="0" w:line="240" w:lineRule="auto"/>
      </w:pPr>
      <w:r>
        <w:separator/>
      </w:r>
    </w:p>
  </w:endnote>
  <w:endnote w:type="continuationSeparator" w:id="0">
    <w:p w14:paraId="5AE72A86" w14:textId="77777777" w:rsidR="00025595" w:rsidRDefault="00025595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oogle Sans Text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FE30" w14:textId="77777777" w:rsidR="002C35F2" w:rsidRPr="00DD1E16" w:rsidRDefault="002C35F2" w:rsidP="002C35F2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0F14181C" w:rsidR="00EB604A" w:rsidRPr="002C35F2" w:rsidRDefault="002C35F2" w:rsidP="002C35F2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9C4BA" w14:textId="77777777" w:rsidR="00025595" w:rsidRDefault="00025595" w:rsidP="00EB604A">
      <w:pPr>
        <w:spacing w:after="0" w:line="240" w:lineRule="auto"/>
      </w:pPr>
      <w:r>
        <w:separator/>
      </w:r>
    </w:p>
  </w:footnote>
  <w:footnote w:type="continuationSeparator" w:id="0">
    <w:p w14:paraId="7AAC3096" w14:textId="77777777" w:rsidR="00025595" w:rsidRDefault="00025595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14163"/>
    <w:multiLevelType w:val="multilevel"/>
    <w:tmpl w:val="851E73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0E2149FB"/>
    <w:multiLevelType w:val="multilevel"/>
    <w:tmpl w:val="D1DC63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218C26E4"/>
    <w:multiLevelType w:val="multilevel"/>
    <w:tmpl w:val="57B2B2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224017A0"/>
    <w:multiLevelType w:val="multilevel"/>
    <w:tmpl w:val="05B8DC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2B6C151D"/>
    <w:multiLevelType w:val="hybridMultilevel"/>
    <w:tmpl w:val="6FE62FB8"/>
    <w:lvl w:ilvl="0" w:tplc="8E5E1ECA">
      <w:start w:val="28"/>
      <w:numFmt w:val="bullet"/>
      <w:lvlText w:val="-"/>
      <w:lvlJc w:val="left"/>
      <w:pPr>
        <w:ind w:left="720" w:hanging="360"/>
      </w:pPr>
      <w:rPr>
        <w:rFonts w:ascii="TeachersPet" w:eastAsia="Google Sans Text" w:hAnsi="TeachersPet" w:cs="Google Sans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41012"/>
    <w:multiLevelType w:val="multilevel"/>
    <w:tmpl w:val="6772D6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33A4565D"/>
    <w:multiLevelType w:val="multilevel"/>
    <w:tmpl w:val="E6D634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3C542FEE"/>
    <w:multiLevelType w:val="multilevel"/>
    <w:tmpl w:val="00309D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4C04067B"/>
    <w:multiLevelType w:val="multilevel"/>
    <w:tmpl w:val="AE5CB3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4C825C79"/>
    <w:multiLevelType w:val="multilevel"/>
    <w:tmpl w:val="A9B29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5F65664B"/>
    <w:multiLevelType w:val="multilevel"/>
    <w:tmpl w:val="0FB4C7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61D86743"/>
    <w:multiLevelType w:val="multilevel"/>
    <w:tmpl w:val="656A14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694F463E"/>
    <w:multiLevelType w:val="multilevel"/>
    <w:tmpl w:val="FA38E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6B2E1963"/>
    <w:multiLevelType w:val="multilevel"/>
    <w:tmpl w:val="2E1C43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716A2FBF"/>
    <w:multiLevelType w:val="multilevel"/>
    <w:tmpl w:val="D458A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72F57F29"/>
    <w:multiLevelType w:val="multilevel"/>
    <w:tmpl w:val="54CEF1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7511663F"/>
    <w:multiLevelType w:val="multilevel"/>
    <w:tmpl w:val="A29A70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75A506D9"/>
    <w:multiLevelType w:val="multilevel"/>
    <w:tmpl w:val="BB043C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795F0FC4"/>
    <w:multiLevelType w:val="multilevel"/>
    <w:tmpl w:val="27AC55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7CC8570E"/>
    <w:multiLevelType w:val="multilevel"/>
    <w:tmpl w:val="079AF1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121463092">
    <w:abstractNumId w:val="19"/>
  </w:num>
  <w:num w:numId="11" w16cid:durableId="1932544581">
    <w:abstractNumId w:val="21"/>
  </w:num>
  <w:num w:numId="12" w16cid:durableId="1864123357">
    <w:abstractNumId w:val="23"/>
  </w:num>
  <w:num w:numId="13" w16cid:durableId="309673437">
    <w:abstractNumId w:val="11"/>
  </w:num>
  <w:num w:numId="14" w16cid:durableId="4673184">
    <w:abstractNumId w:val="20"/>
  </w:num>
  <w:num w:numId="15" w16cid:durableId="1699625645">
    <w:abstractNumId w:val="16"/>
  </w:num>
  <w:num w:numId="16" w16cid:durableId="350761814">
    <w:abstractNumId w:val="14"/>
  </w:num>
  <w:num w:numId="17" w16cid:durableId="2140607315">
    <w:abstractNumId w:val="12"/>
  </w:num>
  <w:num w:numId="18" w16cid:durableId="1596089737">
    <w:abstractNumId w:val="28"/>
  </w:num>
  <w:num w:numId="19" w16cid:durableId="617033260">
    <w:abstractNumId w:val="18"/>
  </w:num>
  <w:num w:numId="20" w16cid:durableId="1679193817">
    <w:abstractNumId w:val="10"/>
  </w:num>
  <w:num w:numId="21" w16cid:durableId="300885569">
    <w:abstractNumId w:val="15"/>
  </w:num>
  <w:num w:numId="22" w16cid:durableId="372846649">
    <w:abstractNumId w:val="24"/>
  </w:num>
  <w:num w:numId="23" w16cid:durableId="206602137">
    <w:abstractNumId w:val="27"/>
  </w:num>
  <w:num w:numId="24" w16cid:durableId="1882932666">
    <w:abstractNumId w:val="22"/>
  </w:num>
  <w:num w:numId="25" w16cid:durableId="660043492">
    <w:abstractNumId w:val="25"/>
  </w:num>
  <w:num w:numId="26" w16cid:durableId="512691361">
    <w:abstractNumId w:val="9"/>
  </w:num>
  <w:num w:numId="27" w16cid:durableId="785852108">
    <w:abstractNumId w:val="26"/>
  </w:num>
  <w:num w:numId="28" w16cid:durableId="357704263">
    <w:abstractNumId w:val="17"/>
  </w:num>
  <w:num w:numId="29" w16cid:durableId="24259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595"/>
    <w:rsid w:val="00034616"/>
    <w:rsid w:val="0006063C"/>
    <w:rsid w:val="000D396E"/>
    <w:rsid w:val="0010303D"/>
    <w:rsid w:val="0015074B"/>
    <w:rsid w:val="0029639D"/>
    <w:rsid w:val="002B095E"/>
    <w:rsid w:val="002C35F2"/>
    <w:rsid w:val="00326F90"/>
    <w:rsid w:val="00452429"/>
    <w:rsid w:val="006C2DA4"/>
    <w:rsid w:val="007C5AA5"/>
    <w:rsid w:val="008439EA"/>
    <w:rsid w:val="008A13F6"/>
    <w:rsid w:val="008C7F30"/>
    <w:rsid w:val="0090307E"/>
    <w:rsid w:val="00A231F9"/>
    <w:rsid w:val="00AA1D8D"/>
    <w:rsid w:val="00B34487"/>
    <w:rsid w:val="00B47730"/>
    <w:rsid w:val="00BB1207"/>
    <w:rsid w:val="00CB0664"/>
    <w:rsid w:val="00D32392"/>
    <w:rsid w:val="00D67B2E"/>
    <w:rsid w:val="00DC3DA7"/>
    <w:rsid w:val="00DD3C06"/>
    <w:rsid w:val="00DD7199"/>
    <w:rsid w:val="00E553F4"/>
    <w:rsid w:val="00E71B88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6</cp:revision>
  <dcterms:created xsi:type="dcterms:W3CDTF">2025-05-28T08:08:00Z</dcterms:created>
  <dcterms:modified xsi:type="dcterms:W3CDTF">2025-07-23T10:01:00Z</dcterms:modified>
  <cp:category/>
</cp:coreProperties>
</file>