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437E" w14:textId="022E5EB3" w:rsidR="00C00D71" w:rsidRPr="0045046B" w:rsidRDefault="00E11473" w:rsidP="00C00D71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4E1C6A26">
                <wp:simplePos x="0" y="0"/>
                <wp:positionH relativeFrom="column">
                  <wp:posOffset>-71120</wp:posOffset>
                </wp:positionH>
                <wp:positionV relativeFrom="paragraph">
                  <wp:posOffset>12876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598002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7E9D3D20" w14:textId="65B044BC" w:rsidR="0045046B" w:rsidRPr="0045046B" w:rsidRDefault="0045046B" w:rsidP="0045046B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proofErr w:type="spellStart"/>
      <w:r w:rsidRPr="0045046B">
        <w:rPr>
          <w:rFonts w:ascii="TeachersPet" w:hAnsi="TeachersPet"/>
          <w:color w:val="000000" w:themeColor="text1"/>
          <w:sz w:val="72"/>
          <w:szCs w:val="72"/>
        </w:rPr>
        <w:t>Individualised</w:t>
      </w:r>
      <w:proofErr w:type="spellEnd"/>
      <w:r w:rsidRPr="0045046B">
        <w:rPr>
          <w:rFonts w:ascii="TeachersPet" w:hAnsi="TeachersPet"/>
          <w:color w:val="000000" w:themeColor="text1"/>
          <w:sz w:val="72"/>
          <w:szCs w:val="72"/>
        </w:rPr>
        <w:t xml:space="preserve"> Care Plan for Children with Alternative Learning Needs</w:t>
      </w:r>
    </w:p>
    <w:p w14:paraId="713EEA7C" w14:textId="2B3C285A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4C448" wp14:editId="09866A99">
                <wp:simplePos x="0" y="0"/>
                <wp:positionH relativeFrom="column">
                  <wp:posOffset>-15929</wp:posOffset>
                </wp:positionH>
                <wp:positionV relativeFrom="paragraph">
                  <wp:posOffset>11632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A6E733" w14:textId="77777777" w:rsidR="0045046B" w:rsidRPr="00452429" w:rsidRDefault="0045046B" w:rsidP="0045046B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4C4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.9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" fillcolor="white [3201]" stroked="f" strokeweight=".5pt">
                <v:textbox>
                  <w:txbxContent>
                    <w:p w14:paraId="4BA6E733" w14:textId="77777777" w:rsidR="0045046B" w:rsidRPr="00452429" w:rsidRDefault="0045046B" w:rsidP="0045046B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45046B">
        <w:rPr>
          <w:rFonts w:ascii="TeachersPet" w:hAnsi="TeachersPet"/>
          <w:color w:val="000000" w:themeColor="text1"/>
          <w:sz w:val="32"/>
          <w:szCs w:val="32"/>
        </w:rPr>
        <w:t>This form is used to document specific care and learning support strategies for children with identified alternative learning needs.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 [To be completed in collaboration with parents].</w:t>
      </w:r>
    </w:p>
    <w:p w14:paraId="15B68C9D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173D165D" w14:textId="7A9C4064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Full Name: ___________________________________________________________________________________</w:t>
      </w:r>
    </w:p>
    <w:p w14:paraId="1D8FB186" w14:textId="52728C6E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Date of Birth: _________________________________  Age: _______  Gender: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Male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Female </w:t>
      </w:r>
      <w:r w:rsidRPr="0045046B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 xml:space="preserve"> Other</w:t>
      </w:r>
    </w:p>
    <w:p w14:paraId="2F5563C1" w14:textId="50427692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Class/Room Name: 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Date of Plan: 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___________</w:t>
      </w:r>
    </w:p>
    <w:p w14:paraId="79E0B5E8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2. Parent/Guardian Information</w:t>
      </w:r>
    </w:p>
    <w:p w14:paraId="3CAF7A78" w14:textId="10253194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Parent/Guardian Name(s): _____________________________________________________________________</w:t>
      </w:r>
    </w:p>
    <w:p w14:paraId="32FA2ABB" w14:textId="0DFBF7AD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Contact Number(s): ______________________  Email: ______________________________________________</w:t>
      </w:r>
    </w:p>
    <w:p w14:paraId="4246194E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3. Identified Needs and Strengths</w:t>
      </w:r>
    </w:p>
    <w:p w14:paraId="5C3F1D0E" w14:textId="77777777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Brief description of diagnosed or observed learning needs: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ED7AA7" w14:textId="7641FACA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Child’s strengths and interests:</w:t>
      </w:r>
    </w:p>
    <w:p w14:paraId="57AEE51C" w14:textId="6B984CB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31B856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lastRenderedPageBreak/>
        <w:t>4. Goals and Objectives</w:t>
      </w:r>
    </w:p>
    <w:p w14:paraId="3F79A2CB" w14:textId="77777777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List specific developmental or learning goals:</w:t>
      </w:r>
    </w:p>
    <w:p w14:paraId="386720A3" w14:textId="74C596C6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1: __________________________________________________________________________________________________________________________________________________________________________________________</w:t>
      </w:r>
    </w:p>
    <w:p w14:paraId="675BCD5A" w14:textId="461B219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2: __________________________________________________________________________________________________________________________________________________________________________________________</w:t>
      </w:r>
    </w:p>
    <w:p w14:paraId="47E1E21E" w14:textId="1A644C68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Goal 3: __________________________________________________________________________________________________________________________________________________________________________________________</w:t>
      </w:r>
    </w:p>
    <w:p w14:paraId="3FAC6C5E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5. Strategies and Accommodations</w:t>
      </w:r>
    </w:p>
    <w:p w14:paraId="1D185816" w14:textId="4AA97393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Describe the teaching strategies, classroom modifications, and other accommodations to be used: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0083A2" w14:textId="628B827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6. Support Services</w:t>
      </w:r>
    </w:p>
    <w:p w14:paraId="57DD3AB4" w14:textId="7C6BCBAD" w:rsid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List any external services involved (e.g. speech therapy, occupational therapy):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2B1879" w14:textId="28F4F16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7. Monitoring and Review</w:t>
      </w:r>
    </w:p>
    <w:p w14:paraId="7C0AD7FE" w14:textId="2D730823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How progress will be monitored and how often the plan will be reviewed: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__________________________________________________________________________________________________________________________________________________________________________________________Next Review Date: ____________________________________________________________________________</w:t>
      </w:r>
    </w:p>
    <w:p w14:paraId="470D2CD3" w14:textId="77777777" w:rsidR="0045046B" w:rsidRPr="0045046B" w:rsidRDefault="0045046B" w:rsidP="0045046B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45046B">
        <w:rPr>
          <w:rFonts w:ascii="TeachersPet" w:hAnsi="TeachersPet"/>
          <w:color w:val="000000" w:themeColor="text1"/>
          <w:sz w:val="52"/>
          <w:szCs w:val="52"/>
        </w:rPr>
        <w:t>8. Signatures</w:t>
      </w:r>
    </w:p>
    <w:p w14:paraId="5F7D76BD" w14:textId="310BE97A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Parent/Guardian Signature: _____________________________________________  Date: _______________</w:t>
      </w:r>
    </w:p>
    <w:p w14:paraId="6B411390" w14:textId="7AA873FF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Educator Signature: 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</w:t>
      </w:r>
      <w:r w:rsidRPr="0045046B">
        <w:rPr>
          <w:rFonts w:ascii="TeachersPet" w:hAnsi="TeachersPet"/>
          <w:color w:val="000000" w:themeColor="text1"/>
          <w:sz w:val="32"/>
          <w:szCs w:val="32"/>
        </w:rPr>
        <w:t>_____  Date: _______________</w:t>
      </w:r>
    </w:p>
    <w:p w14:paraId="3A987286" w14:textId="64D2F870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  <w:r w:rsidRPr="0045046B">
        <w:rPr>
          <w:rFonts w:ascii="TeachersPet" w:hAnsi="TeachersPet"/>
          <w:color w:val="000000" w:themeColor="text1"/>
          <w:sz w:val="32"/>
          <w:szCs w:val="32"/>
        </w:rPr>
        <w:t>Administrator/Coordinator Signature: ____________________________________  Date: _______________</w:t>
      </w:r>
    </w:p>
    <w:p w14:paraId="352F9CC0" w14:textId="77777777" w:rsidR="0045046B" w:rsidRPr="0045046B" w:rsidRDefault="0045046B" w:rsidP="0045046B">
      <w:pPr>
        <w:rPr>
          <w:rFonts w:ascii="TeachersPet" w:hAnsi="TeachersPet"/>
          <w:color w:val="000000" w:themeColor="text1"/>
          <w:sz w:val="32"/>
          <w:szCs w:val="32"/>
        </w:rPr>
      </w:pPr>
    </w:p>
    <w:p w14:paraId="17081BB0" w14:textId="435EDC8D" w:rsidR="000C6962" w:rsidRPr="0045046B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sectPr w:rsidR="000C6962" w:rsidRPr="0045046B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E621C" w14:textId="77777777" w:rsidR="00044FAB" w:rsidRDefault="00044FAB" w:rsidP="00EB604A">
      <w:pPr>
        <w:spacing w:after="0" w:line="240" w:lineRule="auto"/>
      </w:pPr>
      <w:r>
        <w:separator/>
      </w:r>
    </w:p>
  </w:endnote>
  <w:endnote w:type="continuationSeparator" w:id="0">
    <w:p w14:paraId="6B46197C" w14:textId="77777777" w:rsidR="00044FAB" w:rsidRDefault="00044FAB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4FED3" w14:textId="77777777" w:rsidR="00EA3D69" w:rsidRPr="00DD1E16" w:rsidRDefault="00EA3D69" w:rsidP="00EA3D6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44E4090D" w:rsidR="00EB604A" w:rsidRPr="00EA3D69" w:rsidRDefault="00EA3D69" w:rsidP="00EA3D69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FCB08" w14:textId="77777777" w:rsidR="00044FAB" w:rsidRDefault="00044FAB" w:rsidP="00EB604A">
      <w:pPr>
        <w:spacing w:after="0" w:line="240" w:lineRule="auto"/>
      </w:pPr>
      <w:r>
        <w:separator/>
      </w:r>
    </w:p>
  </w:footnote>
  <w:footnote w:type="continuationSeparator" w:id="0">
    <w:p w14:paraId="6EDB7677" w14:textId="77777777" w:rsidR="00044FAB" w:rsidRDefault="00044FAB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FAB"/>
    <w:rsid w:val="0006063C"/>
    <w:rsid w:val="000C6962"/>
    <w:rsid w:val="000D3417"/>
    <w:rsid w:val="000D396E"/>
    <w:rsid w:val="0012271C"/>
    <w:rsid w:val="0015074B"/>
    <w:rsid w:val="0029639D"/>
    <w:rsid w:val="00326F90"/>
    <w:rsid w:val="0045046B"/>
    <w:rsid w:val="00452429"/>
    <w:rsid w:val="007C5AA5"/>
    <w:rsid w:val="008439EA"/>
    <w:rsid w:val="008F35A6"/>
    <w:rsid w:val="00AA1D8D"/>
    <w:rsid w:val="00B47730"/>
    <w:rsid w:val="00B93A38"/>
    <w:rsid w:val="00BB1207"/>
    <w:rsid w:val="00C00D71"/>
    <w:rsid w:val="00CB0664"/>
    <w:rsid w:val="00D32392"/>
    <w:rsid w:val="00D560FB"/>
    <w:rsid w:val="00D67B2E"/>
    <w:rsid w:val="00DC3DA7"/>
    <w:rsid w:val="00DD7199"/>
    <w:rsid w:val="00E11473"/>
    <w:rsid w:val="00E530F5"/>
    <w:rsid w:val="00EA3D69"/>
    <w:rsid w:val="00EB604A"/>
    <w:rsid w:val="00F25A55"/>
    <w:rsid w:val="00FB67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2025-05-05T11:20:00Z</dcterms:created>
  <dcterms:modified xsi:type="dcterms:W3CDTF">2025-07-23T09:04:00Z</dcterms:modified>
  <cp:category/>
</cp:coreProperties>
</file>