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86CA8" w14:textId="2DC257FB" w:rsidR="00E11473" w:rsidRDefault="00E11473" w:rsidP="00E11473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E11473">
        <w:rPr>
          <w:rFonts w:ascii="TeachersPet" w:hAnsi="TeachersPet"/>
          <w:noProof/>
          <w:color w:val="000000" w:themeColor="tex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6514C74A">
                <wp:simplePos x="0" y="0"/>
                <wp:positionH relativeFrom="column">
                  <wp:posOffset>-71120</wp:posOffset>
                </wp:positionH>
                <wp:positionV relativeFrom="paragraph">
                  <wp:posOffset>12876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B954CA" id="Rounded Rectangle 1" o:spid="_x0000_s1026" style="position:absolute;margin-left:-5.6pt;margin-top:1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C077mE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369C2542" w14:textId="3AC3A794" w:rsidR="00E11473" w:rsidRPr="00E11473" w:rsidRDefault="00E11473" w:rsidP="00E11473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E11473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33ECD" wp14:editId="4091A9BC">
                <wp:simplePos x="0" y="0"/>
                <wp:positionH relativeFrom="column">
                  <wp:posOffset>-7620</wp:posOffset>
                </wp:positionH>
                <wp:positionV relativeFrom="paragraph">
                  <wp:posOffset>963728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BBDD26" w14:textId="77777777" w:rsidR="000C6962" w:rsidRPr="00452429" w:rsidRDefault="000C6962" w:rsidP="000C6962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33E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6pt;margin-top:75.9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" fillcolor="white [3201]" stroked="f" strokeweight=".5pt">
                <v:textbox>
                  <w:txbxContent>
                    <w:p w14:paraId="56BBDD26" w14:textId="77777777" w:rsidR="000C6962" w:rsidRPr="00452429" w:rsidRDefault="000C6962" w:rsidP="000C6962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E11473">
        <w:rPr>
          <w:rFonts w:ascii="TeachersPet" w:hAnsi="TeachersPet"/>
          <w:color w:val="000000" w:themeColor="text1"/>
          <w:sz w:val="72"/>
          <w:szCs w:val="72"/>
        </w:rPr>
        <w:t>Emergency Contact Information Form</w:t>
      </w:r>
    </w:p>
    <w:p w14:paraId="1F4E22FB" w14:textId="6152A653" w:rsidR="00E11473" w:rsidRPr="00E11473" w:rsidRDefault="00E11473" w:rsidP="00E11473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11473">
        <w:rPr>
          <w:rFonts w:ascii="TeachersPet" w:hAnsi="TeachersPet"/>
          <w:color w:val="000000" w:themeColor="text1"/>
          <w:sz w:val="52"/>
          <w:szCs w:val="52"/>
        </w:rPr>
        <w:t>1. Child Information</w:t>
      </w:r>
    </w:p>
    <w:p w14:paraId="13A0AE09" w14:textId="68759574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Full Name of Child: 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__________</w:t>
      </w:r>
    </w:p>
    <w:p w14:paraId="74450CAF" w14:textId="51EE6292" w:rsid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Date of Birth: 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  Age: 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___  </w:t>
      </w:r>
    </w:p>
    <w:p w14:paraId="16414140" w14:textId="01F377BC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Gender: </w:t>
      </w:r>
      <w:r w:rsidRPr="00E11473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 Male </w:t>
      </w:r>
      <w:r w:rsidRPr="00E11473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 Female </w:t>
      </w:r>
      <w:r w:rsidRPr="00E11473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 Other</w:t>
      </w:r>
    </w:p>
    <w:p w14:paraId="6070EDA5" w14:textId="3D60F53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Class/Room Name: 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____________</w:t>
      </w:r>
    </w:p>
    <w:p w14:paraId="6759B206" w14:textId="5EA92331" w:rsidR="00E11473" w:rsidRPr="00E11473" w:rsidRDefault="00E11473" w:rsidP="00E11473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11473">
        <w:rPr>
          <w:rFonts w:ascii="TeachersPet" w:hAnsi="TeachersPet"/>
          <w:color w:val="000000" w:themeColor="text1"/>
          <w:sz w:val="52"/>
          <w:szCs w:val="52"/>
        </w:rPr>
        <w:t>2. Parent/Guardian Contact Information</w:t>
      </w:r>
    </w:p>
    <w:p w14:paraId="770F7D46" w14:textId="79AEF9EC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Parent/Guardian 1 Name: ______________________________________________________________________</w:t>
      </w:r>
    </w:p>
    <w:p w14:paraId="2845D241" w14:textId="5BD17F44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Relationship to Child: 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</w:t>
      </w:r>
    </w:p>
    <w:p w14:paraId="199FC9C7" w14:textId="39D5518E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Primary Phone: 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 Secondary Phone: 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__________</w:t>
      </w:r>
    </w:p>
    <w:p w14:paraId="220C99AE" w14:textId="65789D6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Email: ________________________________________________________________________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___________</w:t>
      </w:r>
    </w:p>
    <w:p w14:paraId="58707F80" w14:textId="34BFC6A3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br/>
        <w:t>Parent/Guardian 2 Name: ______________________________________________________________________</w:t>
      </w:r>
    </w:p>
    <w:p w14:paraId="6ED842CA" w14:textId="4080E21A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Relationship to Child: 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</w:t>
      </w:r>
    </w:p>
    <w:p w14:paraId="5C95DA60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Primary Phone: 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 Secondary Phone: 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__________</w:t>
      </w:r>
    </w:p>
    <w:p w14:paraId="7BE77CB9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Email: ________________________________________________________________________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___________</w:t>
      </w:r>
    </w:p>
    <w:p w14:paraId="3747FBB6" w14:textId="77777777" w:rsidR="00E11473" w:rsidRPr="00E11473" w:rsidRDefault="00E11473" w:rsidP="00E11473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11473">
        <w:rPr>
          <w:rFonts w:ascii="TeachersPet" w:hAnsi="TeachersPet"/>
          <w:color w:val="000000" w:themeColor="text1"/>
          <w:sz w:val="52"/>
          <w:szCs w:val="52"/>
        </w:rPr>
        <w:t>3. Emergency Contacts (Other than Parents/Guardians)</w:t>
      </w:r>
    </w:p>
    <w:p w14:paraId="5F904DFB" w14:textId="3C9460B8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Contact 1 Name: 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</w:t>
      </w:r>
    </w:p>
    <w:p w14:paraId="00A50BAA" w14:textId="357B3E84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Relationship to Child: 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Phone Number: 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__________</w:t>
      </w:r>
    </w:p>
    <w:p w14:paraId="56BD1BC0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Authorized to Pick Up Child? </w:t>
      </w:r>
      <w:r w:rsidRPr="00E11473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E11473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0749FE0C" w14:textId="57BA90F3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lastRenderedPageBreak/>
        <w:br/>
        <w:t xml:space="preserve">Contact </w:t>
      </w:r>
      <w:r>
        <w:rPr>
          <w:rFonts w:ascii="TeachersPet" w:hAnsi="TeachersPet"/>
          <w:color w:val="000000" w:themeColor="text1"/>
          <w:sz w:val="32"/>
          <w:szCs w:val="32"/>
        </w:rPr>
        <w:t>2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 Name: 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</w:t>
      </w:r>
    </w:p>
    <w:p w14:paraId="3CA3BA72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Relationship to Child: 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Phone Number: 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__________</w:t>
      </w:r>
    </w:p>
    <w:p w14:paraId="70348812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Authorized to Pick Up Child? </w:t>
      </w:r>
      <w:r w:rsidRPr="00E11473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E11473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247C7F2A" w14:textId="2A550085" w:rsidR="00E11473" w:rsidRPr="00E11473" w:rsidRDefault="00E11473" w:rsidP="00E11473">
      <w:pPr>
        <w:rPr>
          <w:rFonts w:ascii="TeachersPet" w:hAnsi="TeachersPet"/>
          <w:color w:val="000000" w:themeColor="text1"/>
          <w:sz w:val="52"/>
          <w:szCs w:val="52"/>
        </w:rPr>
      </w:pPr>
      <w:r w:rsidRPr="00E11473">
        <w:rPr>
          <w:rFonts w:ascii="TeachersPet" w:hAnsi="TeachersPet"/>
          <w:color w:val="000000" w:themeColor="text1"/>
          <w:sz w:val="52"/>
          <w:szCs w:val="52"/>
        </w:rPr>
        <w:t>4. Authorized Pick-Up Persons</w:t>
      </w:r>
    </w:p>
    <w:p w14:paraId="572727E0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List anyone else who is authorized to pick up your child:</w:t>
      </w:r>
    </w:p>
    <w:p w14:paraId="1431B05E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Name: ______________________________ Relationship: ______________ Phone: ______________</w:t>
      </w:r>
    </w:p>
    <w:p w14:paraId="5147C084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Name: ______________________________ Relationship: ______________ Phone: ______________</w:t>
      </w:r>
    </w:p>
    <w:p w14:paraId="48B174E6" w14:textId="77777777" w:rsidR="00E11473" w:rsidRPr="00E11473" w:rsidRDefault="00E11473" w:rsidP="00E11473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11473">
        <w:rPr>
          <w:rFonts w:ascii="TeachersPet" w:hAnsi="TeachersPet"/>
          <w:color w:val="000000" w:themeColor="text1"/>
          <w:sz w:val="52"/>
          <w:szCs w:val="52"/>
        </w:rPr>
        <w:t>5. Consent and Signature</w:t>
      </w:r>
    </w:p>
    <w:p w14:paraId="5ADE7970" w14:textId="77777777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I certify that the above information is correct and will notify the preschool of any changes.</w:t>
      </w:r>
    </w:p>
    <w:p w14:paraId="23E5AE62" w14:textId="114AD919" w:rsidR="00E11473" w:rsidRPr="00E11473" w:rsidRDefault="00E11473" w:rsidP="00E11473">
      <w:pPr>
        <w:rPr>
          <w:rFonts w:ascii="TeachersPet" w:hAnsi="TeachersPet"/>
          <w:color w:val="000000" w:themeColor="text1"/>
          <w:sz w:val="32"/>
          <w:szCs w:val="32"/>
        </w:rPr>
      </w:pPr>
      <w:r w:rsidRPr="00E11473">
        <w:rPr>
          <w:rFonts w:ascii="TeachersPet" w:hAnsi="TeachersPet"/>
          <w:color w:val="000000" w:themeColor="text1"/>
          <w:sz w:val="32"/>
          <w:szCs w:val="32"/>
        </w:rPr>
        <w:t>Signature of Parent/Guardian: 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</w:t>
      </w:r>
      <w:r w:rsidRPr="00E11473">
        <w:rPr>
          <w:rFonts w:ascii="TeachersPet" w:hAnsi="TeachersPet"/>
          <w:color w:val="000000" w:themeColor="text1"/>
          <w:sz w:val="32"/>
          <w:szCs w:val="32"/>
        </w:rPr>
        <w:t>________  Date: _______________</w:t>
      </w:r>
    </w:p>
    <w:p w14:paraId="17081BB0" w14:textId="435EDC8D" w:rsidR="000C6962" w:rsidRPr="00E11473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</w:p>
    <w:sectPr w:rsidR="000C6962" w:rsidRPr="00E11473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AD58D" w14:textId="77777777" w:rsidR="00B81CF8" w:rsidRDefault="00B81CF8" w:rsidP="00EB604A">
      <w:pPr>
        <w:spacing w:after="0" w:line="240" w:lineRule="auto"/>
      </w:pPr>
      <w:r>
        <w:separator/>
      </w:r>
    </w:p>
  </w:endnote>
  <w:endnote w:type="continuationSeparator" w:id="0">
    <w:p w14:paraId="643F4C59" w14:textId="77777777" w:rsidR="00B81CF8" w:rsidRDefault="00B81CF8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D5F14" w14:textId="77777777" w:rsidR="0048089B" w:rsidRPr="00DD1E16" w:rsidRDefault="0048089B" w:rsidP="0048089B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2884ED89" w:rsidR="00EB604A" w:rsidRPr="0048089B" w:rsidRDefault="0048089B" w:rsidP="0048089B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5EECC" w14:textId="77777777" w:rsidR="00B81CF8" w:rsidRDefault="00B81CF8" w:rsidP="00EB604A">
      <w:pPr>
        <w:spacing w:after="0" w:line="240" w:lineRule="auto"/>
      </w:pPr>
      <w:r>
        <w:separator/>
      </w:r>
    </w:p>
  </w:footnote>
  <w:footnote w:type="continuationSeparator" w:id="0">
    <w:p w14:paraId="619A50F2" w14:textId="77777777" w:rsidR="00B81CF8" w:rsidRDefault="00B81CF8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962"/>
    <w:rsid w:val="000D3417"/>
    <w:rsid w:val="000D396E"/>
    <w:rsid w:val="0012271C"/>
    <w:rsid w:val="0015074B"/>
    <w:rsid w:val="0029639D"/>
    <w:rsid w:val="00326F90"/>
    <w:rsid w:val="00452429"/>
    <w:rsid w:val="0048089B"/>
    <w:rsid w:val="005845C3"/>
    <w:rsid w:val="007C5AA5"/>
    <w:rsid w:val="008439EA"/>
    <w:rsid w:val="00AA1D8D"/>
    <w:rsid w:val="00B47730"/>
    <w:rsid w:val="00B81CF8"/>
    <w:rsid w:val="00B93A38"/>
    <w:rsid w:val="00BB1207"/>
    <w:rsid w:val="00CB0664"/>
    <w:rsid w:val="00D32392"/>
    <w:rsid w:val="00D560FB"/>
    <w:rsid w:val="00D62165"/>
    <w:rsid w:val="00D67B2E"/>
    <w:rsid w:val="00DC3DA7"/>
    <w:rsid w:val="00DD7199"/>
    <w:rsid w:val="00E11473"/>
    <w:rsid w:val="00E530F5"/>
    <w:rsid w:val="00EB604A"/>
    <w:rsid w:val="00F25A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2025-05-05T11:06:00Z</dcterms:created>
  <dcterms:modified xsi:type="dcterms:W3CDTF">2025-07-23T09:03:00Z</dcterms:modified>
  <cp:category/>
</cp:coreProperties>
</file>