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26B03" w14:textId="1A8028B4" w:rsidR="00A231F9" w:rsidRPr="004E468E" w:rsidRDefault="00E71B88" w:rsidP="00A231F9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72"/>
          <w:szCs w:val="72"/>
        </w:rPr>
      </w:pPr>
      <w:r w:rsidRPr="004E468E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D7DDDEB" wp14:editId="0B0350A9">
                <wp:simplePos x="0" y="0"/>
                <wp:positionH relativeFrom="column">
                  <wp:posOffset>-71120</wp:posOffset>
                </wp:positionH>
                <wp:positionV relativeFrom="paragraph">
                  <wp:posOffset>12903</wp:posOffset>
                </wp:positionV>
                <wp:extent cx="1488559" cy="1477926"/>
                <wp:effectExtent l="12700" t="12700" r="10160" b="8255"/>
                <wp:wrapSquare wrapText="bothSides"/>
                <wp:docPr id="1295468574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8559" cy="1477926"/>
                        </a:xfrm>
                        <a:prstGeom prst="roundRect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1B977E" id="Rounded Rectangle 1" o:spid="_x0000_s1026" style="position:absolute;margin-left:-5.6pt;margin-top:1pt;width:117.2pt;height:116.3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" fillcolor="white [3201]" strokecolor="black [3200]" strokeweight="2pt">
                <v:stroke dashstyle="1 1"/>
                <w10:wrap type="square"/>
              </v:roundrect>
            </w:pict>
          </mc:Fallback>
        </mc:AlternateContent>
      </w:r>
      <w:r w:rsidR="00A231F9" w:rsidRPr="004E468E">
        <w:rPr>
          <w:rFonts w:ascii="TeachersPet" w:eastAsia="Google Sans Text" w:hAnsi="TeachersPet" w:cs="Google Sans Text"/>
          <w:b/>
          <w:color w:val="1B1C1D"/>
          <w:sz w:val="72"/>
          <w:szCs w:val="72"/>
        </w:rPr>
        <w:t>D</w:t>
      </w:r>
      <w:r w:rsidR="004E468E" w:rsidRPr="004E468E">
        <w:rPr>
          <w:rFonts w:ascii="TeachersPet" w:eastAsia="Google Sans Text" w:hAnsi="TeachersPet" w:cs="Google Sans Text"/>
          <w:b/>
          <w:color w:val="1B1C1D"/>
          <w:sz w:val="72"/>
          <w:szCs w:val="72"/>
        </w:rPr>
        <w:t>evelopment Assessment Record</w:t>
      </w:r>
    </w:p>
    <w:p w14:paraId="3B18510D" w14:textId="44CB8D3C" w:rsidR="00452429" w:rsidRDefault="00A231F9" w:rsidP="00452429">
      <w:pPr>
        <w:pStyle w:val="Title"/>
        <w:rPr>
          <w:rFonts w:ascii="TeachersPet" w:hAnsi="TeachersPet"/>
          <w:color w:val="000000" w:themeColor="text1"/>
          <w:sz w:val="32"/>
          <w:szCs w:val="32"/>
        </w:rPr>
      </w:pPr>
      <w:r w:rsidRPr="004E468E">
        <w:rPr>
          <w:rFonts w:ascii="TeachersPet" w:hAnsi="TeachersPet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5708B" wp14:editId="5B563395">
                <wp:simplePos x="0" y="0"/>
                <wp:positionH relativeFrom="column">
                  <wp:posOffset>-22225</wp:posOffset>
                </wp:positionH>
                <wp:positionV relativeFrom="paragraph">
                  <wp:posOffset>695068</wp:posOffset>
                </wp:positionV>
                <wp:extent cx="1371600" cy="170121"/>
                <wp:effectExtent l="0" t="0" r="0" b="0"/>
                <wp:wrapNone/>
                <wp:docPr id="10971179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701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7A4627E" w14:textId="77777777" w:rsidR="00E71B88" w:rsidRPr="00452429" w:rsidRDefault="00E71B88" w:rsidP="00E71B88">
                            <w:pPr>
                              <w:jc w:val="center"/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452429">
                              <w:rPr>
                                <w:rFonts w:ascii="TeachersPet" w:hAnsi="TeachersPet"/>
                                <w:b/>
                                <w:bCs/>
                                <w:sz w:val="15"/>
                                <w:szCs w:val="15"/>
                              </w:rPr>
                              <w:t>INSERT SCHOOL LOGO/STAMP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15708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75pt;margin-top:54.75pt;width:108pt;height:1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" fillcolor="white [3201]" stroked="f" strokeweight=".5pt">
                <v:textbox>
                  <w:txbxContent>
                    <w:p w14:paraId="17A4627E" w14:textId="77777777" w:rsidR="00E71B88" w:rsidRPr="00452429" w:rsidRDefault="00E71B88" w:rsidP="00E71B88">
                      <w:pPr>
                        <w:jc w:val="center"/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</w:pPr>
                      <w:r w:rsidRPr="00452429">
                        <w:rPr>
                          <w:rFonts w:ascii="TeachersPet" w:hAnsi="TeachersPet"/>
                          <w:b/>
                          <w:bCs/>
                          <w:sz w:val="15"/>
                          <w:szCs w:val="15"/>
                        </w:rPr>
                        <w:t>INSERT SCHOOL LOGO/STAMP HERE</w:t>
                      </w:r>
                    </w:p>
                  </w:txbxContent>
                </v:textbox>
              </v:shape>
            </w:pict>
          </mc:Fallback>
        </mc:AlternateContent>
      </w:r>
    </w:p>
    <w:p w14:paraId="015BF77D" w14:textId="77777777" w:rsidR="004E468E" w:rsidRPr="004E468E" w:rsidRDefault="004E468E" w:rsidP="004E468E"/>
    <w:p w14:paraId="5E5E4812" w14:textId="77777777" w:rsidR="004E468E" w:rsidRDefault="004E468E" w:rsidP="004E468E">
      <w:pPr>
        <w:rPr>
          <w:rFonts w:ascii="TeachersPet" w:eastAsiaTheme="majorEastAsia" w:hAnsi="TeachersPet" w:cstheme="majorBidi"/>
          <w:noProof/>
          <w:color w:val="000000" w:themeColor="text1"/>
          <w:spacing w:val="5"/>
          <w:kern w:val="28"/>
          <w:sz w:val="32"/>
          <w:szCs w:val="32"/>
        </w:rPr>
      </w:pPr>
    </w:p>
    <w:p w14:paraId="7F43FE64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Child's Name:</w:t>
      </w:r>
    </w:p>
    <w:p w14:paraId="6E833C89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Date of Birth:</w:t>
      </w:r>
    </w:p>
    <w:p w14:paraId="3BB63780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Age:</w:t>
      </w:r>
    </w:p>
    <w:p w14:paraId="587BFA59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Date of Assessment:</w:t>
      </w:r>
    </w:p>
    <w:p w14:paraId="274001CC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Assessor's Name:</w:t>
      </w:r>
    </w:p>
    <w:p w14:paraId="5D91C44D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Early Learning Development Areas (ELDAs)</w:t>
      </w:r>
    </w:p>
    <w:p w14:paraId="3C24ABF8" w14:textId="77777777" w:rsidR="004E468E" w:rsidRPr="00F75B04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eastAsia="Google Sans Text" w:hAnsi="TeachersPet" w:cs="Google Sans Text"/>
          <w:color w:val="1B1C1D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(Based on the National Curriculum Framework for Early Childhood Development)</w:t>
      </w:r>
    </w:p>
    <w:p w14:paraId="65E61572" w14:textId="77777777" w:rsidR="004E468E" w:rsidRPr="00790543" w:rsidRDefault="004E468E" w:rsidP="004E468E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40"/>
          <w:szCs w:val="40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ELDA 1: Well-being</w:t>
      </w:r>
    </w:p>
    <w:p w14:paraId="46D193C6" w14:textId="77777777" w:rsidR="004E468E" w:rsidRPr="00F75B04" w:rsidRDefault="004E468E" w:rsidP="004E468E">
      <w:pPr>
        <w:widowControl w:val="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Physical Health:</w:t>
      </w:r>
    </w:p>
    <w:p w14:paraId="711EF934" w14:textId="77777777" w:rsidR="004E468E" w:rsidRPr="00F75B04" w:rsidRDefault="004E468E" w:rsidP="004E468E">
      <w:pPr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Displays adequate energy levels: (Yes/No)</w:t>
      </w:r>
    </w:p>
    <w:p w14:paraId="4C4B3DC5" w14:textId="77777777" w:rsidR="004E468E" w:rsidRPr="00F75B04" w:rsidRDefault="004E468E" w:rsidP="004E468E">
      <w:pPr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Demonstrates gross motor skills (e.g., running, jumping): (Emerging/Developing/Achieved)</w:t>
      </w:r>
    </w:p>
    <w:p w14:paraId="7D8D8E65" w14:textId="77777777" w:rsidR="004E468E" w:rsidRPr="00F75B04" w:rsidRDefault="004E468E" w:rsidP="004E468E">
      <w:pPr>
        <w:widowControl w:val="0"/>
        <w:numPr>
          <w:ilvl w:val="2"/>
          <w:numId w:val="3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Demonstrates fine motor skills (e.g., drawing, using utensils): (Emerging/Developing/Achieved)</w:t>
      </w:r>
    </w:p>
    <w:p w14:paraId="3A9CC51C" w14:textId="77777777" w:rsidR="004E468E" w:rsidRPr="00F75B04" w:rsidRDefault="004E468E" w:rsidP="004E468E">
      <w:pPr>
        <w:widowControl w:val="0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Emotional Well-being:</w:t>
      </w:r>
    </w:p>
    <w:p w14:paraId="2B4285C9" w14:textId="77777777" w:rsidR="004E468E" w:rsidRPr="00F75B04" w:rsidRDefault="004E468E" w:rsidP="004E468E">
      <w:pPr>
        <w:widowControl w:val="0"/>
        <w:numPr>
          <w:ilvl w:val="2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Expresses a range of emotions appropriately: (Emerging/Developing/Achieved)</w:t>
      </w:r>
    </w:p>
    <w:p w14:paraId="321335DB" w14:textId="77777777" w:rsidR="004E468E" w:rsidRPr="00F75B04" w:rsidRDefault="004E468E" w:rsidP="004E468E">
      <w:pPr>
        <w:widowControl w:val="0"/>
        <w:numPr>
          <w:ilvl w:val="2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Demonstrates self-regulation: (Emerging/Developing/Achieved)</w:t>
      </w:r>
    </w:p>
    <w:p w14:paraId="2605D120" w14:textId="77777777" w:rsidR="004E468E" w:rsidRPr="00F75B04" w:rsidRDefault="004E468E" w:rsidP="004E468E">
      <w:pPr>
        <w:widowControl w:val="0"/>
        <w:numPr>
          <w:ilvl w:val="2"/>
          <w:numId w:val="3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Shows confidence in familiar situations: (Emerging/Developing/Achieved)</w:t>
      </w:r>
    </w:p>
    <w:p w14:paraId="483485CD" w14:textId="77777777" w:rsidR="004E468E" w:rsidRPr="00790543" w:rsidRDefault="004E468E" w:rsidP="004E468E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40"/>
          <w:szCs w:val="40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ELDA 2: Identity and Belonging</w:t>
      </w:r>
    </w:p>
    <w:p w14:paraId="21FDE6C3" w14:textId="77777777" w:rsidR="004E468E" w:rsidRPr="00F75B04" w:rsidRDefault="004E468E" w:rsidP="004E468E">
      <w:pPr>
        <w:widowControl w:val="0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Self-Awareness:</w:t>
      </w:r>
    </w:p>
    <w:p w14:paraId="248A7FCA" w14:textId="77777777" w:rsidR="004E468E" w:rsidRPr="00F75B04" w:rsidRDefault="004E468E" w:rsidP="004E468E">
      <w:pPr>
        <w:widowControl w:val="0"/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Recognizes own name and age: (Yes/No)</w:t>
      </w:r>
    </w:p>
    <w:p w14:paraId="70551DA7" w14:textId="77777777" w:rsidR="004E468E" w:rsidRPr="00F75B04" w:rsidRDefault="004E468E" w:rsidP="004E468E">
      <w:pPr>
        <w:widowControl w:val="0"/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Expresses own preferences: (Emerging/Developing/Achieved)</w:t>
      </w:r>
    </w:p>
    <w:p w14:paraId="0C5F957E" w14:textId="77777777" w:rsidR="004E468E" w:rsidRPr="00F75B04" w:rsidRDefault="004E468E" w:rsidP="004E468E">
      <w:pPr>
        <w:widowControl w:val="0"/>
        <w:numPr>
          <w:ilvl w:val="2"/>
          <w:numId w:val="38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Shows awareness of gender and cultural identity: (Emerging/Developing/Achieved)</w:t>
      </w:r>
    </w:p>
    <w:p w14:paraId="49F6C5FC" w14:textId="77777777" w:rsidR="004E468E" w:rsidRPr="00F75B04" w:rsidRDefault="004E468E" w:rsidP="004E468E">
      <w:pPr>
        <w:widowControl w:val="0"/>
        <w:numPr>
          <w:ilvl w:val="1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Social Awareness:</w:t>
      </w:r>
    </w:p>
    <w:p w14:paraId="1B162BC4" w14:textId="77777777" w:rsidR="004E468E" w:rsidRPr="00F75B04" w:rsidRDefault="004E468E" w:rsidP="004E468E">
      <w:pPr>
        <w:widowControl w:val="0"/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Interacts positively with peers: (Emerging/Developing/Achieved)</w:t>
      </w:r>
    </w:p>
    <w:p w14:paraId="3C99C22A" w14:textId="77777777" w:rsidR="004E468E" w:rsidRPr="00F75B04" w:rsidRDefault="004E468E" w:rsidP="004E468E">
      <w:pPr>
        <w:widowControl w:val="0"/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Participates in group activities: (Emerging/Developing/Achieved)</w:t>
      </w:r>
    </w:p>
    <w:p w14:paraId="71BA956E" w14:textId="77777777" w:rsidR="004E468E" w:rsidRPr="00F75B04" w:rsidRDefault="004E468E" w:rsidP="004E468E">
      <w:pPr>
        <w:widowControl w:val="0"/>
        <w:numPr>
          <w:ilvl w:val="2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lastRenderedPageBreak/>
        <w:t>Respects diversity: (Emerging/Developing/Achieved)</w:t>
      </w:r>
    </w:p>
    <w:p w14:paraId="1E038470" w14:textId="77777777" w:rsidR="004E468E" w:rsidRPr="00790543" w:rsidRDefault="004E468E" w:rsidP="004E468E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40"/>
          <w:szCs w:val="40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ELDA 3: Communication</w:t>
      </w:r>
    </w:p>
    <w:p w14:paraId="07FC90B0" w14:textId="77777777" w:rsidR="004E468E" w:rsidRPr="00F75B04" w:rsidRDefault="004E468E" w:rsidP="004E468E">
      <w:pPr>
        <w:widowControl w:val="0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Language Comprehension:</w:t>
      </w:r>
    </w:p>
    <w:p w14:paraId="7F4754CC" w14:textId="77777777" w:rsidR="004E468E" w:rsidRPr="00F75B04" w:rsidRDefault="004E468E" w:rsidP="004E468E">
      <w:pPr>
        <w:widowControl w:val="0"/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Understands simple instructions: (Yes/No)</w:t>
      </w:r>
    </w:p>
    <w:p w14:paraId="6E8D2465" w14:textId="77777777" w:rsidR="004E468E" w:rsidRPr="00F75B04" w:rsidRDefault="004E468E" w:rsidP="004E468E">
      <w:pPr>
        <w:widowControl w:val="0"/>
        <w:numPr>
          <w:ilvl w:val="2"/>
          <w:numId w:val="4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Follows multi-step directions: (Emerging/Developing/Achieved)</w:t>
      </w:r>
    </w:p>
    <w:p w14:paraId="37BA347F" w14:textId="77777777" w:rsidR="004E468E" w:rsidRPr="00F75B04" w:rsidRDefault="004E468E" w:rsidP="004E468E">
      <w:pPr>
        <w:widowControl w:val="0"/>
        <w:numPr>
          <w:ilvl w:val="1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Language Expression:</w:t>
      </w:r>
    </w:p>
    <w:p w14:paraId="7D7CC513" w14:textId="77777777" w:rsidR="004E468E" w:rsidRPr="00F75B04" w:rsidRDefault="004E468E" w:rsidP="004E468E">
      <w:pPr>
        <w:widowControl w:val="0"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Uses vocabulary appropriately: (Emerging/Developing/Achieved)</w:t>
      </w:r>
    </w:p>
    <w:p w14:paraId="36A15B0C" w14:textId="77777777" w:rsidR="004E468E" w:rsidRPr="00F75B04" w:rsidRDefault="004E468E" w:rsidP="004E468E">
      <w:pPr>
        <w:widowControl w:val="0"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Speaks in complete sentences: (Emerging/Developing/Achieved)</w:t>
      </w:r>
    </w:p>
    <w:p w14:paraId="672E9979" w14:textId="77777777" w:rsidR="004E468E" w:rsidRPr="00F75B04" w:rsidRDefault="004E468E" w:rsidP="004E468E">
      <w:pPr>
        <w:widowControl w:val="0"/>
        <w:numPr>
          <w:ilvl w:val="2"/>
          <w:numId w:val="4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Communicates needs and ideas effectively: (Emerging/Developing/Achieved)</w:t>
      </w:r>
    </w:p>
    <w:p w14:paraId="01C2A70E" w14:textId="77777777" w:rsidR="004E468E" w:rsidRPr="00790543" w:rsidRDefault="004E468E" w:rsidP="004E468E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40"/>
          <w:szCs w:val="40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ELDA 4: Exploring Mathematics</w:t>
      </w:r>
    </w:p>
    <w:p w14:paraId="238F6D60" w14:textId="77777777" w:rsidR="004E468E" w:rsidRPr="00F75B04" w:rsidRDefault="004E468E" w:rsidP="004E468E">
      <w:pPr>
        <w:widowControl w:val="0"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Number Sense:</w:t>
      </w:r>
    </w:p>
    <w:p w14:paraId="5063B293" w14:textId="77777777" w:rsidR="004E468E" w:rsidRPr="00F75B04" w:rsidRDefault="004E468E" w:rsidP="004E468E">
      <w:pPr>
        <w:widowControl w:val="0"/>
        <w:numPr>
          <w:ilvl w:val="2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Counts reliably up to 10: (Yes/No)</w:t>
      </w:r>
    </w:p>
    <w:p w14:paraId="1BC692D0" w14:textId="77777777" w:rsidR="004E468E" w:rsidRPr="00F75B04" w:rsidRDefault="004E468E" w:rsidP="004E468E">
      <w:pPr>
        <w:widowControl w:val="0"/>
        <w:numPr>
          <w:ilvl w:val="2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Recognizes numbers 1-10: (Emerging/Developing/Achieved)</w:t>
      </w:r>
    </w:p>
    <w:p w14:paraId="2BFAEE23" w14:textId="77777777" w:rsidR="004E468E" w:rsidRPr="00F75B04" w:rsidRDefault="004E468E" w:rsidP="004E468E">
      <w:pPr>
        <w:widowControl w:val="0"/>
        <w:numPr>
          <w:ilvl w:val="2"/>
          <w:numId w:val="44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Understands the concept of more/less: (Emerging/Developing/Achieved)</w:t>
      </w:r>
    </w:p>
    <w:p w14:paraId="548E6D82" w14:textId="77777777" w:rsidR="004E468E" w:rsidRPr="00F75B04" w:rsidRDefault="004E468E" w:rsidP="004E468E">
      <w:pPr>
        <w:widowControl w:val="0"/>
        <w:numPr>
          <w:ilvl w:val="1"/>
          <w:numId w:val="4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Shape and Space:</w:t>
      </w:r>
    </w:p>
    <w:p w14:paraId="770C084A" w14:textId="77777777" w:rsidR="004E468E" w:rsidRPr="00F75B04" w:rsidRDefault="004E468E" w:rsidP="004E468E">
      <w:pPr>
        <w:widowControl w:val="0"/>
        <w:numPr>
          <w:ilvl w:val="2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Identifies basic shapes: (Emerging/Developing/Achieved)</w:t>
      </w:r>
    </w:p>
    <w:p w14:paraId="23A6E696" w14:textId="77777777" w:rsidR="004E468E" w:rsidRPr="00F75B04" w:rsidRDefault="004E468E" w:rsidP="004E468E">
      <w:pPr>
        <w:widowControl w:val="0"/>
        <w:numPr>
          <w:ilvl w:val="2"/>
          <w:numId w:val="45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Understands spatial concepts (e.g., in, on, under): (Emerging/Developing/Achieved)</w:t>
      </w:r>
    </w:p>
    <w:p w14:paraId="54E8CAF4" w14:textId="77777777" w:rsidR="004E468E" w:rsidRPr="00790543" w:rsidRDefault="004E468E" w:rsidP="004E468E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40"/>
          <w:szCs w:val="40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ELDA 5: Creativity</w:t>
      </w:r>
    </w:p>
    <w:p w14:paraId="01BED0E8" w14:textId="77777777" w:rsidR="004E468E" w:rsidRPr="00F75B04" w:rsidRDefault="004E468E" w:rsidP="004E468E">
      <w:pPr>
        <w:widowControl w:val="0"/>
        <w:numPr>
          <w:ilvl w:val="1"/>
          <w:numId w:val="46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Creative Expression:</w:t>
      </w:r>
    </w:p>
    <w:p w14:paraId="1060F4BA" w14:textId="77777777" w:rsidR="004E468E" w:rsidRPr="00F75B04" w:rsidRDefault="004E468E" w:rsidP="004E468E">
      <w:pPr>
        <w:widowControl w:val="0"/>
        <w:numPr>
          <w:ilvl w:val="2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Engages in imaginative play: (Emerging/Developing/Achieved)</w:t>
      </w:r>
    </w:p>
    <w:p w14:paraId="72994FFF" w14:textId="77777777" w:rsidR="004E468E" w:rsidRPr="00F75B04" w:rsidRDefault="004E468E" w:rsidP="004E468E">
      <w:pPr>
        <w:widowControl w:val="0"/>
        <w:numPr>
          <w:ilvl w:val="2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Uses a variety of art materials: (Emerging/Developing/Achieved)</w:t>
      </w:r>
    </w:p>
    <w:p w14:paraId="7E9EE4F7" w14:textId="77777777" w:rsidR="004E468E" w:rsidRPr="00F75B04" w:rsidRDefault="004E468E" w:rsidP="004E468E">
      <w:pPr>
        <w:widowControl w:val="0"/>
        <w:numPr>
          <w:ilvl w:val="2"/>
          <w:numId w:val="47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Expresses ideas creatively through movement, music, and art: (Emerging/Developing/Achieved)</w:t>
      </w:r>
    </w:p>
    <w:p w14:paraId="30C2D72F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Additional Notes:</w:t>
      </w:r>
    </w:p>
    <w:p w14:paraId="3DC5FEDD" w14:textId="77777777" w:rsidR="004E468E" w:rsidRPr="00F75B04" w:rsidRDefault="004E468E" w:rsidP="004E468E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Record any specific observations or concerns.</w:t>
      </w:r>
    </w:p>
    <w:p w14:paraId="6FCF477D" w14:textId="77777777" w:rsidR="004E468E" w:rsidRPr="00F75B04" w:rsidRDefault="004E468E" w:rsidP="004E468E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Document the child's strengths and areas where they may need additional support.</w:t>
      </w:r>
    </w:p>
    <w:p w14:paraId="7DF67321" w14:textId="77777777" w:rsidR="004E468E" w:rsidRPr="00790543" w:rsidRDefault="004E468E" w:rsidP="004E468E">
      <w:pPr>
        <w:widowControl w:val="0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Consider any cultural factors or individual differences that may affect the child's development.</w:t>
      </w:r>
    </w:p>
    <w:p w14:paraId="7A6385B0" w14:textId="1B16B166" w:rsidR="00790543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eastAsia="Google Sans Text" w:hAnsi="TeachersPet" w:cs="Google Sans Text"/>
          <w:color w:val="1B1C1D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________________________________________________________________________________________________________________________________________________________________________________________</w:t>
      </w:r>
    </w:p>
    <w:p w14:paraId="31B58EEC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05233EFB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3433C4C1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410FE1FA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195D00B3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2E4C0E13" w14:textId="77777777" w:rsidR="00790543" w:rsidRPr="00F75B04" w:rsidRDefault="00790543" w:rsidP="00790543">
      <w:pPr>
        <w:widowControl w:val="0"/>
        <w:pBdr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</w:p>
    <w:p w14:paraId="72ABA867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Recommendations:</w:t>
      </w:r>
    </w:p>
    <w:p w14:paraId="3E687B84" w14:textId="77777777" w:rsidR="004E468E" w:rsidRPr="00F75B04" w:rsidRDefault="004E468E" w:rsidP="004E468E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Suggestions for activities to support the child's development.</w:t>
      </w:r>
    </w:p>
    <w:p w14:paraId="495759C9" w14:textId="77777777" w:rsidR="004E468E" w:rsidRPr="00790543" w:rsidRDefault="004E468E" w:rsidP="004E468E">
      <w:pPr>
        <w:widowControl w:val="0"/>
        <w:numPr>
          <w:ilvl w:val="0"/>
          <w:numId w:val="32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Referrals to specialists if necessary.</w:t>
      </w:r>
    </w:p>
    <w:p w14:paraId="1060DA62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 w:rsidRPr="00790543"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0952BF30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467D57CC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519E1243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382F766C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0FDEDE29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73FD84F6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7B5B48AB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</w:p>
    <w:p w14:paraId="371C3DE6" w14:textId="77777777" w:rsidR="004E468E" w:rsidRPr="00790543" w:rsidRDefault="004E468E" w:rsidP="004E468E">
      <w:pPr>
        <w:pBdr>
          <w:top w:val="nil"/>
          <w:left w:val="nil"/>
          <w:bottom w:val="nil"/>
          <w:right w:val="nil"/>
          <w:between w:val="nil"/>
        </w:pBdr>
        <w:spacing w:before="120" w:after="120" w:line="275" w:lineRule="auto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  <w:r w:rsidRPr="00790543">
        <w:rPr>
          <w:rFonts w:ascii="TeachersPet" w:eastAsia="Google Sans Text" w:hAnsi="TeachersPet" w:cs="Google Sans Text"/>
          <w:b/>
          <w:color w:val="1B1C1D"/>
          <w:sz w:val="40"/>
          <w:szCs w:val="36"/>
        </w:rPr>
        <w:t>Overall Development:</w:t>
      </w:r>
    </w:p>
    <w:p w14:paraId="517F7E24" w14:textId="77777777" w:rsidR="004E468E" w:rsidRPr="00F75B04" w:rsidRDefault="004E468E" w:rsidP="004E468E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Summarize the child's overall developmental progress.</w:t>
      </w:r>
    </w:p>
    <w:p w14:paraId="2316FFE6" w14:textId="77777777" w:rsidR="004E468E" w:rsidRPr="00790543" w:rsidRDefault="004E468E" w:rsidP="004E468E">
      <w:pPr>
        <w:widowControl w:val="0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120" w:line="275" w:lineRule="auto"/>
        <w:rPr>
          <w:rFonts w:ascii="TeachersPet" w:hAnsi="TeachersPet"/>
          <w:sz w:val="32"/>
          <w:szCs w:val="32"/>
        </w:rPr>
      </w:pPr>
      <w:r w:rsidRPr="00F75B04">
        <w:rPr>
          <w:rFonts w:ascii="TeachersPet" w:eastAsia="Google Sans Text" w:hAnsi="TeachersPet" w:cs="Google Sans Text"/>
          <w:color w:val="1B1C1D"/>
          <w:sz w:val="32"/>
          <w:szCs w:val="32"/>
        </w:rPr>
        <w:t>Indicate if the child is developing at an expected rate for their age.</w:t>
      </w:r>
    </w:p>
    <w:p w14:paraId="6D947F23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 w:rsidRPr="00790543"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</w:t>
      </w: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0F0F4C33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58EAE7B7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46C8313F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09160898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2D54665E" w14:textId="77777777" w:rsidR="00790543" w:rsidRPr="00F75B04" w:rsidRDefault="00790543" w:rsidP="0079054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20" w:line="275" w:lineRule="auto"/>
        <w:ind w:left="105"/>
        <w:rPr>
          <w:rFonts w:ascii="TeachersPet" w:hAnsi="TeachersPet"/>
          <w:sz w:val="32"/>
          <w:szCs w:val="32"/>
        </w:rPr>
      </w:pPr>
      <w:r>
        <w:rPr>
          <w:rFonts w:ascii="TeachersPet" w:eastAsia="Google Sans Text" w:hAnsi="TeachersPet" w:cs="Google Sans Text"/>
          <w:color w:val="1B1C1D"/>
          <w:sz w:val="32"/>
          <w:szCs w:val="32"/>
        </w:rPr>
        <w:t>____________________________________________________________________________________________</w:t>
      </w:r>
    </w:p>
    <w:p w14:paraId="4B295076" w14:textId="77777777" w:rsidR="00790543" w:rsidRPr="00790543" w:rsidRDefault="004E468E" w:rsidP="007905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120" w:after="240" w:line="275" w:lineRule="auto"/>
        <w:jc w:val="center"/>
        <w:rPr>
          <w:rFonts w:ascii="TeachersPet" w:eastAsia="Google Sans Text" w:hAnsi="TeachersPet" w:cs="Google Sans Text"/>
          <w:b/>
          <w:bCs/>
          <w:color w:val="1B1C1D"/>
          <w:sz w:val="32"/>
          <w:szCs w:val="32"/>
        </w:rPr>
      </w:pPr>
      <w:r w:rsidRPr="00790543">
        <w:rPr>
          <w:rFonts w:ascii="TeachersPet" w:eastAsia="Google Sans Text" w:hAnsi="TeachersPet" w:cs="Google Sans Text"/>
          <w:b/>
          <w:bCs/>
          <w:color w:val="1B1C1D"/>
          <w:sz w:val="32"/>
          <w:szCs w:val="32"/>
        </w:rPr>
        <w:t>(Emerging: The child is beginning to develop this skill.)</w:t>
      </w:r>
    </w:p>
    <w:p w14:paraId="477031B6" w14:textId="49227D2F" w:rsidR="004E468E" w:rsidRPr="00790543" w:rsidRDefault="004E468E" w:rsidP="007905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before="120" w:after="240" w:line="275" w:lineRule="auto"/>
        <w:jc w:val="center"/>
        <w:rPr>
          <w:rFonts w:ascii="TeachersPet" w:eastAsia="Google Sans Text" w:hAnsi="TeachersPet" w:cs="Google Sans Text"/>
          <w:b/>
          <w:bCs/>
          <w:color w:val="1B1C1D"/>
          <w:sz w:val="32"/>
          <w:szCs w:val="32"/>
        </w:rPr>
      </w:pPr>
      <w:r w:rsidRPr="00790543">
        <w:rPr>
          <w:rFonts w:ascii="TeachersPet" w:eastAsia="Google Sans Text" w:hAnsi="TeachersPet" w:cs="Google Sans Text"/>
          <w:b/>
          <w:bCs/>
          <w:color w:val="1B1C1D"/>
          <w:sz w:val="32"/>
          <w:szCs w:val="32"/>
        </w:rPr>
        <w:t>(Developing: The child is developing this skill but may still need support.)</w:t>
      </w:r>
    </w:p>
    <w:p w14:paraId="362FEE9B" w14:textId="77777777" w:rsidR="004E468E" w:rsidRPr="00790543" w:rsidRDefault="004E468E" w:rsidP="0079054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nil"/>
        </w:pBdr>
        <w:spacing w:after="240" w:line="275" w:lineRule="auto"/>
        <w:jc w:val="center"/>
        <w:rPr>
          <w:rFonts w:ascii="TeachersPet" w:eastAsia="Google Sans Text" w:hAnsi="TeachersPet" w:cs="Google Sans Text"/>
          <w:b/>
          <w:bCs/>
          <w:color w:val="1B1C1D"/>
          <w:sz w:val="32"/>
          <w:szCs w:val="32"/>
        </w:rPr>
      </w:pPr>
      <w:r w:rsidRPr="00790543">
        <w:rPr>
          <w:rFonts w:ascii="TeachersPet" w:eastAsia="Google Sans Text" w:hAnsi="TeachersPet" w:cs="Google Sans Text"/>
          <w:b/>
          <w:bCs/>
          <w:color w:val="1B1C1D"/>
          <w:sz w:val="32"/>
          <w:szCs w:val="32"/>
        </w:rPr>
        <w:t>(Achieved: The child consistently demonstrates this skill.)</w:t>
      </w:r>
    </w:p>
    <w:p w14:paraId="29E2DCF9" w14:textId="77777777" w:rsidR="004E468E" w:rsidRPr="004E468E" w:rsidRDefault="004E468E" w:rsidP="004E468E"/>
    <w:p w14:paraId="7ED2A20C" w14:textId="77777777" w:rsidR="00B34487" w:rsidRPr="004E468E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6949D178" w14:textId="77777777" w:rsidR="00B34487" w:rsidRPr="004E468E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27ABAEE3" w14:textId="77777777" w:rsidR="00B34487" w:rsidRPr="004E468E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24D6A2B8" w14:textId="77777777" w:rsidR="00B34487" w:rsidRPr="004E468E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380C127F" w14:textId="77777777" w:rsidR="00B34487" w:rsidRPr="004E468E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2406EEF5" w14:textId="5D21F204" w:rsidR="00B34487" w:rsidRPr="004E468E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47066303" w14:textId="77777777" w:rsidR="00B34487" w:rsidRPr="004E468E" w:rsidRDefault="00B34487" w:rsidP="00B34487">
      <w:pPr>
        <w:pBdr>
          <w:top w:val="nil"/>
          <w:left w:val="nil"/>
          <w:bottom w:val="nil"/>
          <w:right w:val="nil"/>
          <w:between w:val="nil"/>
        </w:pBdr>
        <w:spacing w:before="120" w:after="240" w:line="275" w:lineRule="auto"/>
        <w:ind w:left="105"/>
        <w:rPr>
          <w:rFonts w:ascii="TeachersPet" w:eastAsia="Google Sans Text" w:hAnsi="TeachersPet" w:cs="Google Sans Text"/>
          <w:b/>
          <w:color w:val="1B1C1D"/>
          <w:sz w:val="40"/>
          <w:szCs w:val="36"/>
        </w:rPr>
      </w:pPr>
    </w:p>
    <w:p w14:paraId="3F60965E" w14:textId="65DFA0C5" w:rsidR="00EB604A" w:rsidRPr="004E468E" w:rsidRDefault="00EB604A" w:rsidP="00452429">
      <w:pPr>
        <w:spacing w:line="240" w:lineRule="auto"/>
        <w:rPr>
          <w:rFonts w:ascii="TeachersPet" w:hAnsi="TeachersPet"/>
          <w:color w:val="000000" w:themeColor="text1"/>
          <w:sz w:val="32"/>
          <w:szCs w:val="32"/>
        </w:rPr>
      </w:pPr>
    </w:p>
    <w:sectPr w:rsidR="00EB604A" w:rsidRPr="004E468E" w:rsidSect="00EB604A">
      <w:footerReference w:type="default" r:id="rId8"/>
      <w:pgSz w:w="12240" w:h="15840"/>
      <w:pgMar w:top="720" w:right="720" w:bottom="720" w:left="720" w:header="72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EC7A8" w14:textId="77777777" w:rsidR="00FA6C0A" w:rsidRDefault="00FA6C0A" w:rsidP="00EB604A">
      <w:pPr>
        <w:spacing w:after="0" w:line="240" w:lineRule="auto"/>
      </w:pPr>
      <w:r>
        <w:separator/>
      </w:r>
    </w:p>
  </w:endnote>
  <w:endnote w:type="continuationSeparator" w:id="0">
    <w:p w14:paraId="70E8C1A5" w14:textId="77777777" w:rsidR="00FA6C0A" w:rsidRDefault="00FA6C0A" w:rsidP="00EB6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achersPe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Google Sans Text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Visby CF">
    <w:panose1 w:val="00000000000000000000"/>
    <w:charset w:val="4D"/>
    <w:family w:val="auto"/>
    <w:notTrueType/>
    <w:pitch w:val="variable"/>
    <w:sig w:usb0="A00002FF" w:usb1="4000205A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67EFF" w14:textId="77777777" w:rsidR="00A25886" w:rsidRPr="00DD1E16" w:rsidRDefault="00A25886" w:rsidP="00A25886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CC BY-NC 4.0 License</w:t>
    </w:r>
  </w:p>
  <w:p w14:paraId="0D2DC817" w14:textId="4AA2F5BC" w:rsidR="00EB604A" w:rsidRPr="00A25886" w:rsidRDefault="00A25886" w:rsidP="00A25886">
    <w:pPr>
      <w:pStyle w:val="Footer"/>
      <w:jc w:val="center"/>
      <w:rPr>
        <w:rFonts w:ascii="Visby CF" w:hAnsi="Visby CF"/>
        <w:b/>
        <w:bCs/>
        <w:sz w:val="18"/>
        <w:szCs w:val="18"/>
      </w:rPr>
    </w:pPr>
    <w:r w:rsidRPr="00DD1E16">
      <w:rPr>
        <w:rFonts w:ascii="Visby CF" w:hAnsi="Visby CF"/>
        <w:b/>
        <w:bCs/>
        <w:sz w:val="18"/>
        <w:szCs w:val="18"/>
      </w:rPr>
      <w:t>You are free to copy, remix, transform, build upon</w:t>
    </w:r>
    <w:r>
      <w:rPr>
        <w:rFonts w:ascii="Visby CF" w:hAnsi="Visby CF"/>
        <w:b/>
        <w:bCs/>
        <w:sz w:val="18"/>
        <w:szCs w:val="18"/>
      </w:rPr>
      <w:t>,</w:t>
    </w:r>
    <w:r w:rsidRPr="00DD1E16">
      <w:rPr>
        <w:rFonts w:ascii="Visby CF" w:hAnsi="Visby CF"/>
        <w:b/>
        <w:bCs/>
        <w:sz w:val="18"/>
        <w:szCs w:val="18"/>
      </w:rPr>
      <w:t xml:space="preserve"> and redistribute this material for NONCOMMERCIAL purposes only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9F59AD" w14:textId="77777777" w:rsidR="00FA6C0A" w:rsidRDefault="00FA6C0A" w:rsidP="00EB604A">
      <w:pPr>
        <w:spacing w:after="0" w:line="240" w:lineRule="auto"/>
      </w:pPr>
      <w:r>
        <w:separator/>
      </w:r>
    </w:p>
  </w:footnote>
  <w:footnote w:type="continuationSeparator" w:id="0">
    <w:p w14:paraId="71FDA870" w14:textId="77777777" w:rsidR="00FA6C0A" w:rsidRDefault="00FA6C0A" w:rsidP="00EB6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14163"/>
    <w:multiLevelType w:val="multilevel"/>
    <w:tmpl w:val="851E73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 w15:restartNumberingAfterBreak="0">
    <w:nsid w:val="06A17464"/>
    <w:multiLevelType w:val="multilevel"/>
    <w:tmpl w:val="CB6EDB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 w15:restartNumberingAfterBreak="0">
    <w:nsid w:val="08A313BC"/>
    <w:multiLevelType w:val="multilevel"/>
    <w:tmpl w:val="8D2EC5B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0D5D4EAB"/>
    <w:multiLevelType w:val="multilevel"/>
    <w:tmpl w:val="8A72AD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 w15:restartNumberingAfterBreak="0">
    <w:nsid w:val="0E2149FB"/>
    <w:multiLevelType w:val="multilevel"/>
    <w:tmpl w:val="D1DC63D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 w15:restartNumberingAfterBreak="0">
    <w:nsid w:val="1446775D"/>
    <w:multiLevelType w:val="multilevel"/>
    <w:tmpl w:val="E092F5F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 w15:restartNumberingAfterBreak="0">
    <w:nsid w:val="1CC734EC"/>
    <w:multiLevelType w:val="multilevel"/>
    <w:tmpl w:val="113223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 w15:restartNumberingAfterBreak="0">
    <w:nsid w:val="218C26E4"/>
    <w:multiLevelType w:val="multilevel"/>
    <w:tmpl w:val="57B2B2F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224017A0"/>
    <w:multiLevelType w:val="multilevel"/>
    <w:tmpl w:val="05B8DC0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 w15:restartNumberingAfterBreak="0">
    <w:nsid w:val="29153F09"/>
    <w:multiLevelType w:val="multilevel"/>
    <w:tmpl w:val="F870A7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2B6C151D"/>
    <w:multiLevelType w:val="hybridMultilevel"/>
    <w:tmpl w:val="6FE62FB8"/>
    <w:lvl w:ilvl="0" w:tplc="8E5E1ECA">
      <w:start w:val="28"/>
      <w:numFmt w:val="bullet"/>
      <w:lvlText w:val="-"/>
      <w:lvlJc w:val="left"/>
      <w:pPr>
        <w:ind w:left="720" w:hanging="360"/>
      </w:pPr>
      <w:rPr>
        <w:rFonts w:ascii="TeachersPet" w:eastAsia="Google Sans Text" w:hAnsi="TeachersPet" w:cs="Google Sans Tex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41012"/>
    <w:multiLevelType w:val="multilevel"/>
    <w:tmpl w:val="6772D68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 w15:restartNumberingAfterBreak="0">
    <w:nsid w:val="33A4565D"/>
    <w:multiLevelType w:val="multilevel"/>
    <w:tmpl w:val="E6D6344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 w15:restartNumberingAfterBreak="0">
    <w:nsid w:val="3B8C2B84"/>
    <w:multiLevelType w:val="multilevel"/>
    <w:tmpl w:val="4660227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 w15:restartNumberingAfterBreak="0">
    <w:nsid w:val="3C542FEE"/>
    <w:multiLevelType w:val="multilevel"/>
    <w:tmpl w:val="00309D3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 w15:restartNumberingAfterBreak="0">
    <w:nsid w:val="41215C6E"/>
    <w:multiLevelType w:val="multilevel"/>
    <w:tmpl w:val="70B0AF6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 w15:restartNumberingAfterBreak="0">
    <w:nsid w:val="490F14A9"/>
    <w:multiLevelType w:val="multilevel"/>
    <w:tmpl w:val="90FA57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 w15:restartNumberingAfterBreak="0">
    <w:nsid w:val="4C04067B"/>
    <w:multiLevelType w:val="multilevel"/>
    <w:tmpl w:val="AE5CB3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 w15:restartNumberingAfterBreak="0">
    <w:nsid w:val="4C825C79"/>
    <w:multiLevelType w:val="multilevel"/>
    <w:tmpl w:val="A9B2996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8" w15:restartNumberingAfterBreak="0">
    <w:nsid w:val="4CF75B55"/>
    <w:multiLevelType w:val="multilevel"/>
    <w:tmpl w:val="257C49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9" w15:restartNumberingAfterBreak="0">
    <w:nsid w:val="5C463EAE"/>
    <w:multiLevelType w:val="multilevel"/>
    <w:tmpl w:val="C5AAC07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0" w15:restartNumberingAfterBreak="0">
    <w:nsid w:val="5F65664B"/>
    <w:multiLevelType w:val="multilevel"/>
    <w:tmpl w:val="0FB4C7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1" w15:restartNumberingAfterBreak="0">
    <w:nsid w:val="61D86743"/>
    <w:multiLevelType w:val="multilevel"/>
    <w:tmpl w:val="656A14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2" w15:restartNumberingAfterBreak="0">
    <w:nsid w:val="64EC0659"/>
    <w:multiLevelType w:val="multilevel"/>
    <w:tmpl w:val="81529DF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3" w15:restartNumberingAfterBreak="0">
    <w:nsid w:val="65BC288C"/>
    <w:multiLevelType w:val="multilevel"/>
    <w:tmpl w:val="55E252D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4" w15:restartNumberingAfterBreak="0">
    <w:nsid w:val="66B865C3"/>
    <w:multiLevelType w:val="multilevel"/>
    <w:tmpl w:val="4B881CC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5" w15:restartNumberingAfterBreak="0">
    <w:nsid w:val="694F463E"/>
    <w:multiLevelType w:val="multilevel"/>
    <w:tmpl w:val="FA38E6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6" w15:restartNumberingAfterBreak="0">
    <w:nsid w:val="6B2E1963"/>
    <w:multiLevelType w:val="multilevel"/>
    <w:tmpl w:val="2E1C435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7" w15:restartNumberingAfterBreak="0">
    <w:nsid w:val="6C3D2414"/>
    <w:multiLevelType w:val="multilevel"/>
    <w:tmpl w:val="828EDFB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8" w15:restartNumberingAfterBreak="0">
    <w:nsid w:val="716A2FBF"/>
    <w:multiLevelType w:val="multilevel"/>
    <w:tmpl w:val="D458AAE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9" w15:restartNumberingAfterBreak="0">
    <w:nsid w:val="72F57F29"/>
    <w:multiLevelType w:val="multilevel"/>
    <w:tmpl w:val="54CEF11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0" w15:restartNumberingAfterBreak="0">
    <w:nsid w:val="7511663F"/>
    <w:multiLevelType w:val="multilevel"/>
    <w:tmpl w:val="A29A705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1" w15:restartNumberingAfterBreak="0">
    <w:nsid w:val="75A506D9"/>
    <w:multiLevelType w:val="multilevel"/>
    <w:tmpl w:val="BB043C1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2" w15:restartNumberingAfterBreak="0">
    <w:nsid w:val="75AE66EC"/>
    <w:multiLevelType w:val="multilevel"/>
    <w:tmpl w:val="8470215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3" w15:restartNumberingAfterBreak="0">
    <w:nsid w:val="795F0FC4"/>
    <w:multiLevelType w:val="multilevel"/>
    <w:tmpl w:val="27AC55E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4" w15:restartNumberingAfterBreak="0">
    <w:nsid w:val="7C5F0FB1"/>
    <w:multiLevelType w:val="multilevel"/>
    <w:tmpl w:val="7E96A58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5" w15:restartNumberingAfterBreak="0">
    <w:nsid w:val="7CC8570E"/>
    <w:multiLevelType w:val="multilevel"/>
    <w:tmpl w:val="079AF12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6" w15:restartNumberingAfterBreak="0">
    <w:nsid w:val="7E9313AB"/>
    <w:multiLevelType w:val="multilevel"/>
    <w:tmpl w:val="812CFC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127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365064734">
    <w:abstractNumId w:val="8"/>
  </w:num>
  <w:num w:numId="2" w16cid:durableId="1403212495">
    <w:abstractNumId w:val="6"/>
  </w:num>
  <w:num w:numId="3" w16cid:durableId="1697000965">
    <w:abstractNumId w:val="5"/>
  </w:num>
  <w:num w:numId="4" w16cid:durableId="1117286932">
    <w:abstractNumId w:val="4"/>
  </w:num>
  <w:num w:numId="5" w16cid:durableId="1599287951">
    <w:abstractNumId w:val="7"/>
  </w:num>
  <w:num w:numId="6" w16cid:durableId="1194927230">
    <w:abstractNumId w:val="3"/>
  </w:num>
  <w:num w:numId="7" w16cid:durableId="1151361765">
    <w:abstractNumId w:val="2"/>
  </w:num>
  <w:num w:numId="8" w16cid:durableId="1220172373">
    <w:abstractNumId w:val="1"/>
  </w:num>
  <w:num w:numId="9" w16cid:durableId="1076365134">
    <w:abstractNumId w:val="0"/>
  </w:num>
  <w:num w:numId="10" w16cid:durableId="1121463092">
    <w:abstractNumId w:val="30"/>
  </w:num>
  <w:num w:numId="11" w16cid:durableId="1932544581">
    <w:abstractNumId w:val="35"/>
  </w:num>
  <w:num w:numId="12" w16cid:durableId="1864123357">
    <w:abstractNumId w:val="38"/>
  </w:num>
  <w:num w:numId="13" w16cid:durableId="309673437">
    <w:abstractNumId w:val="16"/>
  </w:num>
  <w:num w:numId="14" w16cid:durableId="4673184">
    <w:abstractNumId w:val="31"/>
  </w:num>
  <w:num w:numId="15" w16cid:durableId="1699625645">
    <w:abstractNumId w:val="23"/>
  </w:num>
  <w:num w:numId="16" w16cid:durableId="350761814">
    <w:abstractNumId w:val="20"/>
  </w:num>
  <w:num w:numId="17" w16cid:durableId="2140607315">
    <w:abstractNumId w:val="17"/>
  </w:num>
  <w:num w:numId="18" w16cid:durableId="1596089737">
    <w:abstractNumId w:val="45"/>
  </w:num>
  <w:num w:numId="19" w16cid:durableId="617033260">
    <w:abstractNumId w:val="27"/>
  </w:num>
  <w:num w:numId="20" w16cid:durableId="1679193817">
    <w:abstractNumId w:val="13"/>
  </w:num>
  <w:num w:numId="21" w16cid:durableId="300885569">
    <w:abstractNumId w:val="21"/>
  </w:num>
  <w:num w:numId="22" w16cid:durableId="372846649">
    <w:abstractNumId w:val="39"/>
  </w:num>
  <w:num w:numId="23" w16cid:durableId="206602137">
    <w:abstractNumId w:val="43"/>
  </w:num>
  <w:num w:numId="24" w16cid:durableId="1882932666">
    <w:abstractNumId w:val="36"/>
  </w:num>
  <w:num w:numId="25" w16cid:durableId="660043492">
    <w:abstractNumId w:val="40"/>
  </w:num>
  <w:num w:numId="26" w16cid:durableId="512691361">
    <w:abstractNumId w:val="9"/>
  </w:num>
  <w:num w:numId="27" w16cid:durableId="785852108">
    <w:abstractNumId w:val="41"/>
  </w:num>
  <w:num w:numId="28" w16cid:durableId="357704263">
    <w:abstractNumId w:val="26"/>
  </w:num>
  <w:num w:numId="29" w16cid:durableId="24259037">
    <w:abstractNumId w:val="19"/>
  </w:num>
  <w:num w:numId="30" w16cid:durableId="894269555">
    <w:abstractNumId w:val="42"/>
  </w:num>
  <w:num w:numId="31" w16cid:durableId="1806894421">
    <w:abstractNumId w:val="44"/>
  </w:num>
  <w:num w:numId="32" w16cid:durableId="267002979">
    <w:abstractNumId w:val="37"/>
  </w:num>
  <w:num w:numId="33" w16cid:durableId="1235891207">
    <w:abstractNumId w:val="33"/>
  </w:num>
  <w:num w:numId="34" w16cid:durableId="505367072">
    <w:abstractNumId w:val="10"/>
  </w:num>
  <w:num w:numId="35" w16cid:durableId="776681194">
    <w:abstractNumId w:val="15"/>
  </w:num>
  <w:num w:numId="36" w16cid:durableId="598678221">
    <w:abstractNumId w:val="11"/>
  </w:num>
  <w:num w:numId="37" w16cid:durableId="1988897064">
    <w:abstractNumId w:val="14"/>
  </w:num>
  <w:num w:numId="38" w16cid:durableId="369575979">
    <w:abstractNumId w:val="12"/>
  </w:num>
  <w:num w:numId="39" w16cid:durableId="1942250666">
    <w:abstractNumId w:val="34"/>
  </w:num>
  <w:num w:numId="40" w16cid:durableId="423842093">
    <w:abstractNumId w:val="28"/>
  </w:num>
  <w:num w:numId="41" w16cid:durableId="1582639968">
    <w:abstractNumId w:val="46"/>
  </w:num>
  <w:num w:numId="42" w16cid:durableId="190925165">
    <w:abstractNumId w:val="32"/>
  </w:num>
  <w:num w:numId="43" w16cid:durableId="823200445">
    <w:abstractNumId w:val="22"/>
  </w:num>
  <w:num w:numId="44" w16cid:durableId="201939380">
    <w:abstractNumId w:val="24"/>
  </w:num>
  <w:num w:numId="45" w16cid:durableId="2091657342">
    <w:abstractNumId w:val="29"/>
  </w:num>
  <w:num w:numId="46" w16cid:durableId="1665427047">
    <w:abstractNumId w:val="18"/>
  </w:num>
  <w:num w:numId="47" w16cid:durableId="3480215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396E"/>
    <w:rsid w:val="0015074B"/>
    <w:rsid w:val="002770F8"/>
    <w:rsid w:val="0029639D"/>
    <w:rsid w:val="00326F90"/>
    <w:rsid w:val="00452429"/>
    <w:rsid w:val="004E468E"/>
    <w:rsid w:val="00790543"/>
    <w:rsid w:val="007C5AA5"/>
    <w:rsid w:val="008439EA"/>
    <w:rsid w:val="008A13F6"/>
    <w:rsid w:val="008C7F30"/>
    <w:rsid w:val="0090307E"/>
    <w:rsid w:val="00A231F9"/>
    <w:rsid w:val="00A25886"/>
    <w:rsid w:val="00AA1D8D"/>
    <w:rsid w:val="00B34487"/>
    <w:rsid w:val="00B47730"/>
    <w:rsid w:val="00BB1207"/>
    <w:rsid w:val="00CB0664"/>
    <w:rsid w:val="00D32392"/>
    <w:rsid w:val="00D67B2E"/>
    <w:rsid w:val="00DC3DA7"/>
    <w:rsid w:val="00DD3C06"/>
    <w:rsid w:val="00DD7199"/>
    <w:rsid w:val="00E4001B"/>
    <w:rsid w:val="00E71B88"/>
    <w:rsid w:val="00EB604A"/>
    <w:rsid w:val="00FA6C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9DD07AC"/>
  <w14:defaultImageDpi w14:val="300"/>
  <w15:docId w15:val="{8E7E7DB2-E6EE-5843-8C54-B1914B8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4867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Fred Every</cp:lastModifiedBy>
  <cp:revision>4</cp:revision>
  <dcterms:created xsi:type="dcterms:W3CDTF">2025-05-28T08:18:00Z</dcterms:created>
  <dcterms:modified xsi:type="dcterms:W3CDTF">2025-07-23T09:02:00Z</dcterms:modified>
  <cp:category/>
</cp:coreProperties>
</file>