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8510D" w14:textId="66E3E4F9" w:rsidR="00452429" w:rsidRPr="00E3670C" w:rsidRDefault="00452429" w:rsidP="00452429">
      <w:pPr>
        <w:pStyle w:val="Title"/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7DDDEB" wp14:editId="1090FC63">
                <wp:simplePos x="0" y="0"/>
                <wp:positionH relativeFrom="column">
                  <wp:posOffset>-71120</wp:posOffset>
                </wp:positionH>
                <wp:positionV relativeFrom="paragraph">
                  <wp:posOffset>-173620</wp:posOffset>
                </wp:positionV>
                <wp:extent cx="1488559" cy="1477926"/>
                <wp:effectExtent l="12700" t="12700" r="10160" b="8255"/>
                <wp:wrapSquare wrapText="bothSides"/>
                <wp:docPr id="129546857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9" cy="1477926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ADCB44" id="Rounded Rectangle 1" o:spid="_x0000_s1026" style="position:absolute;margin-left:-5.6pt;margin-top:-13.65pt;width:117.2pt;height:116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" fillcolor="white [3201]" strokecolor="black [3200]" strokeweight="2pt">
                <v:stroke dashstyle="1 1"/>
                <w10:wrap type="square"/>
              </v:roundrect>
            </w:pict>
          </mc:Fallback>
        </mc:AlternateContent>
      </w:r>
    </w:p>
    <w:p w14:paraId="62DD4701" w14:textId="55907DD2" w:rsidR="00E3670C" w:rsidRPr="00E3670C" w:rsidRDefault="00E3670C" w:rsidP="00E3670C">
      <w:pPr>
        <w:pStyle w:val="Title"/>
        <w:rPr>
          <w:rFonts w:ascii="TeachersPet" w:hAnsi="TeachersPet"/>
          <w:color w:val="000000" w:themeColor="text1"/>
          <w:sz w:val="72"/>
          <w:szCs w:val="72"/>
        </w:rPr>
      </w:pPr>
      <w:r w:rsidRPr="00E3670C">
        <w:rPr>
          <w:rFonts w:ascii="TeachersPet" w:hAnsi="TeachersPet"/>
          <w:color w:val="000000" w:themeColor="text1"/>
          <w:sz w:val="72"/>
          <w:szCs w:val="72"/>
        </w:rPr>
        <w:t xml:space="preserve">Child </w:t>
      </w:r>
      <w:proofErr w:type="spellStart"/>
      <w:r w:rsidRPr="00E3670C">
        <w:rPr>
          <w:rFonts w:ascii="TeachersPet" w:hAnsi="TeachersPet"/>
          <w:color w:val="000000" w:themeColor="text1"/>
          <w:sz w:val="72"/>
          <w:szCs w:val="72"/>
        </w:rPr>
        <w:t>Behaviour</w:t>
      </w:r>
      <w:proofErr w:type="spellEnd"/>
      <w:r w:rsidRPr="00E3670C">
        <w:rPr>
          <w:rFonts w:ascii="TeachersPet" w:hAnsi="TeachersPet"/>
          <w:color w:val="000000" w:themeColor="text1"/>
          <w:sz w:val="72"/>
          <w:szCs w:val="72"/>
        </w:rPr>
        <w:t>/Discipline Log</w:t>
      </w:r>
    </w:p>
    <w:p w14:paraId="5DF9E3C7" w14:textId="4FD3FF92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2C156" wp14:editId="4B4F85BC">
                <wp:simplePos x="0" y="0"/>
                <wp:positionH relativeFrom="column">
                  <wp:posOffset>-15929</wp:posOffset>
                </wp:positionH>
                <wp:positionV relativeFrom="paragraph">
                  <wp:posOffset>473277</wp:posOffset>
                </wp:positionV>
                <wp:extent cx="1371600" cy="170121"/>
                <wp:effectExtent l="0" t="0" r="0" b="0"/>
                <wp:wrapNone/>
                <wp:docPr id="1097117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701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317FCD" w14:textId="77777777" w:rsidR="00E3670C" w:rsidRPr="00452429" w:rsidRDefault="00E3670C" w:rsidP="00E3670C">
                            <w:pPr>
                              <w:jc w:val="center"/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452429"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  <w:t>INSERT SCHOOL LOGO/STAMP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2C1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25pt;margin-top:37.25pt;width:108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" fillcolor="white [3201]" stroked="f" strokeweight=".5pt">
                <v:textbox>
                  <w:txbxContent>
                    <w:p w14:paraId="0E317FCD" w14:textId="77777777" w:rsidR="00E3670C" w:rsidRPr="00452429" w:rsidRDefault="00E3670C" w:rsidP="00E3670C">
                      <w:pPr>
                        <w:jc w:val="center"/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</w:pPr>
                      <w:r w:rsidRPr="00452429"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  <w:t>INSERT SCHOOL LOGO/STAMP HERE</w:t>
                      </w:r>
                    </w:p>
                  </w:txbxContent>
                </v:textbox>
              </v:shape>
            </w:pict>
          </mc:Fallback>
        </mc:AlternateContent>
      </w:r>
      <w:r w:rsidRPr="00E3670C">
        <w:rPr>
          <w:rFonts w:ascii="TeachersPet" w:hAnsi="TeachersPet"/>
          <w:color w:val="000000" w:themeColor="text1"/>
          <w:sz w:val="32"/>
          <w:szCs w:val="32"/>
        </w:rPr>
        <w:t>This log is used to track incidents of behavior that require attention and any disciplinary actions taken.</w:t>
      </w:r>
    </w:p>
    <w:p w14:paraId="56A43124" w14:textId="77777777" w:rsidR="00E3670C" w:rsidRPr="00E3670C" w:rsidRDefault="00E3670C" w:rsidP="00E3670C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E3670C">
        <w:rPr>
          <w:rFonts w:ascii="TeachersPet" w:hAnsi="TeachersPet"/>
          <w:color w:val="000000" w:themeColor="text1"/>
          <w:sz w:val="52"/>
          <w:szCs w:val="52"/>
        </w:rPr>
        <w:t>1. Child Information</w:t>
      </w:r>
    </w:p>
    <w:p w14:paraId="73FE28D6" w14:textId="17ED6368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Child’s Full Name: ___________________________________________________________________________</w:t>
      </w:r>
    </w:p>
    <w:p w14:paraId="7871961F" w14:textId="44A109D0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Date of Birth: ______________________  Class/Room: ____________________________________________</w:t>
      </w:r>
    </w:p>
    <w:p w14:paraId="3899112F" w14:textId="77777777" w:rsidR="00E3670C" w:rsidRPr="00E3670C" w:rsidRDefault="00E3670C" w:rsidP="00E3670C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E3670C">
        <w:rPr>
          <w:rFonts w:ascii="TeachersPet" w:hAnsi="TeachersPet"/>
          <w:color w:val="000000" w:themeColor="text1"/>
          <w:sz w:val="52"/>
          <w:szCs w:val="52"/>
        </w:rPr>
        <w:t>2. Incident Details</w:t>
      </w:r>
    </w:p>
    <w:p w14:paraId="6334FD88" w14:textId="77777777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Date of Incident: ______________________  Time: ______________________</w:t>
      </w:r>
    </w:p>
    <w:p w14:paraId="02EF32DC" w14:textId="494BAD25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Location of Incident: ___________________________________________________________________________</w:t>
      </w:r>
    </w:p>
    <w:p w14:paraId="2D7EDD57" w14:textId="5C061EA1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Staff Member Reporting: 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</w:t>
      </w:r>
      <w:r w:rsidRPr="00E3670C">
        <w:rPr>
          <w:rFonts w:ascii="TeachersPet" w:hAnsi="TeachersPet"/>
          <w:color w:val="000000" w:themeColor="text1"/>
          <w:sz w:val="32"/>
          <w:szCs w:val="32"/>
        </w:rPr>
        <w:t>_______________________________</w:t>
      </w:r>
    </w:p>
    <w:p w14:paraId="76FE2E04" w14:textId="77777777" w:rsidR="00E3670C" w:rsidRPr="00E3670C" w:rsidRDefault="00E3670C" w:rsidP="00E3670C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E3670C">
        <w:rPr>
          <w:rFonts w:ascii="TeachersPet" w:hAnsi="TeachersPet"/>
          <w:color w:val="000000" w:themeColor="text1"/>
          <w:sz w:val="52"/>
          <w:szCs w:val="52"/>
        </w:rPr>
        <w:t>3. Description of Incident</w:t>
      </w:r>
    </w:p>
    <w:p w14:paraId="10385760" w14:textId="23F5F3AE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Provide a clear and factual description of the behavior observed: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</w:t>
      </w:r>
    </w:p>
    <w:p w14:paraId="00AE4EC5" w14:textId="77777777" w:rsidR="00E3670C" w:rsidRPr="00E3670C" w:rsidRDefault="00E3670C" w:rsidP="00E3670C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E3670C">
        <w:rPr>
          <w:rFonts w:ascii="TeachersPet" w:hAnsi="TeachersPet"/>
          <w:color w:val="000000" w:themeColor="text1"/>
          <w:sz w:val="52"/>
          <w:szCs w:val="52"/>
        </w:rPr>
        <w:t>4. Actions Taken</w:t>
      </w:r>
    </w:p>
    <w:p w14:paraId="3A1095DC" w14:textId="659A3444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Describe the response/intervention and any consequences applied:</w:t>
      </w:r>
      <w:r w:rsidR="00DE2547" w:rsidRPr="00DE2547">
        <w:rPr>
          <w:rFonts w:ascii="TeachersPet" w:hAnsi="TeachersPet"/>
          <w:color w:val="000000" w:themeColor="text1"/>
          <w:sz w:val="32"/>
          <w:szCs w:val="32"/>
        </w:rPr>
        <w:t xml:space="preserve"> </w:t>
      </w:r>
      <w:r w:rsidR="00DE2547" w:rsidRPr="00E3670C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E2547">
        <w:rPr>
          <w:rFonts w:ascii="TeachersPet" w:hAnsi="TeachersPet"/>
          <w:color w:val="000000" w:themeColor="text1"/>
          <w:sz w:val="32"/>
          <w:szCs w:val="32"/>
        </w:rPr>
        <w:t>___</w:t>
      </w:r>
    </w:p>
    <w:p w14:paraId="0029ED7C" w14:textId="77777777" w:rsidR="00E3670C" w:rsidRPr="00E3670C" w:rsidRDefault="00E3670C" w:rsidP="00E3670C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E3670C">
        <w:rPr>
          <w:rFonts w:ascii="TeachersPet" w:hAnsi="TeachersPet"/>
          <w:color w:val="000000" w:themeColor="text1"/>
          <w:sz w:val="52"/>
          <w:szCs w:val="52"/>
        </w:rPr>
        <w:lastRenderedPageBreak/>
        <w:t>5. Follow-Up and Monitoring</w:t>
      </w:r>
    </w:p>
    <w:p w14:paraId="63885B87" w14:textId="77777777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 xml:space="preserve">Were parents/guardians informed? </w:t>
      </w:r>
      <w:r w:rsidRPr="00E3670C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E3670C">
        <w:rPr>
          <w:rFonts w:ascii="TeachersPet" w:hAnsi="TeachersPet"/>
          <w:color w:val="000000" w:themeColor="text1"/>
          <w:sz w:val="32"/>
          <w:szCs w:val="32"/>
        </w:rPr>
        <w:t xml:space="preserve"> Yes </w:t>
      </w:r>
      <w:r w:rsidRPr="00E3670C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E3670C">
        <w:rPr>
          <w:rFonts w:ascii="TeachersPet" w:hAnsi="TeachersPet"/>
          <w:color w:val="000000" w:themeColor="text1"/>
          <w:sz w:val="32"/>
          <w:szCs w:val="32"/>
        </w:rPr>
        <w:t xml:space="preserve"> No</w:t>
      </w:r>
    </w:p>
    <w:p w14:paraId="012C2DB4" w14:textId="77777777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If yes, name of person contacted: ______________________  Date/Time: _______________</w:t>
      </w:r>
    </w:p>
    <w:p w14:paraId="16E20439" w14:textId="77777777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Additional support or follow-up required:</w:t>
      </w:r>
    </w:p>
    <w:p w14:paraId="68350015" w14:textId="48BDD8CE" w:rsidR="00E3670C" w:rsidRPr="00E3670C" w:rsidRDefault="00DE2547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670C" w:rsidRPr="00E3670C">
        <w:rPr>
          <w:rFonts w:ascii="TeachersPet" w:hAnsi="TeachersPet"/>
          <w:color w:val="000000" w:themeColor="text1"/>
          <w:sz w:val="32"/>
          <w:szCs w:val="32"/>
        </w:rPr>
        <w:t>Next review/check-in date (if applicable): ______________________</w:t>
      </w:r>
    </w:p>
    <w:p w14:paraId="54512096" w14:textId="77777777" w:rsidR="00E3670C" w:rsidRPr="00E3670C" w:rsidRDefault="00E3670C" w:rsidP="00E3670C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E3670C">
        <w:rPr>
          <w:rFonts w:ascii="TeachersPet" w:hAnsi="TeachersPet"/>
          <w:color w:val="000000" w:themeColor="text1"/>
          <w:sz w:val="52"/>
          <w:szCs w:val="52"/>
        </w:rPr>
        <w:t>6. Signatures</w:t>
      </w:r>
    </w:p>
    <w:p w14:paraId="475BF71A" w14:textId="711EA29E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Staff Member Signature: ____________________</w:t>
      </w:r>
      <w:r w:rsidR="00DE2547">
        <w:rPr>
          <w:rFonts w:ascii="TeachersPet" w:hAnsi="TeachersPet"/>
          <w:color w:val="000000" w:themeColor="text1"/>
          <w:sz w:val="32"/>
          <w:szCs w:val="32"/>
        </w:rPr>
        <w:t>_______________________</w:t>
      </w:r>
      <w:r w:rsidRPr="00E3670C">
        <w:rPr>
          <w:rFonts w:ascii="TeachersPet" w:hAnsi="TeachersPet"/>
          <w:color w:val="000000" w:themeColor="text1"/>
          <w:sz w:val="32"/>
          <w:szCs w:val="32"/>
        </w:rPr>
        <w:t>______  Date: _______________</w:t>
      </w:r>
    </w:p>
    <w:p w14:paraId="2E238DC4" w14:textId="5856400F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Parent/Guardian Signature (if required): ____________________</w:t>
      </w:r>
      <w:r w:rsidR="00DE2547">
        <w:rPr>
          <w:rFonts w:ascii="TeachersPet" w:hAnsi="TeachersPet"/>
          <w:color w:val="000000" w:themeColor="text1"/>
          <w:sz w:val="32"/>
          <w:szCs w:val="32"/>
        </w:rPr>
        <w:t>__________</w:t>
      </w:r>
      <w:r w:rsidRPr="00E3670C">
        <w:rPr>
          <w:rFonts w:ascii="TeachersPet" w:hAnsi="TeachersPet"/>
          <w:color w:val="000000" w:themeColor="text1"/>
          <w:sz w:val="32"/>
          <w:szCs w:val="32"/>
        </w:rPr>
        <w:t>______  Date: _______________</w:t>
      </w:r>
    </w:p>
    <w:p w14:paraId="25027292" w14:textId="19A0091A" w:rsidR="00E3670C" w:rsidRPr="00E3670C" w:rsidRDefault="00E3670C" w:rsidP="00E3670C">
      <w:pPr>
        <w:rPr>
          <w:rFonts w:ascii="TeachersPet" w:hAnsi="TeachersPet"/>
          <w:color w:val="000000" w:themeColor="text1"/>
          <w:sz w:val="32"/>
          <w:szCs w:val="32"/>
        </w:rPr>
      </w:pPr>
      <w:r w:rsidRPr="00E3670C">
        <w:rPr>
          <w:rFonts w:ascii="TeachersPet" w:hAnsi="TeachersPet"/>
          <w:color w:val="000000" w:themeColor="text1"/>
          <w:sz w:val="32"/>
          <w:szCs w:val="32"/>
        </w:rPr>
        <w:t>Administrator Signature: ________________________</w:t>
      </w:r>
      <w:r w:rsidR="00DE2547">
        <w:rPr>
          <w:rFonts w:ascii="TeachersPet" w:hAnsi="TeachersPet"/>
          <w:color w:val="000000" w:themeColor="text1"/>
          <w:sz w:val="32"/>
          <w:szCs w:val="32"/>
        </w:rPr>
        <w:t>_______________________</w:t>
      </w:r>
      <w:r w:rsidRPr="00E3670C">
        <w:rPr>
          <w:rFonts w:ascii="TeachersPet" w:hAnsi="TeachersPet"/>
          <w:color w:val="000000" w:themeColor="text1"/>
          <w:sz w:val="32"/>
          <w:szCs w:val="32"/>
        </w:rPr>
        <w:t>__  Date: _______________</w:t>
      </w:r>
    </w:p>
    <w:p w14:paraId="28EA24E5" w14:textId="77777777" w:rsidR="00583468" w:rsidRPr="00E3670C" w:rsidRDefault="00583468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</w:p>
    <w:sectPr w:rsidR="00583468" w:rsidRPr="00E3670C" w:rsidSect="00EB604A">
      <w:footerReference w:type="default" r:id="rId8"/>
      <w:pgSz w:w="12240" w:h="15840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F34EB" w14:textId="77777777" w:rsidR="00E233A6" w:rsidRDefault="00E233A6" w:rsidP="00EB604A">
      <w:pPr>
        <w:spacing w:after="0" w:line="240" w:lineRule="auto"/>
      </w:pPr>
      <w:r>
        <w:separator/>
      </w:r>
    </w:p>
  </w:endnote>
  <w:endnote w:type="continuationSeparator" w:id="0">
    <w:p w14:paraId="336C4487" w14:textId="77777777" w:rsidR="00E233A6" w:rsidRDefault="00E233A6" w:rsidP="00EB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4D987" w14:textId="77777777" w:rsidR="004465B1" w:rsidRPr="00DD1E16" w:rsidRDefault="004465B1" w:rsidP="004465B1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0D2DC817" w14:textId="2BFFEC6A" w:rsidR="00EB604A" w:rsidRPr="004465B1" w:rsidRDefault="004465B1" w:rsidP="004465B1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75FDC" w14:textId="77777777" w:rsidR="00E233A6" w:rsidRDefault="00E233A6" w:rsidP="00EB604A">
      <w:pPr>
        <w:spacing w:after="0" w:line="240" w:lineRule="auto"/>
      </w:pPr>
      <w:r>
        <w:separator/>
      </w:r>
    </w:p>
  </w:footnote>
  <w:footnote w:type="continuationSeparator" w:id="0">
    <w:p w14:paraId="215592A7" w14:textId="77777777" w:rsidR="00E233A6" w:rsidRDefault="00E233A6" w:rsidP="00EB6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96E"/>
    <w:rsid w:val="0015074B"/>
    <w:rsid w:val="001766CF"/>
    <w:rsid w:val="0029639D"/>
    <w:rsid w:val="00326F90"/>
    <w:rsid w:val="004465B1"/>
    <w:rsid w:val="00452429"/>
    <w:rsid w:val="004F7FF1"/>
    <w:rsid w:val="00583468"/>
    <w:rsid w:val="007C5AA5"/>
    <w:rsid w:val="008439EA"/>
    <w:rsid w:val="00A3219D"/>
    <w:rsid w:val="00AA1D8D"/>
    <w:rsid w:val="00AA2018"/>
    <w:rsid w:val="00B47730"/>
    <w:rsid w:val="00BB1207"/>
    <w:rsid w:val="00CB0664"/>
    <w:rsid w:val="00D32392"/>
    <w:rsid w:val="00D67B2E"/>
    <w:rsid w:val="00DC3DA7"/>
    <w:rsid w:val="00DD7199"/>
    <w:rsid w:val="00DE2547"/>
    <w:rsid w:val="00E233A6"/>
    <w:rsid w:val="00E3670C"/>
    <w:rsid w:val="00EB60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3</cp:revision>
  <dcterms:created xsi:type="dcterms:W3CDTF">2025-05-05T11:46:00Z</dcterms:created>
  <dcterms:modified xsi:type="dcterms:W3CDTF">2025-07-23T09:00:00Z</dcterms:modified>
  <cp:category/>
</cp:coreProperties>
</file>