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513E1E83" w:rsidR="00452429" w:rsidRPr="00DD3C06" w:rsidRDefault="00452429" w:rsidP="00452429">
      <w:pPr>
        <w:pStyle w:val="Title"/>
        <w:rPr>
          <w:rFonts w:ascii="TeachersPet" w:hAnsi="TeachersPet"/>
          <w:color w:val="000000" w:themeColor="text1"/>
          <w:sz w:val="96"/>
          <w:szCs w:val="96"/>
        </w:rPr>
      </w:pPr>
      <w:r w:rsidRPr="00DD3C06">
        <w:rPr>
          <w:rFonts w:ascii="TeachersPet" w:hAnsi="TeachersPet"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29DFE87C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61677F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2C53F839" w14:textId="2E7F75F7" w:rsidR="008A13F6" w:rsidRPr="00DD3C06" w:rsidRDefault="008A13F6" w:rsidP="008A13F6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DD3C06">
        <w:rPr>
          <w:rFonts w:ascii="TeachersPet" w:hAnsi="TeachersPet"/>
          <w:color w:val="000000" w:themeColor="text1"/>
          <w:sz w:val="72"/>
          <w:szCs w:val="72"/>
        </w:rPr>
        <w:t>Preschool Application Form</w:t>
      </w:r>
    </w:p>
    <w:p w14:paraId="730C774C" w14:textId="77777777" w:rsidR="00DD3C06" w:rsidRDefault="00DD3C0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22539" wp14:editId="112223F3">
                <wp:simplePos x="0" y="0"/>
                <wp:positionH relativeFrom="column">
                  <wp:posOffset>-14645</wp:posOffset>
                </wp:positionH>
                <wp:positionV relativeFrom="paragraph">
                  <wp:posOffset>48638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43EF9" w14:textId="77777777" w:rsidR="00DD3C06" w:rsidRPr="00452429" w:rsidRDefault="00DD3C06" w:rsidP="00DD3C06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225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15pt;margin-top:3.8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" fillcolor="white [3201]" stroked="f" strokeweight=".5pt">
                <v:textbox>
                  <w:txbxContent>
                    <w:p w14:paraId="27B43EF9" w14:textId="77777777" w:rsidR="00DD3C06" w:rsidRPr="00452429" w:rsidRDefault="00DD3C06" w:rsidP="00DD3C06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2C665AFB" w14:textId="4B4361D1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t>1. Child Information</w:t>
      </w:r>
    </w:p>
    <w:p w14:paraId="6DBD1277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Full Name of Child: __________________________________________</w:t>
      </w:r>
    </w:p>
    <w:p w14:paraId="097A63C8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Date of Birth: ______________________  Age: _______  Gender: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Male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Female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Other</w:t>
      </w:r>
    </w:p>
    <w:p w14:paraId="3752AF92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Home Address: ____________________________________________________________</w:t>
      </w:r>
    </w:p>
    <w:p w14:paraId="7A264B8D" w14:textId="2ADB988A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City: ________________________  </w:t>
      </w:r>
      <w:r w:rsidR="00DD3C06">
        <w:rPr>
          <w:rFonts w:ascii="TeachersPet" w:hAnsi="TeachersPet"/>
          <w:color w:val="000000" w:themeColor="text1"/>
          <w:sz w:val="32"/>
          <w:szCs w:val="32"/>
        </w:rPr>
        <w:t xml:space="preserve">Postal 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>Code: ________________</w:t>
      </w:r>
    </w:p>
    <w:p w14:paraId="2A2D666C" w14:textId="77777777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t>2. Parent/Guardian Information</w:t>
      </w:r>
    </w:p>
    <w:p w14:paraId="2ABEFD00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Parent/Guardian #1 Name: _________________________________________________</w:t>
      </w:r>
    </w:p>
    <w:p w14:paraId="7BFCB294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Relationship to Child: ______________________  Phone: _______________________</w:t>
      </w:r>
    </w:p>
    <w:p w14:paraId="285BBFD8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Email Address: ___________________________________________________________</w:t>
      </w:r>
    </w:p>
    <w:p w14:paraId="62DB807B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Employer: ___________________________  Work Phone: _______________________</w:t>
      </w:r>
    </w:p>
    <w:p w14:paraId="19DCE5AC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Parent/Guardian #2 Name: _________________________________________________</w:t>
      </w:r>
    </w:p>
    <w:p w14:paraId="4A63BC0B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Relationship to Child: ______________________  Phone: _______________________</w:t>
      </w:r>
    </w:p>
    <w:p w14:paraId="6F31D38D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Email Address: ___________________________________________________________</w:t>
      </w:r>
    </w:p>
    <w:p w14:paraId="658DB517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Employer: ___________________________  Work Phone: _______________________</w:t>
      </w:r>
    </w:p>
    <w:p w14:paraId="086930B7" w14:textId="77777777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t>3. Emergency Contact (other than parent/guardian)</w:t>
      </w:r>
    </w:p>
    <w:p w14:paraId="467E8B89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Full Name: ______________________________________________________________</w:t>
      </w:r>
    </w:p>
    <w:p w14:paraId="7FBBE34D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Relationship to Child: ______________________  Phone: _______________________</w:t>
      </w:r>
    </w:p>
    <w:p w14:paraId="660C0DB0" w14:textId="179D3A53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Authori</w:t>
      </w:r>
      <w:r w:rsidR="00DD3C06">
        <w:rPr>
          <w:rFonts w:ascii="TeachersPet" w:hAnsi="TeachersPet"/>
          <w:color w:val="000000" w:themeColor="text1"/>
          <w:sz w:val="32"/>
          <w:szCs w:val="32"/>
        </w:rPr>
        <w:t>s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ed to pick up child?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7775F76B" w14:textId="77777777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lastRenderedPageBreak/>
        <w:t>4. Medical Information</w:t>
      </w:r>
    </w:p>
    <w:p w14:paraId="03A1C5F3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Child’s Doctor: _______________________________ Phone: ____________________</w:t>
      </w:r>
    </w:p>
    <w:p w14:paraId="7033BB57" w14:textId="4622D05F" w:rsidR="008A13F6" w:rsidRPr="00DD3C06" w:rsidRDefault="00DD3C06" w:rsidP="008A13F6">
      <w:pPr>
        <w:rPr>
          <w:rFonts w:ascii="TeachersPet" w:hAnsi="TeachersPet"/>
          <w:color w:val="000000" w:themeColor="text1"/>
          <w:sz w:val="32"/>
          <w:szCs w:val="32"/>
        </w:rPr>
      </w:pPr>
      <w:r>
        <w:rPr>
          <w:rFonts w:ascii="TeachersPet" w:hAnsi="TeachersPet"/>
          <w:color w:val="000000" w:themeColor="text1"/>
          <w:sz w:val="32"/>
          <w:szCs w:val="32"/>
        </w:rPr>
        <w:t>Medical Aid</w:t>
      </w:r>
      <w:r w:rsidR="008A13F6" w:rsidRPr="00DD3C06">
        <w:rPr>
          <w:rFonts w:ascii="TeachersPet" w:hAnsi="TeachersPet"/>
          <w:color w:val="000000" w:themeColor="text1"/>
          <w:sz w:val="32"/>
          <w:szCs w:val="32"/>
        </w:rPr>
        <w:t>: ____________________ Number: _______________</w:t>
      </w:r>
    </w:p>
    <w:p w14:paraId="0BA6DE10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Allergies or Medical Conditions: ____________________________________________</w:t>
      </w:r>
    </w:p>
    <w:p w14:paraId="1BA1BD0B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</w:t>
      </w:r>
    </w:p>
    <w:p w14:paraId="26DE0F70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Medications (if any): ______________________________________________________</w:t>
      </w:r>
    </w:p>
    <w:p w14:paraId="3002F742" w14:textId="77777777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t>5. Program Preferences</w:t>
      </w:r>
    </w:p>
    <w:p w14:paraId="7CD461F6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Preferred Start Date: ________________________</w:t>
      </w:r>
    </w:p>
    <w:p w14:paraId="7ABF030A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Days Attending: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Monday 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Tuesday 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Wednesday 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Thursday 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Friday</w:t>
      </w:r>
    </w:p>
    <w:p w14:paraId="0CE48D66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Preferred Program: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Full Day 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Half Day  </w:t>
      </w:r>
      <w:r w:rsidRPr="00DD3C0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DD3C06">
        <w:rPr>
          <w:rFonts w:ascii="TeachersPet" w:hAnsi="TeachersPet"/>
          <w:color w:val="000000" w:themeColor="text1"/>
          <w:sz w:val="32"/>
          <w:szCs w:val="32"/>
        </w:rPr>
        <w:t xml:space="preserve"> Other: _______________________</w:t>
      </w:r>
    </w:p>
    <w:p w14:paraId="371131C9" w14:textId="77777777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t>6. Additional Information</w:t>
      </w:r>
    </w:p>
    <w:p w14:paraId="29AFBA8C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How did you hear about us? ________________________________________________</w:t>
      </w:r>
    </w:p>
    <w:p w14:paraId="55944E1F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Anything else you’d like us to know about your child? _________________________</w:t>
      </w:r>
    </w:p>
    <w:p w14:paraId="3585DD1E" w14:textId="77777777" w:rsidR="008A13F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</w:t>
      </w:r>
    </w:p>
    <w:p w14:paraId="47BCEBBC" w14:textId="77777777" w:rsidR="00DD3C06" w:rsidRPr="00DD3C06" w:rsidRDefault="00DD3C06" w:rsidP="00DD3C0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</w:t>
      </w:r>
    </w:p>
    <w:p w14:paraId="35AC648A" w14:textId="77777777" w:rsidR="00DD3C06" w:rsidRPr="00DD3C06" w:rsidRDefault="00DD3C06" w:rsidP="00DD3C0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</w:t>
      </w:r>
    </w:p>
    <w:p w14:paraId="3199C26C" w14:textId="77777777" w:rsidR="00DD3C06" w:rsidRPr="00DD3C06" w:rsidRDefault="00DD3C06" w:rsidP="00DD3C0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</w:t>
      </w:r>
    </w:p>
    <w:p w14:paraId="72C47D3A" w14:textId="77777777" w:rsidR="00DD3C06" w:rsidRPr="00DD3C06" w:rsidRDefault="00DD3C06" w:rsidP="00DD3C0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</w:t>
      </w:r>
    </w:p>
    <w:p w14:paraId="0616C3C8" w14:textId="77777777" w:rsidR="00DD3C06" w:rsidRPr="00DD3C06" w:rsidRDefault="00DD3C06" w:rsidP="008A13F6">
      <w:pPr>
        <w:rPr>
          <w:rFonts w:ascii="TeachersPet" w:hAnsi="TeachersPet"/>
          <w:color w:val="000000" w:themeColor="text1"/>
          <w:sz w:val="32"/>
          <w:szCs w:val="32"/>
        </w:rPr>
      </w:pPr>
    </w:p>
    <w:p w14:paraId="6B80AA47" w14:textId="77777777" w:rsidR="008A13F6" w:rsidRPr="00DD3C06" w:rsidRDefault="008A13F6" w:rsidP="008A13F6">
      <w:pPr>
        <w:pStyle w:val="Heading1"/>
        <w:rPr>
          <w:rFonts w:ascii="TeachersPet" w:hAnsi="TeachersPet"/>
          <w:color w:val="000000" w:themeColor="text1"/>
          <w:sz w:val="40"/>
          <w:szCs w:val="40"/>
        </w:rPr>
      </w:pPr>
      <w:r w:rsidRPr="00DD3C06">
        <w:rPr>
          <w:rFonts w:ascii="TeachersPet" w:hAnsi="TeachersPet"/>
          <w:color w:val="000000" w:themeColor="text1"/>
          <w:sz w:val="40"/>
          <w:szCs w:val="40"/>
        </w:rPr>
        <w:t>7. Consent and Signature</w:t>
      </w:r>
    </w:p>
    <w:p w14:paraId="42115297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I certify that the above information is true and correct to the best of my knowledge.</w:t>
      </w:r>
    </w:p>
    <w:p w14:paraId="2D9A3ACE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Signature of Parent/Guardian: __________________________  Date: _______________</w:t>
      </w:r>
    </w:p>
    <w:p w14:paraId="10CEC369" w14:textId="77777777" w:rsidR="008A13F6" w:rsidRPr="00DD3C06" w:rsidRDefault="008A13F6" w:rsidP="008A13F6">
      <w:pPr>
        <w:rPr>
          <w:rFonts w:ascii="TeachersPet" w:hAnsi="TeachersPet"/>
          <w:color w:val="000000" w:themeColor="text1"/>
          <w:sz w:val="32"/>
          <w:szCs w:val="32"/>
        </w:rPr>
      </w:pPr>
      <w:r w:rsidRPr="00DD3C06">
        <w:rPr>
          <w:rFonts w:ascii="TeachersPet" w:hAnsi="TeachersPet"/>
          <w:color w:val="000000" w:themeColor="text1"/>
          <w:sz w:val="32"/>
          <w:szCs w:val="32"/>
        </w:rPr>
        <w:t>Signature of Parent/Guardian: __________________________  Date: _______________</w:t>
      </w:r>
    </w:p>
    <w:p w14:paraId="3F60965E" w14:textId="65DFA0C5" w:rsidR="00EB604A" w:rsidRPr="00DD3C06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DD3C06" w:rsidSect="008C0DC9">
      <w:footerReference w:type="default" r:id="rId8"/>
      <w:pgSz w:w="12240" w:h="15840"/>
      <w:pgMar w:top="720" w:right="720" w:bottom="720" w:left="720" w:header="62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346E8" w14:textId="77777777" w:rsidR="00B01BCD" w:rsidRDefault="00B01BCD" w:rsidP="00EB604A">
      <w:pPr>
        <w:spacing w:after="0" w:line="240" w:lineRule="auto"/>
      </w:pPr>
      <w:r>
        <w:separator/>
      </w:r>
    </w:p>
  </w:endnote>
  <w:endnote w:type="continuationSeparator" w:id="0">
    <w:p w14:paraId="219876A1" w14:textId="77777777" w:rsidR="00B01BCD" w:rsidRDefault="00B01BCD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69884" w14:textId="77777777" w:rsidR="008C0DC9" w:rsidRPr="00DD1E16" w:rsidRDefault="008C0DC9" w:rsidP="008C0DC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3B741EC4" w:rsidR="00EB604A" w:rsidRPr="008C0DC9" w:rsidRDefault="008C0DC9" w:rsidP="008C0DC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73037" w14:textId="77777777" w:rsidR="00B01BCD" w:rsidRDefault="00B01BCD" w:rsidP="00EB604A">
      <w:pPr>
        <w:spacing w:after="0" w:line="240" w:lineRule="auto"/>
      </w:pPr>
      <w:r>
        <w:separator/>
      </w:r>
    </w:p>
  </w:footnote>
  <w:footnote w:type="continuationSeparator" w:id="0">
    <w:p w14:paraId="47F770E5" w14:textId="77777777" w:rsidR="00B01BCD" w:rsidRDefault="00B01BCD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29639D"/>
    <w:rsid w:val="00326F90"/>
    <w:rsid w:val="003716C3"/>
    <w:rsid w:val="00452429"/>
    <w:rsid w:val="007C5AA5"/>
    <w:rsid w:val="008439EA"/>
    <w:rsid w:val="008A13F6"/>
    <w:rsid w:val="008C0DC9"/>
    <w:rsid w:val="0090307E"/>
    <w:rsid w:val="00AA1D8D"/>
    <w:rsid w:val="00B01BCD"/>
    <w:rsid w:val="00B47730"/>
    <w:rsid w:val="00BB1207"/>
    <w:rsid w:val="00CB0664"/>
    <w:rsid w:val="00D32392"/>
    <w:rsid w:val="00D67B2E"/>
    <w:rsid w:val="00DC3DA7"/>
    <w:rsid w:val="00DD3C06"/>
    <w:rsid w:val="00DD7199"/>
    <w:rsid w:val="00EB604A"/>
    <w:rsid w:val="00FC693F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2025-05-28T07:52:00Z</dcterms:created>
  <dcterms:modified xsi:type="dcterms:W3CDTF">2025-07-23T09:00:00Z</dcterms:modified>
  <cp:category/>
</cp:coreProperties>
</file>